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663"/>
        <w:gridCol w:w="87"/>
        <w:gridCol w:w="1308"/>
        <w:gridCol w:w="23"/>
        <w:gridCol w:w="3312"/>
        <w:gridCol w:w="1358"/>
        <w:gridCol w:w="456"/>
        <w:gridCol w:w="2508"/>
        <w:gridCol w:w="270"/>
        <w:gridCol w:w="360"/>
        <w:gridCol w:w="394"/>
      </w:tblGrid>
      <w:tr w:rsidR="00FC50C5" w14:paraId="416D5C6C" w14:textId="77777777" w:rsidTr="00E80FD8">
        <w:trPr>
          <w:gridAfter w:val="3"/>
          <w:wAfter w:w="1024" w:type="dxa"/>
          <w:trHeight w:val="3109"/>
        </w:trPr>
        <w:tc>
          <w:tcPr>
            <w:tcW w:w="9715" w:type="dxa"/>
            <w:gridSpan w:val="8"/>
            <w:vAlign w:val="center"/>
          </w:tcPr>
          <w:p w14:paraId="3C6D1FE5" w14:textId="3AF00E7B" w:rsidR="00FC50C5" w:rsidRDefault="00A66BED" w:rsidP="00E80FD8">
            <w:pPr>
              <w:jc w:val="center"/>
            </w:pPr>
            <w:r>
              <w:rPr>
                <w:noProof/>
              </w:rPr>
              <w:drawing>
                <wp:anchor distT="0" distB="0" distL="114300" distR="114300" simplePos="0" relativeHeight="251658240" behindDoc="0" locked="0" layoutInCell="1" hidden="0" allowOverlap="1" wp14:anchorId="15A6940C" wp14:editId="5F6636A6">
                  <wp:simplePos x="0" y="0"/>
                  <wp:positionH relativeFrom="column">
                    <wp:posOffset>1972310</wp:posOffset>
                  </wp:positionH>
                  <wp:positionV relativeFrom="paragraph">
                    <wp:posOffset>592455</wp:posOffset>
                  </wp:positionV>
                  <wp:extent cx="1710690" cy="1550670"/>
                  <wp:effectExtent l="0" t="0" r="0" b="0"/>
                  <wp:wrapSquare wrapText="bothSides" distT="0" distB="0" distL="114300" distR="11430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a:srcRect/>
                          <a:stretch>
                            <a:fillRect/>
                          </a:stretch>
                        </pic:blipFill>
                        <pic:spPr>
                          <a:xfrm>
                            <a:off x="0" y="0"/>
                            <a:ext cx="1710690" cy="1550670"/>
                          </a:xfrm>
                          <a:prstGeom prst="rect">
                            <a:avLst/>
                          </a:prstGeom>
                          <a:ln/>
                        </pic:spPr>
                      </pic:pic>
                    </a:graphicData>
                  </a:graphic>
                  <wp14:sizeRelH relativeFrom="margin">
                    <wp14:pctWidth>0</wp14:pctWidth>
                  </wp14:sizeRelH>
                  <wp14:sizeRelV relativeFrom="margin">
                    <wp14:pctHeight>0</wp14:pctHeight>
                  </wp14:sizeRelV>
                </wp:anchor>
              </w:drawing>
            </w:r>
          </w:p>
        </w:tc>
      </w:tr>
      <w:tr w:rsidR="00FC50C5" w14:paraId="0450A4DA" w14:textId="77777777" w:rsidTr="00E80FD8">
        <w:trPr>
          <w:gridAfter w:val="3"/>
          <w:wAfter w:w="1024" w:type="dxa"/>
        </w:trPr>
        <w:tc>
          <w:tcPr>
            <w:tcW w:w="9715" w:type="dxa"/>
            <w:gridSpan w:val="8"/>
          </w:tcPr>
          <w:p w14:paraId="35721F38" w14:textId="40593FC4" w:rsidR="00790130" w:rsidRDefault="00790130">
            <w:pPr>
              <w:jc w:val="center"/>
              <w:rPr>
                <w:rFonts w:ascii="Arial" w:hAnsi="Arial"/>
                <w:b/>
                <w:sz w:val="20"/>
                <w:szCs w:val="72"/>
              </w:rPr>
            </w:pPr>
          </w:p>
          <w:p w14:paraId="72686F23" w14:textId="77777777" w:rsidR="00790130" w:rsidRDefault="00790130">
            <w:pPr>
              <w:jc w:val="center"/>
              <w:rPr>
                <w:rFonts w:ascii="Arial" w:hAnsi="Arial"/>
                <w:b/>
                <w:sz w:val="20"/>
                <w:szCs w:val="72"/>
              </w:rPr>
            </w:pPr>
          </w:p>
          <w:p w14:paraId="65FF2A38" w14:textId="77777777" w:rsidR="00790130" w:rsidRDefault="00790130">
            <w:pPr>
              <w:jc w:val="center"/>
              <w:rPr>
                <w:rFonts w:ascii="Arial" w:hAnsi="Arial"/>
                <w:b/>
                <w:sz w:val="20"/>
                <w:szCs w:val="72"/>
              </w:rPr>
            </w:pPr>
          </w:p>
          <w:p w14:paraId="67FFE9BC" w14:textId="77777777" w:rsidR="00790130" w:rsidRDefault="00790130">
            <w:pPr>
              <w:jc w:val="center"/>
              <w:rPr>
                <w:rFonts w:ascii="Arial" w:hAnsi="Arial"/>
                <w:b/>
                <w:sz w:val="20"/>
                <w:szCs w:val="72"/>
              </w:rPr>
            </w:pPr>
          </w:p>
          <w:p w14:paraId="7EF28252" w14:textId="77777777" w:rsidR="00790130" w:rsidRDefault="00790130">
            <w:pPr>
              <w:jc w:val="center"/>
              <w:rPr>
                <w:rFonts w:ascii="Arial" w:hAnsi="Arial"/>
                <w:b/>
                <w:sz w:val="20"/>
                <w:szCs w:val="72"/>
              </w:rPr>
            </w:pPr>
          </w:p>
          <w:p w14:paraId="69668FE9" w14:textId="77777777" w:rsidR="00790130" w:rsidRDefault="00790130">
            <w:pPr>
              <w:jc w:val="center"/>
              <w:rPr>
                <w:rFonts w:ascii="Arial" w:hAnsi="Arial"/>
                <w:b/>
                <w:sz w:val="20"/>
                <w:szCs w:val="72"/>
              </w:rPr>
            </w:pPr>
          </w:p>
          <w:p w14:paraId="40D551BD" w14:textId="77777777" w:rsidR="00790130" w:rsidRDefault="00790130">
            <w:pPr>
              <w:jc w:val="center"/>
              <w:rPr>
                <w:rFonts w:ascii="Arial" w:hAnsi="Arial"/>
                <w:b/>
                <w:sz w:val="20"/>
                <w:szCs w:val="72"/>
              </w:rPr>
            </w:pPr>
          </w:p>
          <w:p w14:paraId="69ACEC3F" w14:textId="77777777" w:rsidR="00790130" w:rsidRDefault="00790130">
            <w:pPr>
              <w:jc w:val="center"/>
              <w:rPr>
                <w:rFonts w:ascii="Arial" w:hAnsi="Arial"/>
                <w:b/>
                <w:sz w:val="20"/>
                <w:szCs w:val="72"/>
              </w:rPr>
            </w:pPr>
          </w:p>
          <w:p w14:paraId="4FB4A3C9" w14:textId="77777777" w:rsidR="00A66BED" w:rsidRDefault="00A66BED">
            <w:pPr>
              <w:jc w:val="center"/>
              <w:rPr>
                <w:rFonts w:ascii="Arial" w:hAnsi="Arial"/>
                <w:b/>
                <w:sz w:val="20"/>
                <w:szCs w:val="72"/>
              </w:rPr>
            </w:pPr>
          </w:p>
          <w:p w14:paraId="67690C3D" w14:textId="77777777" w:rsidR="00A66BED" w:rsidRDefault="00A66BED">
            <w:pPr>
              <w:jc w:val="center"/>
              <w:rPr>
                <w:rFonts w:ascii="Arial" w:hAnsi="Arial"/>
                <w:b/>
                <w:sz w:val="20"/>
                <w:szCs w:val="72"/>
              </w:rPr>
            </w:pPr>
          </w:p>
          <w:p w14:paraId="6EC0225C" w14:textId="77777777" w:rsidR="00A66BED" w:rsidRDefault="00A66BED">
            <w:pPr>
              <w:jc w:val="center"/>
              <w:rPr>
                <w:rFonts w:ascii="Arial" w:hAnsi="Arial"/>
                <w:b/>
                <w:sz w:val="20"/>
                <w:szCs w:val="72"/>
              </w:rPr>
            </w:pPr>
          </w:p>
          <w:p w14:paraId="182C3426" w14:textId="77777777" w:rsidR="00A66BED" w:rsidRDefault="00A66BED">
            <w:pPr>
              <w:jc w:val="center"/>
              <w:rPr>
                <w:rFonts w:ascii="Arial" w:hAnsi="Arial"/>
                <w:b/>
                <w:sz w:val="20"/>
                <w:szCs w:val="72"/>
              </w:rPr>
            </w:pPr>
          </w:p>
          <w:p w14:paraId="1889168B" w14:textId="77777777" w:rsidR="00A66BED" w:rsidRDefault="00A66BED">
            <w:pPr>
              <w:jc w:val="center"/>
              <w:rPr>
                <w:rFonts w:ascii="Arial" w:hAnsi="Arial"/>
                <w:b/>
                <w:sz w:val="20"/>
                <w:szCs w:val="72"/>
              </w:rPr>
            </w:pPr>
          </w:p>
          <w:p w14:paraId="7B8ED916" w14:textId="77777777" w:rsidR="00790130" w:rsidRDefault="00790130">
            <w:pPr>
              <w:jc w:val="center"/>
              <w:rPr>
                <w:rFonts w:ascii="Arial" w:hAnsi="Arial"/>
                <w:b/>
                <w:sz w:val="20"/>
                <w:szCs w:val="72"/>
              </w:rPr>
            </w:pPr>
          </w:p>
          <w:p w14:paraId="3D5D190D" w14:textId="77777777" w:rsidR="00790130" w:rsidRDefault="00790130">
            <w:pPr>
              <w:jc w:val="center"/>
              <w:rPr>
                <w:rFonts w:ascii="Arial" w:hAnsi="Arial"/>
                <w:b/>
                <w:sz w:val="20"/>
                <w:szCs w:val="72"/>
              </w:rPr>
            </w:pPr>
          </w:p>
          <w:p w14:paraId="1B7F78F9" w14:textId="322B2CA9" w:rsidR="00FC50C5" w:rsidRDefault="00000000">
            <w:pPr>
              <w:jc w:val="center"/>
            </w:pPr>
            <w:r>
              <w:rPr>
                <w:rFonts w:ascii="Arial" w:hAnsi="Arial"/>
                <w:b/>
                <w:sz w:val="20"/>
                <w:szCs w:val="72"/>
              </w:rPr>
              <w:t>ADAMAS UNIVERSITY</w:t>
            </w:r>
          </w:p>
        </w:tc>
      </w:tr>
      <w:tr w:rsidR="00FC50C5" w14:paraId="014AA785" w14:textId="77777777" w:rsidTr="00E80FD8">
        <w:trPr>
          <w:gridAfter w:val="3"/>
          <w:wAfter w:w="1024" w:type="dxa"/>
        </w:trPr>
        <w:tc>
          <w:tcPr>
            <w:tcW w:w="9715" w:type="dxa"/>
            <w:gridSpan w:val="8"/>
          </w:tcPr>
          <w:p w14:paraId="24D1021C" w14:textId="77777777" w:rsidR="00FC50C5" w:rsidRDefault="00FC50C5">
            <w:pPr>
              <w:jc w:val="center"/>
              <w:rPr>
                <w:b/>
                <w:sz w:val="52"/>
                <w:szCs w:val="52"/>
              </w:rPr>
            </w:pPr>
          </w:p>
        </w:tc>
      </w:tr>
      <w:tr w:rsidR="00FC50C5" w14:paraId="0704E2BC" w14:textId="77777777" w:rsidTr="00E80FD8">
        <w:trPr>
          <w:gridAfter w:val="3"/>
          <w:wAfter w:w="1024" w:type="dxa"/>
        </w:trPr>
        <w:tc>
          <w:tcPr>
            <w:tcW w:w="9715" w:type="dxa"/>
            <w:gridSpan w:val="8"/>
          </w:tcPr>
          <w:p w14:paraId="28094766" w14:textId="2FC5E09A" w:rsidR="00FC50C5" w:rsidRPr="00790130" w:rsidRDefault="00790130">
            <w:pPr>
              <w:jc w:val="center"/>
              <w:rPr>
                <w:rFonts w:ascii="Aptos Serif" w:hAnsi="Aptos Serif" w:cs="Aptos Serif"/>
                <w:sz w:val="44"/>
                <w:szCs w:val="44"/>
              </w:rPr>
            </w:pPr>
            <w:r w:rsidRPr="00790130">
              <w:rPr>
                <w:rFonts w:ascii="Aptos Serif" w:hAnsi="Aptos Serif" w:cs="Aptos Serif"/>
                <w:b/>
                <w:sz w:val="44"/>
                <w:szCs w:val="44"/>
              </w:rPr>
              <w:t>S</w:t>
            </w:r>
            <w:r w:rsidR="00000000" w:rsidRPr="00790130">
              <w:rPr>
                <w:rFonts w:ascii="Aptos Serif" w:hAnsi="Aptos Serif" w:cs="Aptos Serif"/>
                <w:b/>
                <w:sz w:val="44"/>
                <w:szCs w:val="44"/>
              </w:rPr>
              <w:t xml:space="preserve">CHOOL OF ENGINEERING </w:t>
            </w:r>
            <w:r w:rsidR="00000000" w:rsidRPr="00790130">
              <w:rPr>
                <w:rFonts w:ascii="Aptos Serif" w:hAnsi="Aptos Serif" w:cs="Aptos Serif"/>
                <w:b/>
                <w:sz w:val="44"/>
                <w:szCs w:val="44"/>
              </w:rPr>
              <w:br/>
              <w:t>AND TECHNOLOGY</w:t>
            </w:r>
          </w:p>
        </w:tc>
      </w:tr>
      <w:tr w:rsidR="00FC50C5" w14:paraId="45EE011D" w14:textId="77777777" w:rsidTr="00E80FD8">
        <w:trPr>
          <w:gridAfter w:val="3"/>
          <w:wAfter w:w="1024" w:type="dxa"/>
        </w:trPr>
        <w:tc>
          <w:tcPr>
            <w:tcW w:w="9715" w:type="dxa"/>
            <w:gridSpan w:val="8"/>
          </w:tcPr>
          <w:p w14:paraId="617AFAA2" w14:textId="77777777" w:rsidR="00FC50C5" w:rsidRDefault="00FC50C5">
            <w:pPr>
              <w:jc w:val="center"/>
              <w:rPr>
                <w:b/>
                <w:sz w:val="32"/>
                <w:szCs w:val="32"/>
              </w:rPr>
            </w:pPr>
          </w:p>
        </w:tc>
      </w:tr>
      <w:tr w:rsidR="00FC50C5" w14:paraId="5CD4F6DD" w14:textId="77777777" w:rsidTr="00E80FD8">
        <w:trPr>
          <w:gridAfter w:val="3"/>
          <w:wAfter w:w="1024" w:type="dxa"/>
        </w:trPr>
        <w:tc>
          <w:tcPr>
            <w:tcW w:w="9715" w:type="dxa"/>
            <w:gridSpan w:val="8"/>
          </w:tcPr>
          <w:p w14:paraId="125CF0B9" w14:textId="77777777" w:rsidR="00790130" w:rsidRDefault="00790130" w:rsidP="00790130">
            <w:pPr>
              <w:rPr>
                <w:rFonts w:ascii="Arial" w:hAnsi="Arial"/>
                <w:b/>
                <w:sz w:val="20"/>
                <w:szCs w:val="40"/>
              </w:rPr>
            </w:pPr>
          </w:p>
          <w:p w14:paraId="56AD990A" w14:textId="79A6E2EF" w:rsidR="00FC50C5" w:rsidRDefault="00000000">
            <w:pPr>
              <w:jc w:val="center"/>
              <w:rPr>
                <w:b/>
                <w:sz w:val="44"/>
                <w:szCs w:val="44"/>
              </w:rPr>
            </w:pPr>
            <w:r>
              <w:rPr>
                <w:rFonts w:ascii="Arial" w:hAnsi="Arial"/>
                <w:b/>
                <w:sz w:val="20"/>
                <w:szCs w:val="40"/>
              </w:rPr>
              <w:t xml:space="preserve">DEPARTMENT OF </w:t>
            </w:r>
            <w:r>
              <w:rPr>
                <w:rFonts w:ascii="Arial" w:hAnsi="Arial"/>
                <w:b/>
                <w:sz w:val="20"/>
                <w:szCs w:val="40"/>
              </w:rPr>
              <w:br/>
              <w:t>COMPUTER SCIENCE AND ENGINEERING</w:t>
            </w:r>
          </w:p>
        </w:tc>
      </w:tr>
      <w:tr w:rsidR="00FC50C5" w14:paraId="752872A1" w14:textId="77777777" w:rsidTr="00E80FD8">
        <w:trPr>
          <w:gridAfter w:val="3"/>
          <w:wAfter w:w="1024" w:type="dxa"/>
          <w:trHeight w:val="1449"/>
        </w:trPr>
        <w:tc>
          <w:tcPr>
            <w:tcW w:w="9715" w:type="dxa"/>
            <w:gridSpan w:val="8"/>
          </w:tcPr>
          <w:p w14:paraId="710F5B24" w14:textId="77777777" w:rsidR="00FC50C5" w:rsidRDefault="00FC50C5">
            <w:pPr>
              <w:jc w:val="center"/>
              <w:rPr>
                <w:b/>
                <w:sz w:val="40"/>
                <w:szCs w:val="40"/>
                <w:u w:val="single"/>
              </w:rPr>
            </w:pPr>
          </w:p>
        </w:tc>
      </w:tr>
      <w:tr w:rsidR="00FC50C5" w14:paraId="601EC7C1" w14:textId="77777777" w:rsidTr="00E80FD8">
        <w:trPr>
          <w:gridAfter w:val="3"/>
          <w:wAfter w:w="1024" w:type="dxa"/>
        </w:trPr>
        <w:tc>
          <w:tcPr>
            <w:tcW w:w="9715" w:type="dxa"/>
            <w:gridSpan w:val="8"/>
          </w:tcPr>
          <w:p w14:paraId="2FAE0351" w14:textId="77777777" w:rsidR="00790130" w:rsidRDefault="00790130" w:rsidP="00790130">
            <w:pPr>
              <w:rPr>
                <w:rFonts w:ascii="Arial" w:hAnsi="Arial"/>
                <w:b/>
                <w:sz w:val="20"/>
                <w:szCs w:val="44"/>
                <w:u w:val="single"/>
              </w:rPr>
            </w:pPr>
            <w:bookmarkStart w:id="0" w:name="_heading=h.gjdgxs" w:colFirst="0" w:colLast="0"/>
            <w:bookmarkEnd w:id="0"/>
          </w:p>
          <w:p w14:paraId="0B0AF215" w14:textId="77777777" w:rsidR="00790130" w:rsidRDefault="00790130">
            <w:pPr>
              <w:jc w:val="center"/>
              <w:rPr>
                <w:rFonts w:ascii="Arial" w:hAnsi="Arial"/>
                <w:b/>
                <w:sz w:val="20"/>
                <w:szCs w:val="44"/>
                <w:u w:val="single"/>
              </w:rPr>
            </w:pPr>
          </w:p>
          <w:p w14:paraId="4ED896DA" w14:textId="77777777" w:rsidR="00790130" w:rsidRDefault="00790130">
            <w:pPr>
              <w:jc w:val="center"/>
              <w:rPr>
                <w:rFonts w:ascii="Arial" w:hAnsi="Arial"/>
                <w:b/>
                <w:sz w:val="20"/>
                <w:szCs w:val="44"/>
                <w:u w:val="single"/>
              </w:rPr>
            </w:pPr>
          </w:p>
          <w:p w14:paraId="2C399BBA" w14:textId="77777777" w:rsidR="00790130" w:rsidRDefault="00790130" w:rsidP="00A66BED">
            <w:pPr>
              <w:rPr>
                <w:rFonts w:ascii="Arial" w:hAnsi="Arial"/>
                <w:b/>
                <w:sz w:val="20"/>
                <w:szCs w:val="44"/>
                <w:u w:val="single"/>
              </w:rPr>
            </w:pPr>
          </w:p>
          <w:p w14:paraId="6314E30B" w14:textId="77777777" w:rsidR="00A66BED" w:rsidRDefault="00A66BED" w:rsidP="00A66BED">
            <w:pPr>
              <w:rPr>
                <w:rFonts w:ascii="Arial" w:hAnsi="Arial"/>
                <w:b/>
                <w:sz w:val="20"/>
                <w:szCs w:val="44"/>
                <w:u w:val="single"/>
              </w:rPr>
            </w:pPr>
          </w:p>
          <w:p w14:paraId="1D5E9AAA" w14:textId="77777777" w:rsidR="00A66BED" w:rsidRDefault="00A66BED" w:rsidP="00A66BED">
            <w:pPr>
              <w:rPr>
                <w:rFonts w:ascii="Arial" w:hAnsi="Arial"/>
                <w:b/>
                <w:sz w:val="20"/>
                <w:szCs w:val="44"/>
                <w:u w:val="single"/>
              </w:rPr>
            </w:pPr>
          </w:p>
          <w:p w14:paraId="5FEC69D4" w14:textId="77777777" w:rsidR="00A66BED" w:rsidRDefault="00A66BED" w:rsidP="00A66BED">
            <w:pPr>
              <w:rPr>
                <w:rFonts w:ascii="Arial" w:hAnsi="Arial"/>
                <w:b/>
                <w:sz w:val="20"/>
                <w:szCs w:val="44"/>
                <w:u w:val="single"/>
              </w:rPr>
            </w:pPr>
          </w:p>
          <w:p w14:paraId="4FFB4A96" w14:textId="77777777" w:rsidR="00FC50C5" w:rsidRDefault="00000000">
            <w:pPr>
              <w:jc w:val="center"/>
              <w:rPr>
                <w:rFonts w:ascii="Arial" w:hAnsi="Arial"/>
                <w:b/>
                <w:sz w:val="20"/>
                <w:szCs w:val="44"/>
                <w:u w:val="single"/>
              </w:rPr>
            </w:pPr>
            <w:r>
              <w:rPr>
                <w:rFonts w:ascii="Arial" w:hAnsi="Arial"/>
                <w:b/>
                <w:sz w:val="20"/>
                <w:szCs w:val="44"/>
                <w:u w:val="single"/>
              </w:rPr>
              <w:t>POST GRADUATE PROGRAM</w:t>
            </w:r>
          </w:p>
          <w:p w14:paraId="2BC282C0" w14:textId="3544D203" w:rsidR="00E80FD8" w:rsidRDefault="00E80FD8">
            <w:pPr>
              <w:jc w:val="center"/>
              <w:rPr>
                <w:b/>
                <w:u w:val="single"/>
              </w:rPr>
            </w:pPr>
          </w:p>
        </w:tc>
      </w:tr>
      <w:tr w:rsidR="00FC50C5" w14:paraId="7FE77A27" w14:textId="77777777" w:rsidTr="00E80FD8">
        <w:trPr>
          <w:gridAfter w:val="3"/>
          <w:wAfter w:w="1024" w:type="dxa"/>
        </w:trPr>
        <w:tc>
          <w:tcPr>
            <w:tcW w:w="9715" w:type="dxa"/>
            <w:gridSpan w:val="8"/>
          </w:tcPr>
          <w:p w14:paraId="2B47E34B" w14:textId="77777777" w:rsidR="00FC50C5" w:rsidRPr="00790130" w:rsidRDefault="00000000" w:rsidP="00790130">
            <w:pPr>
              <w:jc w:val="center"/>
              <w:rPr>
                <w:sz w:val="36"/>
                <w:szCs w:val="72"/>
              </w:rPr>
            </w:pPr>
            <w:r w:rsidRPr="00790130">
              <w:rPr>
                <w:rFonts w:ascii="Arial" w:hAnsi="Arial"/>
                <w:b/>
                <w:sz w:val="36"/>
                <w:szCs w:val="72"/>
              </w:rPr>
              <w:t>Course Structure and Syllabus</w:t>
            </w:r>
          </w:p>
        </w:tc>
      </w:tr>
      <w:tr w:rsidR="00FC50C5" w14:paraId="11C9533C" w14:textId="77777777" w:rsidTr="00E80FD8">
        <w:trPr>
          <w:gridAfter w:val="3"/>
          <w:wAfter w:w="1024" w:type="dxa"/>
        </w:trPr>
        <w:tc>
          <w:tcPr>
            <w:tcW w:w="9715" w:type="dxa"/>
            <w:gridSpan w:val="8"/>
          </w:tcPr>
          <w:p w14:paraId="6E461610" w14:textId="77777777" w:rsidR="00FC50C5" w:rsidRPr="00790130" w:rsidRDefault="00FC50C5">
            <w:pPr>
              <w:jc w:val="center"/>
              <w:rPr>
                <w:b/>
                <w:sz w:val="36"/>
                <w:szCs w:val="72"/>
              </w:rPr>
            </w:pPr>
          </w:p>
        </w:tc>
      </w:tr>
      <w:tr w:rsidR="00FC50C5" w14:paraId="312D4061" w14:textId="77777777" w:rsidTr="00E80FD8">
        <w:trPr>
          <w:gridAfter w:val="3"/>
          <w:wAfter w:w="1024" w:type="dxa"/>
        </w:trPr>
        <w:tc>
          <w:tcPr>
            <w:tcW w:w="9715" w:type="dxa"/>
            <w:gridSpan w:val="8"/>
          </w:tcPr>
          <w:p w14:paraId="738ADC2B" w14:textId="77777777" w:rsidR="00FC50C5" w:rsidRPr="00790130" w:rsidRDefault="00000000">
            <w:pPr>
              <w:jc w:val="center"/>
              <w:rPr>
                <w:sz w:val="36"/>
                <w:szCs w:val="72"/>
              </w:rPr>
            </w:pPr>
            <w:r w:rsidRPr="00790130">
              <w:rPr>
                <w:rFonts w:ascii="Arial" w:hAnsi="Arial"/>
                <w:b/>
                <w:sz w:val="36"/>
                <w:szCs w:val="72"/>
              </w:rPr>
              <w:t>M. Tech (Computer Science and Engineering)</w:t>
            </w:r>
          </w:p>
        </w:tc>
      </w:tr>
      <w:tr w:rsidR="00FC50C5" w14:paraId="4CABCD59" w14:textId="77777777" w:rsidTr="00E80FD8">
        <w:trPr>
          <w:gridAfter w:val="3"/>
          <w:wAfter w:w="1024" w:type="dxa"/>
        </w:trPr>
        <w:tc>
          <w:tcPr>
            <w:tcW w:w="9715" w:type="dxa"/>
            <w:gridSpan w:val="8"/>
          </w:tcPr>
          <w:p w14:paraId="42AB9CD1" w14:textId="22D8FE2D" w:rsidR="00FC50C5" w:rsidRDefault="00000000" w:rsidP="00BB2100">
            <w:pPr>
              <w:jc w:val="center"/>
              <w:rPr>
                <w:b/>
                <w:sz w:val="40"/>
                <w:szCs w:val="40"/>
                <w:highlight w:val="yellow"/>
              </w:rPr>
            </w:pPr>
            <w:r w:rsidRPr="00946B67">
              <w:rPr>
                <w:rFonts w:ascii="Arial" w:hAnsi="Arial"/>
                <w:b/>
                <w:sz w:val="20"/>
                <w:szCs w:val="40"/>
              </w:rPr>
              <w:t>W.e.f. AY 202</w:t>
            </w:r>
            <w:r w:rsidR="00946B67" w:rsidRPr="00946B67">
              <w:rPr>
                <w:rFonts w:ascii="Arial" w:hAnsi="Arial"/>
                <w:b/>
                <w:sz w:val="20"/>
                <w:szCs w:val="40"/>
              </w:rPr>
              <w:t>6</w:t>
            </w:r>
            <w:r w:rsidRPr="00946B67">
              <w:rPr>
                <w:rFonts w:ascii="Arial" w:hAnsi="Arial"/>
                <w:b/>
                <w:sz w:val="20"/>
                <w:szCs w:val="40"/>
              </w:rPr>
              <w:t>-2</w:t>
            </w:r>
            <w:r w:rsidR="00946B67" w:rsidRPr="00946B67">
              <w:rPr>
                <w:rFonts w:ascii="Arial" w:hAnsi="Arial"/>
                <w:b/>
                <w:sz w:val="20"/>
                <w:szCs w:val="40"/>
              </w:rPr>
              <w:t>7</w:t>
            </w:r>
          </w:p>
        </w:tc>
      </w:tr>
      <w:tr w:rsidR="00FC50C5" w14:paraId="560D2AF6" w14:textId="77777777" w:rsidTr="00E80FD8">
        <w:trPr>
          <w:gridAfter w:val="3"/>
          <w:wAfter w:w="1024" w:type="dxa"/>
          <w:trHeight w:val="2117"/>
        </w:trPr>
        <w:tc>
          <w:tcPr>
            <w:tcW w:w="9715" w:type="dxa"/>
            <w:gridSpan w:val="8"/>
          </w:tcPr>
          <w:p w14:paraId="75F1BDD9" w14:textId="77777777" w:rsidR="00FC50C5" w:rsidRDefault="00000000">
            <w:pPr>
              <w:jc w:val="center"/>
            </w:pPr>
            <w:r>
              <w:rPr>
                <w:noProof/>
              </w:rPr>
              <w:lastRenderedPageBreak/>
              <w:drawing>
                <wp:anchor distT="0" distB="0" distL="114300" distR="114300" simplePos="0" relativeHeight="251659264" behindDoc="0" locked="0" layoutInCell="1" hidden="0" allowOverlap="1" wp14:anchorId="016CAB79" wp14:editId="768566A6">
                  <wp:simplePos x="0" y="0"/>
                  <wp:positionH relativeFrom="column">
                    <wp:posOffset>2598420</wp:posOffset>
                  </wp:positionH>
                  <wp:positionV relativeFrom="paragraph">
                    <wp:posOffset>218440</wp:posOffset>
                  </wp:positionV>
                  <wp:extent cx="1182370" cy="1071880"/>
                  <wp:effectExtent l="0" t="0" r="0" b="0"/>
                  <wp:wrapSquare wrapText="bothSides" distT="0" distB="0" distL="114300" distR="11430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a:srcRect/>
                          <a:stretch>
                            <a:fillRect/>
                          </a:stretch>
                        </pic:blipFill>
                        <pic:spPr>
                          <a:xfrm>
                            <a:off x="0" y="0"/>
                            <a:ext cx="1182370" cy="1071880"/>
                          </a:xfrm>
                          <a:prstGeom prst="rect">
                            <a:avLst/>
                          </a:prstGeom>
                          <a:ln/>
                        </pic:spPr>
                      </pic:pic>
                    </a:graphicData>
                  </a:graphic>
                  <wp14:sizeRelH relativeFrom="margin">
                    <wp14:pctWidth>0</wp14:pctWidth>
                  </wp14:sizeRelH>
                  <wp14:sizeRelV relativeFrom="margin">
                    <wp14:pctHeight>0</wp14:pctHeight>
                  </wp14:sizeRelV>
                </wp:anchor>
              </w:drawing>
            </w:r>
          </w:p>
        </w:tc>
      </w:tr>
      <w:tr w:rsidR="00FC50C5" w14:paraId="7DA02129" w14:textId="77777777" w:rsidTr="00E80FD8">
        <w:trPr>
          <w:gridAfter w:val="3"/>
          <w:wAfter w:w="1024" w:type="dxa"/>
        </w:trPr>
        <w:tc>
          <w:tcPr>
            <w:tcW w:w="9715" w:type="dxa"/>
            <w:gridSpan w:val="8"/>
          </w:tcPr>
          <w:p w14:paraId="52360665" w14:textId="77777777" w:rsidR="00FC50C5" w:rsidRDefault="00FC50C5">
            <w:pPr>
              <w:tabs>
                <w:tab w:val="center" w:pos="4680"/>
                <w:tab w:val="left" w:pos="7980"/>
              </w:tabs>
              <w:jc w:val="center"/>
              <w:rPr>
                <w:b/>
                <w:sz w:val="24"/>
                <w:szCs w:val="24"/>
              </w:rPr>
            </w:pPr>
          </w:p>
        </w:tc>
      </w:tr>
      <w:tr w:rsidR="00FC50C5" w14:paraId="27F11780" w14:textId="77777777" w:rsidTr="00E80FD8">
        <w:trPr>
          <w:gridAfter w:val="3"/>
          <w:wAfter w:w="1024" w:type="dxa"/>
        </w:trPr>
        <w:tc>
          <w:tcPr>
            <w:tcW w:w="9715" w:type="dxa"/>
            <w:gridSpan w:val="8"/>
          </w:tcPr>
          <w:p w14:paraId="0325253F" w14:textId="77777777" w:rsidR="00FC50C5" w:rsidRDefault="00000000">
            <w:pPr>
              <w:tabs>
                <w:tab w:val="center" w:pos="4680"/>
                <w:tab w:val="left" w:pos="7980"/>
              </w:tabs>
              <w:jc w:val="center"/>
              <w:rPr>
                <w:b/>
                <w:sz w:val="24"/>
                <w:szCs w:val="24"/>
              </w:rPr>
            </w:pPr>
            <w:r>
              <w:rPr>
                <w:rFonts w:ascii="Arial" w:hAnsi="Arial"/>
                <w:b/>
                <w:sz w:val="20"/>
                <w:szCs w:val="24"/>
              </w:rPr>
              <w:t>ADAMAS UNIVERSITY, KOLKATA</w:t>
            </w:r>
          </w:p>
          <w:p w14:paraId="4312A566" w14:textId="77777777" w:rsidR="00FC50C5" w:rsidRDefault="00000000">
            <w:pPr>
              <w:tabs>
                <w:tab w:val="center" w:pos="4680"/>
                <w:tab w:val="left" w:pos="7980"/>
              </w:tabs>
              <w:jc w:val="center"/>
              <w:rPr>
                <w:b/>
                <w:sz w:val="24"/>
                <w:szCs w:val="24"/>
              </w:rPr>
            </w:pPr>
            <w:r>
              <w:rPr>
                <w:rFonts w:ascii="Arial" w:hAnsi="Arial"/>
                <w:b/>
                <w:sz w:val="20"/>
                <w:szCs w:val="24"/>
              </w:rPr>
              <w:t>SCHOOL OF ENGINEERING AND TECHNOLOGY</w:t>
            </w:r>
          </w:p>
          <w:p w14:paraId="3D6006C9" w14:textId="77777777" w:rsidR="00FC50C5" w:rsidRDefault="00000000">
            <w:pPr>
              <w:jc w:val="center"/>
            </w:pPr>
            <w:r>
              <w:rPr>
                <w:rFonts w:ascii="Arial" w:hAnsi="Arial"/>
                <w:b/>
                <w:sz w:val="20"/>
                <w:szCs w:val="24"/>
              </w:rPr>
              <w:t>DEPARTMENT OF COMPUTER SCIENCE AND ENGINEERING</w:t>
            </w:r>
          </w:p>
        </w:tc>
      </w:tr>
      <w:tr w:rsidR="00FC50C5" w14:paraId="379DB006" w14:textId="77777777" w:rsidTr="00E80FD8">
        <w:trPr>
          <w:gridAfter w:val="3"/>
          <w:wAfter w:w="1024" w:type="dxa"/>
          <w:trHeight w:val="688"/>
        </w:trPr>
        <w:tc>
          <w:tcPr>
            <w:tcW w:w="9715" w:type="dxa"/>
            <w:gridSpan w:val="8"/>
          </w:tcPr>
          <w:p w14:paraId="671F521A" w14:textId="77777777" w:rsidR="00FC50C5" w:rsidRDefault="00FC50C5"/>
        </w:tc>
      </w:tr>
      <w:tr w:rsidR="00FC50C5" w14:paraId="5D8B15A9" w14:textId="77777777" w:rsidTr="00E80FD8">
        <w:trPr>
          <w:gridAfter w:val="3"/>
          <w:wAfter w:w="1024" w:type="dxa"/>
        </w:trPr>
        <w:tc>
          <w:tcPr>
            <w:tcW w:w="9715" w:type="dxa"/>
            <w:gridSpan w:val="8"/>
          </w:tcPr>
          <w:p w14:paraId="3776A455" w14:textId="77777777" w:rsidR="00FC50C5" w:rsidRDefault="00000000">
            <w:pPr>
              <w:spacing w:line="276" w:lineRule="auto"/>
              <w:jc w:val="center"/>
              <w:rPr>
                <w:b/>
                <w:color w:val="000000"/>
                <w:sz w:val="24"/>
                <w:szCs w:val="24"/>
              </w:rPr>
            </w:pPr>
            <w:r>
              <w:rPr>
                <w:rFonts w:ascii="Arial" w:hAnsi="Arial"/>
                <w:b/>
                <w:color w:val="000000"/>
                <w:sz w:val="20"/>
                <w:szCs w:val="24"/>
              </w:rPr>
              <w:t>VISION OF THE UNIVERSITY</w:t>
            </w:r>
          </w:p>
        </w:tc>
      </w:tr>
      <w:tr w:rsidR="00FC50C5" w14:paraId="72A0B410" w14:textId="77777777" w:rsidTr="00E80FD8">
        <w:trPr>
          <w:gridAfter w:val="3"/>
          <w:wAfter w:w="1024" w:type="dxa"/>
        </w:trPr>
        <w:tc>
          <w:tcPr>
            <w:tcW w:w="9715" w:type="dxa"/>
            <w:gridSpan w:val="8"/>
          </w:tcPr>
          <w:p w14:paraId="3BCAEADB" w14:textId="77777777" w:rsidR="00FC50C5" w:rsidRDefault="00FC50C5">
            <w:pPr>
              <w:spacing w:after="200"/>
              <w:jc w:val="center"/>
              <w:rPr>
                <w:b/>
                <w:color w:val="000000"/>
                <w:sz w:val="24"/>
                <w:szCs w:val="24"/>
              </w:rPr>
            </w:pPr>
          </w:p>
        </w:tc>
      </w:tr>
      <w:tr w:rsidR="00FC50C5" w14:paraId="2995D04E" w14:textId="77777777" w:rsidTr="00E80FD8">
        <w:trPr>
          <w:gridAfter w:val="3"/>
          <w:wAfter w:w="1024" w:type="dxa"/>
        </w:trPr>
        <w:tc>
          <w:tcPr>
            <w:tcW w:w="9715" w:type="dxa"/>
            <w:gridSpan w:val="8"/>
          </w:tcPr>
          <w:p w14:paraId="1A28C838" w14:textId="77777777" w:rsidR="00FC50C5" w:rsidRDefault="00000000">
            <w:pPr>
              <w:spacing w:after="200"/>
              <w:jc w:val="both"/>
              <w:rPr>
                <w:sz w:val="24"/>
                <w:szCs w:val="24"/>
              </w:rPr>
            </w:pPr>
            <w:r>
              <w:rPr>
                <w:rFonts w:ascii="Arial" w:hAnsi="Arial"/>
                <w:color w:val="000000"/>
                <w:sz w:val="20"/>
                <w:szCs w:val="24"/>
              </w:rPr>
              <w:t>To be an internationally recognized university through excellence in inter-disciplinary education, research and innovation, preparing socially responsible well-grounded individuals contributing to nation building.</w:t>
            </w:r>
          </w:p>
        </w:tc>
      </w:tr>
      <w:tr w:rsidR="00FC50C5" w14:paraId="073732B5" w14:textId="77777777" w:rsidTr="00E80FD8">
        <w:trPr>
          <w:gridAfter w:val="3"/>
          <w:wAfter w:w="1024" w:type="dxa"/>
          <w:trHeight w:val="654"/>
        </w:trPr>
        <w:tc>
          <w:tcPr>
            <w:tcW w:w="9715" w:type="dxa"/>
            <w:gridSpan w:val="8"/>
          </w:tcPr>
          <w:p w14:paraId="73651082" w14:textId="77777777" w:rsidR="00FC50C5" w:rsidRDefault="00FC50C5"/>
        </w:tc>
      </w:tr>
      <w:tr w:rsidR="00FC50C5" w14:paraId="193F5C32" w14:textId="77777777" w:rsidTr="00E80FD8">
        <w:trPr>
          <w:gridAfter w:val="3"/>
          <w:wAfter w:w="1024" w:type="dxa"/>
        </w:trPr>
        <w:tc>
          <w:tcPr>
            <w:tcW w:w="9715" w:type="dxa"/>
            <w:gridSpan w:val="8"/>
          </w:tcPr>
          <w:p w14:paraId="6BA0F762" w14:textId="77777777" w:rsidR="00FC50C5" w:rsidRDefault="00000000">
            <w:pPr>
              <w:jc w:val="center"/>
            </w:pPr>
            <w:r>
              <w:rPr>
                <w:rFonts w:ascii="Arial" w:hAnsi="Arial"/>
                <w:b/>
                <w:color w:val="000000"/>
                <w:sz w:val="20"/>
                <w:szCs w:val="24"/>
              </w:rPr>
              <w:t>MISSION STATEMENTS OF THE UNIVERSITY</w:t>
            </w:r>
          </w:p>
        </w:tc>
      </w:tr>
      <w:tr w:rsidR="00FC50C5" w14:paraId="3088D5F0" w14:textId="77777777" w:rsidTr="00E80FD8">
        <w:trPr>
          <w:gridAfter w:val="3"/>
          <w:wAfter w:w="1024" w:type="dxa"/>
        </w:trPr>
        <w:tc>
          <w:tcPr>
            <w:tcW w:w="9715" w:type="dxa"/>
            <w:gridSpan w:val="8"/>
          </w:tcPr>
          <w:p w14:paraId="2EC0ABBA" w14:textId="77777777" w:rsidR="00FC50C5" w:rsidRDefault="00FC50C5"/>
        </w:tc>
      </w:tr>
      <w:tr w:rsidR="00FC50C5" w14:paraId="55E5B567" w14:textId="77777777" w:rsidTr="00E80FD8">
        <w:trPr>
          <w:gridAfter w:val="3"/>
          <w:wAfter w:w="1024" w:type="dxa"/>
        </w:trPr>
        <w:tc>
          <w:tcPr>
            <w:tcW w:w="9715" w:type="dxa"/>
            <w:gridSpan w:val="8"/>
          </w:tcPr>
          <w:p w14:paraId="0C842A16" w14:textId="77777777" w:rsidR="00FC50C5" w:rsidRDefault="00000000">
            <w:pPr>
              <w:spacing w:after="200"/>
              <w:jc w:val="both"/>
              <w:rPr>
                <w:sz w:val="24"/>
                <w:szCs w:val="24"/>
              </w:rPr>
            </w:pPr>
            <w:r>
              <w:rPr>
                <w:rFonts w:ascii="Arial" w:hAnsi="Arial"/>
                <w:b/>
                <w:color w:val="000000"/>
                <w:sz w:val="20"/>
                <w:szCs w:val="24"/>
              </w:rPr>
              <w:t xml:space="preserve">M.S 01: </w:t>
            </w:r>
            <w:r>
              <w:rPr>
                <w:color w:val="000000"/>
                <w:sz w:val="24"/>
                <w:szCs w:val="24"/>
              </w:rPr>
              <w:t>Improve employability through futuristic curriculum and progressive pedagogy with cutting-edge technology</w:t>
            </w:r>
          </w:p>
          <w:p w14:paraId="454F55EC" w14:textId="77777777" w:rsidR="00FC50C5" w:rsidRDefault="00000000">
            <w:pPr>
              <w:spacing w:after="200"/>
              <w:jc w:val="both"/>
              <w:rPr>
                <w:b/>
                <w:sz w:val="24"/>
                <w:szCs w:val="24"/>
              </w:rPr>
            </w:pPr>
            <w:r>
              <w:rPr>
                <w:rFonts w:ascii="Arial" w:hAnsi="Arial"/>
                <w:b/>
                <w:color w:val="000000"/>
                <w:sz w:val="20"/>
                <w:szCs w:val="24"/>
              </w:rPr>
              <w:t xml:space="preserve">M.S 02: </w:t>
            </w:r>
            <w:r>
              <w:rPr>
                <w:color w:val="000000"/>
                <w:sz w:val="24"/>
                <w:szCs w:val="24"/>
              </w:rPr>
              <w:t xml:space="preserve">Foster </w:t>
            </w:r>
            <w:proofErr w:type="gramStart"/>
            <w:r>
              <w:rPr>
                <w:color w:val="000000"/>
                <w:sz w:val="24"/>
                <w:szCs w:val="24"/>
              </w:rPr>
              <w:t>outcomes based</w:t>
            </w:r>
            <w:proofErr w:type="gramEnd"/>
            <w:r>
              <w:rPr>
                <w:color w:val="000000"/>
                <w:sz w:val="24"/>
                <w:szCs w:val="24"/>
              </w:rPr>
              <w:t xml:space="preserve"> education system for continuous improvement in               education, research and all allied activities</w:t>
            </w:r>
          </w:p>
          <w:p w14:paraId="0FA026F7" w14:textId="77777777" w:rsidR="00FC50C5" w:rsidRDefault="00000000">
            <w:pPr>
              <w:spacing w:after="200"/>
              <w:jc w:val="both"/>
              <w:rPr>
                <w:b/>
                <w:sz w:val="24"/>
                <w:szCs w:val="24"/>
              </w:rPr>
            </w:pPr>
            <w:r>
              <w:rPr>
                <w:rFonts w:ascii="Arial" w:hAnsi="Arial"/>
                <w:b/>
                <w:color w:val="000000"/>
                <w:sz w:val="20"/>
                <w:szCs w:val="24"/>
              </w:rPr>
              <w:t xml:space="preserve">M.S 03: </w:t>
            </w:r>
            <w:r>
              <w:rPr>
                <w:color w:val="000000"/>
                <w:sz w:val="24"/>
                <w:szCs w:val="24"/>
              </w:rPr>
              <w:t>Instill the notion of lifelong learning through culture of research and innovation</w:t>
            </w:r>
          </w:p>
          <w:p w14:paraId="0E03783F" w14:textId="77777777" w:rsidR="00FC50C5" w:rsidRDefault="00000000">
            <w:pPr>
              <w:spacing w:after="200"/>
              <w:jc w:val="both"/>
              <w:rPr>
                <w:b/>
                <w:sz w:val="24"/>
                <w:szCs w:val="24"/>
              </w:rPr>
            </w:pPr>
            <w:r>
              <w:rPr>
                <w:rFonts w:ascii="Arial" w:hAnsi="Arial"/>
                <w:b/>
                <w:color w:val="000000"/>
                <w:sz w:val="20"/>
                <w:szCs w:val="24"/>
              </w:rPr>
              <w:t xml:space="preserve">M.S 04: </w:t>
            </w:r>
            <w:r>
              <w:rPr>
                <w:color w:val="000000"/>
                <w:sz w:val="24"/>
                <w:szCs w:val="24"/>
              </w:rPr>
              <w:t xml:space="preserve">Collaborate with industries, research </w:t>
            </w:r>
            <w:proofErr w:type="spellStart"/>
            <w:r>
              <w:rPr>
                <w:color w:val="000000"/>
                <w:sz w:val="24"/>
                <w:szCs w:val="24"/>
              </w:rPr>
              <w:t>centres</w:t>
            </w:r>
            <w:proofErr w:type="spellEnd"/>
            <w:r>
              <w:rPr>
                <w:color w:val="000000"/>
                <w:sz w:val="24"/>
                <w:szCs w:val="24"/>
              </w:rPr>
              <w:t xml:space="preserve"> and professional bodies to stay relevant and up-to-date</w:t>
            </w:r>
          </w:p>
          <w:p w14:paraId="3628CA4D" w14:textId="77777777" w:rsidR="00FC50C5" w:rsidRDefault="00000000">
            <w:r>
              <w:rPr>
                <w:rFonts w:ascii="Arial" w:hAnsi="Arial"/>
                <w:b/>
                <w:color w:val="000000"/>
                <w:sz w:val="20"/>
                <w:szCs w:val="24"/>
              </w:rPr>
              <w:t xml:space="preserve">M.S 05: </w:t>
            </w:r>
            <w:r>
              <w:rPr>
                <w:color w:val="000000"/>
                <w:sz w:val="24"/>
                <w:szCs w:val="24"/>
              </w:rPr>
              <w:t>Inculcate ethical principles and develop understanding of environmental and social realities</w:t>
            </w:r>
          </w:p>
        </w:tc>
      </w:tr>
      <w:tr w:rsidR="00FC50C5" w14:paraId="3A3AD722" w14:textId="77777777" w:rsidTr="00E80FD8">
        <w:trPr>
          <w:gridAfter w:val="3"/>
          <w:wAfter w:w="1024" w:type="dxa"/>
          <w:trHeight w:val="1191"/>
        </w:trPr>
        <w:tc>
          <w:tcPr>
            <w:tcW w:w="9715" w:type="dxa"/>
            <w:gridSpan w:val="8"/>
          </w:tcPr>
          <w:p w14:paraId="686D0A8E" w14:textId="77777777" w:rsidR="00FC50C5" w:rsidRDefault="00FC50C5"/>
        </w:tc>
      </w:tr>
      <w:tr w:rsidR="00FC50C5" w14:paraId="743D9A0E" w14:textId="77777777" w:rsidTr="00E80FD8">
        <w:trPr>
          <w:gridAfter w:val="3"/>
          <w:wAfter w:w="1024" w:type="dxa"/>
        </w:trPr>
        <w:tc>
          <w:tcPr>
            <w:tcW w:w="9715" w:type="dxa"/>
            <w:gridSpan w:val="8"/>
          </w:tcPr>
          <w:p w14:paraId="7E5BFC41" w14:textId="77777777" w:rsidR="00FC50C5" w:rsidRDefault="00000000">
            <w:pPr>
              <w:jc w:val="center"/>
              <w:rPr>
                <w:b/>
                <w:color w:val="000000"/>
                <w:sz w:val="24"/>
                <w:szCs w:val="24"/>
              </w:rPr>
            </w:pPr>
            <w:r>
              <w:rPr>
                <w:rFonts w:ascii="Arial" w:hAnsi="Arial"/>
                <w:b/>
                <w:color w:val="000000"/>
                <w:sz w:val="20"/>
                <w:szCs w:val="24"/>
              </w:rPr>
              <w:t>__________________________________________________</w:t>
            </w:r>
          </w:p>
          <w:p w14:paraId="29E93FB4" w14:textId="77777777" w:rsidR="00FC50C5" w:rsidRDefault="00000000">
            <w:pPr>
              <w:jc w:val="center"/>
            </w:pPr>
            <w:r>
              <w:rPr>
                <w:rFonts w:ascii="Arial" w:hAnsi="Arial"/>
                <w:b/>
                <w:color w:val="000000"/>
                <w:sz w:val="20"/>
                <w:szCs w:val="24"/>
              </w:rPr>
              <w:t>CHANCELLOR / VICE CHANCELLOR</w:t>
            </w:r>
          </w:p>
        </w:tc>
      </w:tr>
      <w:tr w:rsidR="00FC50C5" w14:paraId="4F6BA975" w14:textId="77777777" w:rsidTr="00E80FD8">
        <w:trPr>
          <w:gridAfter w:val="3"/>
          <w:wAfter w:w="1024" w:type="dxa"/>
          <w:trHeight w:val="2117"/>
        </w:trPr>
        <w:tc>
          <w:tcPr>
            <w:tcW w:w="9715" w:type="dxa"/>
            <w:gridSpan w:val="8"/>
          </w:tcPr>
          <w:p w14:paraId="61B077A3" w14:textId="77777777" w:rsidR="00946B67" w:rsidRDefault="00946B67">
            <w:pPr>
              <w:jc w:val="center"/>
            </w:pPr>
          </w:p>
          <w:p w14:paraId="496E8C80" w14:textId="77777777" w:rsidR="00946B67" w:rsidRDefault="00946B67">
            <w:pPr>
              <w:jc w:val="center"/>
            </w:pPr>
          </w:p>
          <w:p w14:paraId="1C17B937" w14:textId="77777777" w:rsidR="00946B67" w:rsidRDefault="00946B67" w:rsidP="00341EF5"/>
          <w:p w14:paraId="2B5852C4" w14:textId="77777777" w:rsidR="00946B67" w:rsidRDefault="00946B67">
            <w:pPr>
              <w:jc w:val="center"/>
            </w:pPr>
          </w:p>
          <w:p w14:paraId="3EA30113" w14:textId="77777777" w:rsidR="00E80FD8" w:rsidRDefault="00E80FD8">
            <w:pPr>
              <w:jc w:val="center"/>
            </w:pPr>
          </w:p>
          <w:p w14:paraId="05C30313" w14:textId="77777777" w:rsidR="00E80FD8" w:rsidRDefault="00E80FD8">
            <w:pPr>
              <w:jc w:val="center"/>
            </w:pPr>
          </w:p>
          <w:p w14:paraId="7B0E6FB5" w14:textId="77777777" w:rsidR="00E80FD8" w:rsidRDefault="00E80FD8">
            <w:pPr>
              <w:jc w:val="center"/>
            </w:pPr>
          </w:p>
          <w:p w14:paraId="05958818" w14:textId="77777777" w:rsidR="00E80FD8" w:rsidRDefault="00E80FD8">
            <w:pPr>
              <w:jc w:val="center"/>
            </w:pPr>
          </w:p>
          <w:p w14:paraId="7A4BF7BB" w14:textId="73E0792C" w:rsidR="00FC50C5" w:rsidRDefault="00000000">
            <w:pPr>
              <w:jc w:val="center"/>
            </w:pPr>
            <w:r>
              <w:rPr>
                <w:noProof/>
              </w:rPr>
              <w:lastRenderedPageBreak/>
              <w:drawing>
                <wp:anchor distT="0" distB="0" distL="114300" distR="114300" simplePos="0" relativeHeight="251660288" behindDoc="0" locked="0" layoutInCell="1" hidden="0" allowOverlap="1" wp14:anchorId="76777862" wp14:editId="2482255F">
                  <wp:simplePos x="0" y="0"/>
                  <wp:positionH relativeFrom="column">
                    <wp:posOffset>2712720</wp:posOffset>
                  </wp:positionH>
                  <wp:positionV relativeFrom="paragraph">
                    <wp:posOffset>231775</wp:posOffset>
                  </wp:positionV>
                  <wp:extent cx="1182370" cy="1071880"/>
                  <wp:effectExtent l="0" t="0" r="0" b="0"/>
                  <wp:wrapSquare wrapText="bothSides" distT="0" distB="0" distL="114300" distR="11430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a:srcRect/>
                          <a:stretch>
                            <a:fillRect/>
                          </a:stretch>
                        </pic:blipFill>
                        <pic:spPr>
                          <a:xfrm>
                            <a:off x="0" y="0"/>
                            <a:ext cx="1182370" cy="1071880"/>
                          </a:xfrm>
                          <a:prstGeom prst="rect">
                            <a:avLst/>
                          </a:prstGeom>
                          <a:ln/>
                        </pic:spPr>
                      </pic:pic>
                    </a:graphicData>
                  </a:graphic>
                  <wp14:sizeRelH relativeFrom="margin">
                    <wp14:pctWidth>0</wp14:pctWidth>
                  </wp14:sizeRelH>
                  <wp14:sizeRelV relativeFrom="margin">
                    <wp14:pctHeight>0</wp14:pctHeight>
                  </wp14:sizeRelV>
                </wp:anchor>
              </w:drawing>
            </w:r>
          </w:p>
        </w:tc>
      </w:tr>
      <w:tr w:rsidR="00FC50C5" w14:paraId="683B32C6" w14:textId="77777777" w:rsidTr="00E80FD8">
        <w:trPr>
          <w:gridAfter w:val="3"/>
          <w:wAfter w:w="1024" w:type="dxa"/>
        </w:trPr>
        <w:tc>
          <w:tcPr>
            <w:tcW w:w="9715" w:type="dxa"/>
            <w:gridSpan w:val="8"/>
          </w:tcPr>
          <w:p w14:paraId="7050D653" w14:textId="77777777" w:rsidR="00FC50C5" w:rsidRDefault="00FC50C5">
            <w:pPr>
              <w:tabs>
                <w:tab w:val="center" w:pos="4680"/>
                <w:tab w:val="left" w:pos="7980"/>
              </w:tabs>
              <w:jc w:val="center"/>
              <w:rPr>
                <w:b/>
                <w:sz w:val="24"/>
                <w:szCs w:val="24"/>
              </w:rPr>
            </w:pPr>
          </w:p>
        </w:tc>
      </w:tr>
      <w:tr w:rsidR="00FC50C5" w14:paraId="16D6072B" w14:textId="77777777" w:rsidTr="00E80FD8">
        <w:trPr>
          <w:gridAfter w:val="3"/>
          <w:wAfter w:w="1024" w:type="dxa"/>
        </w:trPr>
        <w:tc>
          <w:tcPr>
            <w:tcW w:w="9715" w:type="dxa"/>
            <w:gridSpan w:val="8"/>
          </w:tcPr>
          <w:p w14:paraId="4217C340" w14:textId="77777777" w:rsidR="00FC50C5" w:rsidRDefault="00000000">
            <w:pPr>
              <w:tabs>
                <w:tab w:val="center" w:pos="4680"/>
                <w:tab w:val="left" w:pos="7980"/>
              </w:tabs>
              <w:jc w:val="center"/>
              <w:rPr>
                <w:b/>
                <w:sz w:val="24"/>
                <w:szCs w:val="24"/>
              </w:rPr>
            </w:pPr>
            <w:r>
              <w:rPr>
                <w:rFonts w:ascii="Arial" w:hAnsi="Arial"/>
                <w:b/>
                <w:sz w:val="20"/>
                <w:szCs w:val="24"/>
              </w:rPr>
              <w:t>ADAMAS UNIVERSITY, KOLKATA</w:t>
            </w:r>
          </w:p>
          <w:p w14:paraId="24AA489E" w14:textId="77777777" w:rsidR="00FC50C5" w:rsidRDefault="00000000">
            <w:pPr>
              <w:tabs>
                <w:tab w:val="center" w:pos="4680"/>
                <w:tab w:val="left" w:pos="7980"/>
              </w:tabs>
              <w:jc w:val="center"/>
              <w:rPr>
                <w:b/>
                <w:sz w:val="24"/>
                <w:szCs w:val="24"/>
              </w:rPr>
            </w:pPr>
            <w:r>
              <w:rPr>
                <w:rFonts w:ascii="Arial" w:hAnsi="Arial"/>
                <w:b/>
                <w:sz w:val="20"/>
                <w:szCs w:val="24"/>
              </w:rPr>
              <w:t>SCHOOL OF ENGINEERING AND TECHNOLOGY</w:t>
            </w:r>
          </w:p>
          <w:p w14:paraId="33B08B20" w14:textId="77777777" w:rsidR="00FC50C5" w:rsidRDefault="00000000">
            <w:pPr>
              <w:jc w:val="center"/>
            </w:pPr>
            <w:r>
              <w:rPr>
                <w:rFonts w:ascii="Arial" w:hAnsi="Arial"/>
                <w:b/>
                <w:sz w:val="20"/>
                <w:szCs w:val="24"/>
              </w:rPr>
              <w:t>DEPARTMENT OF COMPUTER SCIENCE AND ENGINEERING</w:t>
            </w:r>
          </w:p>
        </w:tc>
      </w:tr>
      <w:tr w:rsidR="00FC50C5" w14:paraId="77204E0E" w14:textId="77777777" w:rsidTr="00E80FD8">
        <w:trPr>
          <w:gridAfter w:val="3"/>
          <w:wAfter w:w="1024" w:type="dxa"/>
          <w:trHeight w:val="688"/>
        </w:trPr>
        <w:tc>
          <w:tcPr>
            <w:tcW w:w="9715" w:type="dxa"/>
            <w:gridSpan w:val="8"/>
          </w:tcPr>
          <w:p w14:paraId="2BDDCD78" w14:textId="77777777" w:rsidR="00FC50C5" w:rsidRDefault="00FC50C5"/>
        </w:tc>
      </w:tr>
      <w:tr w:rsidR="00FC50C5" w14:paraId="408B03A6" w14:textId="77777777" w:rsidTr="00E80FD8">
        <w:trPr>
          <w:gridAfter w:val="3"/>
          <w:wAfter w:w="1024" w:type="dxa"/>
        </w:trPr>
        <w:tc>
          <w:tcPr>
            <w:tcW w:w="9715" w:type="dxa"/>
            <w:gridSpan w:val="8"/>
          </w:tcPr>
          <w:p w14:paraId="2D5F6AA5" w14:textId="77777777" w:rsidR="00FC50C5" w:rsidRDefault="00000000">
            <w:pPr>
              <w:spacing w:line="276" w:lineRule="auto"/>
              <w:jc w:val="center"/>
              <w:rPr>
                <w:b/>
                <w:color w:val="000000"/>
                <w:sz w:val="24"/>
                <w:szCs w:val="24"/>
              </w:rPr>
            </w:pPr>
            <w:r>
              <w:rPr>
                <w:rFonts w:ascii="Arial" w:hAnsi="Arial"/>
                <w:b/>
                <w:color w:val="000000"/>
                <w:sz w:val="20"/>
                <w:szCs w:val="24"/>
              </w:rPr>
              <w:t>VISION OF THE SCHOOL</w:t>
            </w:r>
          </w:p>
        </w:tc>
      </w:tr>
      <w:tr w:rsidR="00FC50C5" w14:paraId="1BC5355E" w14:textId="77777777" w:rsidTr="00E80FD8">
        <w:trPr>
          <w:gridAfter w:val="3"/>
          <w:wAfter w:w="1024" w:type="dxa"/>
        </w:trPr>
        <w:tc>
          <w:tcPr>
            <w:tcW w:w="9715" w:type="dxa"/>
            <w:gridSpan w:val="8"/>
          </w:tcPr>
          <w:p w14:paraId="3017CAA0" w14:textId="77777777" w:rsidR="00FC50C5" w:rsidRDefault="00FC50C5">
            <w:pPr>
              <w:spacing w:after="200"/>
              <w:jc w:val="center"/>
              <w:rPr>
                <w:b/>
                <w:color w:val="000000"/>
                <w:sz w:val="24"/>
                <w:szCs w:val="24"/>
              </w:rPr>
            </w:pPr>
          </w:p>
        </w:tc>
      </w:tr>
      <w:tr w:rsidR="00FC50C5" w14:paraId="6098F7AE" w14:textId="77777777" w:rsidTr="00E80FD8">
        <w:trPr>
          <w:gridAfter w:val="3"/>
          <w:wAfter w:w="1024" w:type="dxa"/>
        </w:trPr>
        <w:tc>
          <w:tcPr>
            <w:tcW w:w="9715" w:type="dxa"/>
            <w:gridSpan w:val="8"/>
          </w:tcPr>
          <w:p w14:paraId="779D176F" w14:textId="77777777" w:rsidR="00FC50C5" w:rsidRDefault="00000000">
            <w:pPr>
              <w:spacing w:after="200"/>
              <w:jc w:val="both"/>
              <w:rPr>
                <w:sz w:val="24"/>
                <w:szCs w:val="24"/>
              </w:rPr>
            </w:pPr>
            <w:bookmarkStart w:id="1" w:name="_heading=h.30j0zll" w:colFirst="0" w:colLast="0"/>
            <w:bookmarkEnd w:id="1"/>
            <w:r>
              <w:rPr>
                <w:rFonts w:ascii="Arial" w:hAnsi="Arial"/>
                <w:color w:val="000000"/>
                <w:sz w:val="20"/>
                <w:szCs w:val="24"/>
              </w:rPr>
              <w:t>To develop well-grounded, socially responsible engineers and technocrats in a way to create a transformative impact on Indian society through continual innovation in education, research, creativity and entrepreneurship.</w:t>
            </w:r>
          </w:p>
        </w:tc>
      </w:tr>
      <w:tr w:rsidR="00FC50C5" w14:paraId="5267E345" w14:textId="77777777" w:rsidTr="00E80FD8">
        <w:trPr>
          <w:gridAfter w:val="3"/>
          <w:wAfter w:w="1024" w:type="dxa"/>
          <w:trHeight w:val="654"/>
        </w:trPr>
        <w:tc>
          <w:tcPr>
            <w:tcW w:w="9715" w:type="dxa"/>
            <w:gridSpan w:val="8"/>
          </w:tcPr>
          <w:p w14:paraId="6762BFE0" w14:textId="77777777" w:rsidR="00FC50C5" w:rsidRDefault="00FC50C5"/>
        </w:tc>
      </w:tr>
      <w:tr w:rsidR="00FC50C5" w14:paraId="25E74C56" w14:textId="77777777" w:rsidTr="00E80FD8">
        <w:trPr>
          <w:gridAfter w:val="3"/>
          <w:wAfter w:w="1024" w:type="dxa"/>
        </w:trPr>
        <w:tc>
          <w:tcPr>
            <w:tcW w:w="9715" w:type="dxa"/>
            <w:gridSpan w:val="8"/>
          </w:tcPr>
          <w:p w14:paraId="7686A14F" w14:textId="77777777" w:rsidR="00FC50C5" w:rsidRDefault="00000000">
            <w:pPr>
              <w:spacing w:after="200" w:line="276" w:lineRule="auto"/>
              <w:jc w:val="center"/>
              <w:rPr>
                <w:b/>
                <w:sz w:val="24"/>
                <w:szCs w:val="24"/>
              </w:rPr>
            </w:pPr>
            <w:r>
              <w:rPr>
                <w:rFonts w:ascii="Arial" w:hAnsi="Arial"/>
                <w:b/>
                <w:color w:val="000000"/>
                <w:sz w:val="20"/>
                <w:szCs w:val="24"/>
              </w:rPr>
              <w:t>MISSION STATEMENTS OF THE SCHOOL</w:t>
            </w:r>
          </w:p>
        </w:tc>
      </w:tr>
      <w:tr w:rsidR="00FC50C5" w14:paraId="7BFDF107" w14:textId="77777777" w:rsidTr="00E80FD8">
        <w:trPr>
          <w:gridAfter w:val="3"/>
          <w:wAfter w:w="1024" w:type="dxa"/>
        </w:trPr>
        <w:tc>
          <w:tcPr>
            <w:tcW w:w="9715" w:type="dxa"/>
            <w:gridSpan w:val="8"/>
          </w:tcPr>
          <w:p w14:paraId="356843CD" w14:textId="77777777" w:rsidR="00FC50C5" w:rsidRDefault="00FC50C5"/>
        </w:tc>
      </w:tr>
      <w:tr w:rsidR="00FC50C5" w14:paraId="17BA03E1" w14:textId="77777777" w:rsidTr="00E80FD8">
        <w:trPr>
          <w:gridAfter w:val="3"/>
          <w:wAfter w:w="1024" w:type="dxa"/>
        </w:trPr>
        <w:tc>
          <w:tcPr>
            <w:tcW w:w="9715" w:type="dxa"/>
            <w:gridSpan w:val="8"/>
          </w:tcPr>
          <w:p w14:paraId="5814866A" w14:textId="77777777" w:rsidR="00FC50C5" w:rsidRDefault="00000000">
            <w:pPr>
              <w:spacing w:after="200"/>
              <w:jc w:val="both"/>
              <w:rPr>
                <w:sz w:val="24"/>
                <w:szCs w:val="24"/>
              </w:rPr>
            </w:pPr>
            <w:r>
              <w:rPr>
                <w:rFonts w:ascii="Arial" w:hAnsi="Arial"/>
                <w:b/>
                <w:color w:val="000000"/>
                <w:sz w:val="20"/>
                <w:szCs w:val="24"/>
              </w:rPr>
              <w:t>M.S. 01:</w:t>
            </w:r>
            <w:r>
              <w:rPr>
                <w:color w:val="000000"/>
                <w:sz w:val="24"/>
                <w:szCs w:val="24"/>
              </w:rPr>
              <w:t xml:space="preserve"> </w:t>
            </w:r>
            <w:r>
              <w:rPr>
                <w:color w:val="000000"/>
                <w:sz w:val="24"/>
                <w:szCs w:val="24"/>
                <w:highlight w:val="white"/>
              </w:rPr>
              <w:t>Build a transformative educational experience through disciplinary and inter-disciplinary knowledge, problem solving, and communication and leadership skills.</w:t>
            </w:r>
          </w:p>
          <w:p w14:paraId="26756780" w14:textId="77777777" w:rsidR="00FC50C5" w:rsidRDefault="00000000">
            <w:pPr>
              <w:spacing w:after="200"/>
              <w:jc w:val="both"/>
              <w:rPr>
                <w:sz w:val="24"/>
                <w:szCs w:val="24"/>
              </w:rPr>
            </w:pPr>
            <w:r>
              <w:rPr>
                <w:rFonts w:ascii="Arial" w:hAnsi="Arial"/>
                <w:b/>
                <w:color w:val="000000"/>
                <w:sz w:val="20"/>
                <w:szCs w:val="24"/>
              </w:rPr>
              <w:t>M.S. 02:</w:t>
            </w:r>
            <w:r>
              <w:rPr>
                <w:color w:val="000000"/>
                <w:sz w:val="24"/>
                <w:szCs w:val="24"/>
              </w:rPr>
              <w:t xml:space="preserve"> </w:t>
            </w:r>
            <w:r>
              <w:rPr>
                <w:color w:val="000000"/>
                <w:sz w:val="24"/>
                <w:szCs w:val="24"/>
                <w:highlight w:val="white"/>
              </w:rPr>
              <w:t xml:space="preserve">Develop a collaborative environment open to the free exchange of ideas, where research, creativity, innovation and entrepreneurship can flourish among individual students. </w:t>
            </w:r>
          </w:p>
          <w:p w14:paraId="01106EEC" w14:textId="77777777" w:rsidR="00FC50C5" w:rsidRDefault="00000000">
            <w:pPr>
              <w:spacing w:after="200"/>
              <w:jc w:val="both"/>
              <w:rPr>
                <w:sz w:val="24"/>
                <w:szCs w:val="24"/>
              </w:rPr>
            </w:pPr>
            <w:r>
              <w:rPr>
                <w:rFonts w:ascii="Arial" w:hAnsi="Arial"/>
                <w:b/>
                <w:color w:val="000000"/>
                <w:sz w:val="20"/>
                <w:szCs w:val="24"/>
              </w:rPr>
              <w:t>M.S. 03:</w:t>
            </w:r>
            <w:r>
              <w:rPr>
                <w:color w:val="000000"/>
                <w:sz w:val="24"/>
                <w:szCs w:val="24"/>
                <w:highlight w:val="white"/>
              </w:rPr>
              <w:t xml:space="preserve"> Impact society in a transformative way – regionally and nationally - by engaging with partners outside the borders of the university campus.</w:t>
            </w:r>
          </w:p>
          <w:p w14:paraId="6E7C09E8" w14:textId="77777777" w:rsidR="00FC50C5" w:rsidRDefault="00000000">
            <w:pPr>
              <w:spacing w:after="200"/>
              <w:jc w:val="both"/>
              <w:rPr>
                <w:color w:val="000000"/>
                <w:sz w:val="24"/>
                <w:szCs w:val="24"/>
              </w:rPr>
            </w:pPr>
            <w:r>
              <w:rPr>
                <w:rFonts w:ascii="Arial" w:hAnsi="Arial"/>
                <w:b/>
                <w:color w:val="000000"/>
                <w:sz w:val="20"/>
                <w:szCs w:val="24"/>
              </w:rPr>
              <w:t>M.S. 04:</w:t>
            </w:r>
            <w:r>
              <w:rPr>
                <w:color w:val="000000"/>
                <w:sz w:val="24"/>
                <w:szCs w:val="24"/>
              </w:rPr>
              <w:t xml:space="preserve"> Promote outreach programs which strives to inculcate ethical standards and good character in the minds of young professionals.</w:t>
            </w:r>
          </w:p>
          <w:p w14:paraId="2794EFA3" w14:textId="77777777" w:rsidR="00FC50C5" w:rsidRDefault="00FC50C5"/>
        </w:tc>
      </w:tr>
      <w:tr w:rsidR="00FC50C5" w14:paraId="1136E83C" w14:textId="77777777" w:rsidTr="00E80FD8">
        <w:trPr>
          <w:gridAfter w:val="3"/>
          <w:wAfter w:w="1024" w:type="dxa"/>
          <w:trHeight w:val="1191"/>
        </w:trPr>
        <w:tc>
          <w:tcPr>
            <w:tcW w:w="9715" w:type="dxa"/>
            <w:gridSpan w:val="8"/>
          </w:tcPr>
          <w:p w14:paraId="5633830A" w14:textId="77777777" w:rsidR="00FC50C5" w:rsidRDefault="00FC50C5"/>
        </w:tc>
      </w:tr>
      <w:tr w:rsidR="00FC50C5" w14:paraId="0D0EFFAA" w14:textId="77777777" w:rsidTr="00E80FD8">
        <w:trPr>
          <w:gridAfter w:val="3"/>
          <w:wAfter w:w="1024" w:type="dxa"/>
        </w:trPr>
        <w:tc>
          <w:tcPr>
            <w:tcW w:w="9715" w:type="dxa"/>
            <w:gridSpan w:val="8"/>
          </w:tcPr>
          <w:p w14:paraId="0277F1DC" w14:textId="77777777" w:rsidR="00FC50C5" w:rsidRDefault="00000000">
            <w:pPr>
              <w:jc w:val="center"/>
              <w:rPr>
                <w:b/>
                <w:color w:val="000000"/>
                <w:sz w:val="24"/>
                <w:szCs w:val="24"/>
              </w:rPr>
            </w:pPr>
            <w:r>
              <w:rPr>
                <w:rFonts w:ascii="Arial" w:hAnsi="Arial"/>
                <w:b/>
                <w:color w:val="000000"/>
                <w:sz w:val="20"/>
                <w:szCs w:val="24"/>
              </w:rPr>
              <w:t>__________________________________________________</w:t>
            </w:r>
          </w:p>
          <w:p w14:paraId="4E8630E7" w14:textId="77777777" w:rsidR="00FC50C5" w:rsidRDefault="00000000">
            <w:pPr>
              <w:jc w:val="center"/>
            </w:pPr>
            <w:r>
              <w:rPr>
                <w:rFonts w:ascii="Arial" w:hAnsi="Arial"/>
                <w:b/>
                <w:color w:val="000000"/>
                <w:sz w:val="20"/>
                <w:szCs w:val="24"/>
              </w:rPr>
              <w:t>DEAN / SCHOOL CONCERNED</w:t>
            </w:r>
          </w:p>
        </w:tc>
      </w:tr>
      <w:tr w:rsidR="00FC50C5" w14:paraId="3891299D" w14:textId="77777777" w:rsidTr="00E80FD8">
        <w:trPr>
          <w:gridAfter w:val="3"/>
          <w:wAfter w:w="1024" w:type="dxa"/>
          <w:trHeight w:val="2117"/>
        </w:trPr>
        <w:tc>
          <w:tcPr>
            <w:tcW w:w="9715" w:type="dxa"/>
            <w:gridSpan w:val="8"/>
          </w:tcPr>
          <w:p w14:paraId="2692C7A1" w14:textId="77777777" w:rsidR="00946B67" w:rsidRDefault="00946B67">
            <w:pPr>
              <w:jc w:val="center"/>
            </w:pPr>
          </w:p>
          <w:p w14:paraId="12354B8E" w14:textId="77777777" w:rsidR="00946B67" w:rsidRDefault="00946B67">
            <w:pPr>
              <w:jc w:val="center"/>
            </w:pPr>
          </w:p>
          <w:p w14:paraId="1C44B973" w14:textId="77777777" w:rsidR="00946B67" w:rsidRDefault="00946B67">
            <w:pPr>
              <w:jc w:val="center"/>
            </w:pPr>
          </w:p>
          <w:p w14:paraId="5FD1B70E" w14:textId="77777777" w:rsidR="00946B67" w:rsidRDefault="00946B67">
            <w:pPr>
              <w:jc w:val="center"/>
            </w:pPr>
          </w:p>
          <w:p w14:paraId="41BDDE37" w14:textId="77777777" w:rsidR="00946B67" w:rsidRDefault="00946B67">
            <w:pPr>
              <w:jc w:val="center"/>
            </w:pPr>
          </w:p>
          <w:p w14:paraId="0197A330" w14:textId="77777777" w:rsidR="00946B67" w:rsidRDefault="00946B67">
            <w:pPr>
              <w:jc w:val="center"/>
            </w:pPr>
          </w:p>
          <w:p w14:paraId="34FB3971" w14:textId="77777777" w:rsidR="00946B67" w:rsidRDefault="00946B67">
            <w:pPr>
              <w:jc w:val="center"/>
            </w:pPr>
          </w:p>
          <w:p w14:paraId="787D0726" w14:textId="77777777" w:rsidR="00946B67" w:rsidRDefault="00946B67">
            <w:pPr>
              <w:jc w:val="center"/>
            </w:pPr>
          </w:p>
          <w:p w14:paraId="1372DCE6" w14:textId="24D773AA" w:rsidR="00FC50C5" w:rsidRDefault="00000000">
            <w:pPr>
              <w:jc w:val="center"/>
            </w:pPr>
            <w:r>
              <w:rPr>
                <w:noProof/>
              </w:rPr>
              <w:lastRenderedPageBreak/>
              <w:drawing>
                <wp:anchor distT="0" distB="0" distL="114300" distR="114300" simplePos="0" relativeHeight="251661312" behindDoc="0" locked="0" layoutInCell="1" hidden="0" allowOverlap="1" wp14:anchorId="4D5A9573" wp14:editId="1EF9B987">
                  <wp:simplePos x="0" y="0"/>
                  <wp:positionH relativeFrom="column">
                    <wp:posOffset>2588895</wp:posOffset>
                  </wp:positionH>
                  <wp:positionV relativeFrom="paragraph">
                    <wp:posOffset>231775</wp:posOffset>
                  </wp:positionV>
                  <wp:extent cx="1182370" cy="1071880"/>
                  <wp:effectExtent l="0" t="0" r="0" b="0"/>
                  <wp:wrapSquare wrapText="bothSides" distT="0" distB="0" distL="114300" distR="11430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a:srcRect/>
                          <a:stretch>
                            <a:fillRect/>
                          </a:stretch>
                        </pic:blipFill>
                        <pic:spPr>
                          <a:xfrm>
                            <a:off x="0" y="0"/>
                            <a:ext cx="1182370" cy="1071880"/>
                          </a:xfrm>
                          <a:prstGeom prst="rect">
                            <a:avLst/>
                          </a:prstGeom>
                          <a:ln/>
                        </pic:spPr>
                      </pic:pic>
                    </a:graphicData>
                  </a:graphic>
                  <wp14:sizeRelH relativeFrom="margin">
                    <wp14:pctWidth>0</wp14:pctWidth>
                  </wp14:sizeRelH>
                  <wp14:sizeRelV relativeFrom="margin">
                    <wp14:pctHeight>0</wp14:pctHeight>
                  </wp14:sizeRelV>
                </wp:anchor>
              </w:drawing>
            </w:r>
          </w:p>
        </w:tc>
      </w:tr>
      <w:tr w:rsidR="00FC50C5" w14:paraId="08EF1F0B" w14:textId="77777777" w:rsidTr="00E80FD8">
        <w:trPr>
          <w:gridAfter w:val="3"/>
          <w:wAfter w:w="1024" w:type="dxa"/>
        </w:trPr>
        <w:tc>
          <w:tcPr>
            <w:tcW w:w="9715" w:type="dxa"/>
            <w:gridSpan w:val="8"/>
          </w:tcPr>
          <w:p w14:paraId="33F63F82" w14:textId="77777777" w:rsidR="00FC50C5" w:rsidRDefault="00FC50C5">
            <w:pPr>
              <w:tabs>
                <w:tab w:val="center" w:pos="4680"/>
                <w:tab w:val="left" w:pos="7980"/>
              </w:tabs>
              <w:jc w:val="center"/>
              <w:rPr>
                <w:b/>
                <w:sz w:val="24"/>
                <w:szCs w:val="24"/>
              </w:rPr>
            </w:pPr>
          </w:p>
        </w:tc>
      </w:tr>
      <w:tr w:rsidR="00FC50C5" w14:paraId="27F6EE55" w14:textId="77777777" w:rsidTr="00E80FD8">
        <w:trPr>
          <w:gridAfter w:val="3"/>
          <w:wAfter w:w="1024" w:type="dxa"/>
        </w:trPr>
        <w:tc>
          <w:tcPr>
            <w:tcW w:w="9715" w:type="dxa"/>
            <w:gridSpan w:val="8"/>
          </w:tcPr>
          <w:p w14:paraId="5886A10B" w14:textId="77777777" w:rsidR="00FC50C5" w:rsidRDefault="00000000">
            <w:pPr>
              <w:tabs>
                <w:tab w:val="center" w:pos="4680"/>
                <w:tab w:val="left" w:pos="7980"/>
              </w:tabs>
              <w:jc w:val="center"/>
              <w:rPr>
                <w:b/>
                <w:sz w:val="24"/>
                <w:szCs w:val="24"/>
              </w:rPr>
            </w:pPr>
            <w:r>
              <w:rPr>
                <w:rFonts w:ascii="Arial" w:hAnsi="Arial"/>
                <w:b/>
                <w:sz w:val="20"/>
                <w:szCs w:val="24"/>
              </w:rPr>
              <w:t>ADAMAS UNIVERSITY, KOLKATA</w:t>
            </w:r>
          </w:p>
          <w:p w14:paraId="3FDCF7BE" w14:textId="77777777" w:rsidR="00FC50C5" w:rsidRDefault="00000000">
            <w:pPr>
              <w:tabs>
                <w:tab w:val="center" w:pos="4680"/>
                <w:tab w:val="left" w:pos="7980"/>
              </w:tabs>
              <w:jc w:val="center"/>
              <w:rPr>
                <w:b/>
                <w:sz w:val="24"/>
                <w:szCs w:val="24"/>
              </w:rPr>
            </w:pPr>
            <w:r>
              <w:rPr>
                <w:rFonts w:ascii="Arial" w:hAnsi="Arial"/>
                <w:b/>
                <w:sz w:val="20"/>
                <w:szCs w:val="24"/>
              </w:rPr>
              <w:t>SCHOOL OF ENGINEERING AND TECHNOLOGY</w:t>
            </w:r>
          </w:p>
          <w:p w14:paraId="1B18F836" w14:textId="77777777" w:rsidR="00FC50C5" w:rsidRDefault="00000000">
            <w:pPr>
              <w:jc w:val="center"/>
            </w:pPr>
            <w:r>
              <w:rPr>
                <w:rFonts w:ascii="Arial" w:hAnsi="Arial"/>
                <w:b/>
                <w:sz w:val="20"/>
                <w:szCs w:val="24"/>
              </w:rPr>
              <w:t>DEPARTMENT OF COMPUTER SCIENCE AND ENGINEERING</w:t>
            </w:r>
          </w:p>
        </w:tc>
      </w:tr>
      <w:tr w:rsidR="00FC50C5" w14:paraId="007F9E52" w14:textId="77777777" w:rsidTr="00E80FD8">
        <w:trPr>
          <w:gridAfter w:val="3"/>
          <w:wAfter w:w="1024" w:type="dxa"/>
          <w:trHeight w:val="263"/>
        </w:trPr>
        <w:tc>
          <w:tcPr>
            <w:tcW w:w="9715" w:type="dxa"/>
            <w:gridSpan w:val="8"/>
          </w:tcPr>
          <w:p w14:paraId="47220DFE" w14:textId="77777777" w:rsidR="00FC50C5" w:rsidRDefault="00FC50C5"/>
        </w:tc>
      </w:tr>
      <w:tr w:rsidR="00FC50C5" w14:paraId="27808EA5" w14:textId="77777777" w:rsidTr="00E80FD8">
        <w:trPr>
          <w:gridAfter w:val="3"/>
          <w:wAfter w:w="1024" w:type="dxa"/>
        </w:trPr>
        <w:tc>
          <w:tcPr>
            <w:tcW w:w="9715" w:type="dxa"/>
            <w:gridSpan w:val="8"/>
          </w:tcPr>
          <w:p w14:paraId="3AE9697C" w14:textId="77777777" w:rsidR="00FC50C5" w:rsidRDefault="00000000">
            <w:pPr>
              <w:spacing w:line="276" w:lineRule="auto"/>
              <w:jc w:val="center"/>
              <w:rPr>
                <w:b/>
                <w:color w:val="000000"/>
                <w:sz w:val="24"/>
                <w:szCs w:val="24"/>
              </w:rPr>
            </w:pPr>
            <w:r>
              <w:rPr>
                <w:rFonts w:ascii="Arial" w:hAnsi="Arial"/>
                <w:b/>
                <w:color w:val="000000"/>
                <w:sz w:val="20"/>
                <w:szCs w:val="24"/>
              </w:rPr>
              <w:t>VISION OF THE DEPARTMENT</w:t>
            </w:r>
          </w:p>
        </w:tc>
      </w:tr>
      <w:tr w:rsidR="00FC50C5" w14:paraId="66CB18F8" w14:textId="77777777" w:rsidTr="00E80FD8">
        <w:trPr>
          <w:gridAfter w:val="3"/>
          <w:wAfter w:w="1024" w:type="dxa"/>
        </w:trPr>
        <w:tc>
          <w:tcPr>
            <w:tcW w:w="9715" w:type="dxa"/>
            <w:gridSpan w:val="8"/>
          </w:tcPr>
          <w:p w14:paraId="09ED11A8" w14:textId="77777777" w:rsidR="00FC50C5" w:rsidRDefault="00FC50C5">
            <w:pPr>
              <w:spacing w:after="200"/>
              <w:jc w:val="center"/>
              <w:rPr>
                <w:b/>
                <w:color w:val="000000"/>
                <w:sz w:val="24"/>
                <w:szCs w:val="24"/>
              </w:rPr>
            </w:pPr>
          </w:p>
        </w:tc>
      </w:tr>
      <w:tr w:rsidR="00FC50C5" w14:paraId="7A4E6B36" w14:textId="77777777" w:rsidTr="00E80FD8">
        <w:trPr>
          <w:gridAfter w:val="3"/>
          <w:wAfter w:w="1024" w:type="dxa"/>
          <w:trHeight w:val="2207"/>
        </w:trPr>
        <w:tc>
          <w:tcPr>
            <w:tcW w:w="9715" w:type="dxa"/>
            <w:gridSpan w:val="8"/>
          </w:tcPr>
          <w:p w14:paraId="1889D21D" w14:textId="77777777" w:rsidR="00FC50C5" w:rsidRDefault="00000000">
            <w:pPr>
              <w:spacing w:after="200" w:line="276" w:lineRule="auto"/>
              <w:jc w:val="both"/>
              <w:rPr>
                <w:color w:val="000000"/>
                <w:sz w:val="24"/>
                <w:szCs w:val="24"/>
              </w:rPr>
            </w:pPr>
            <w:r>
              <w:rPr>
                <w:rFonts w:ascii="Arial" w:hAnsi="Arial"/>
                <w:color w:val="000000"/>
                <w:sz w:val="20"/>
                <w:szCs w:val="24"/>
                <w:highlight w:val="white"/>
              </w:rPr>
              <w:t>Graduates of the Department of Computer Science and Engineering will be recognized as innovative leaders in the fields of computer science and software engineering. This recognition will come from their work in software development in a myriad of application areas, as well as through their work in advanced study and research. The faculty is, and will continue to be, known for their passion for teaching and for their knowledge, expertise, and innovation in advancing the frontiers of knowledge in computer science and software engineering.</w:t>
            </w:r>
          </w:p>
        </w:tc>
      </w:tr>
      <w:tr w:rsidR="00FC50C5" w14:paraId="55EA5B5C" w14:textId="77777777" w:rsidTr="00E80FD8">
        <w:trPr>
          <w:gridAfter w:val="3"/>
          <w:wAfter w:w="1024" w:type="dxa"/>
          <w:trHeight w:val="377"/>
        </w:trPr>
        <w:tc>
          <w:tcPr>
            <w:tcW w:w="9715" w:type="dxa"/>
            <w:gridSpan w:val="8"/>
          </w:tcPr>
          <w:p w14:paraId="2D73FE2A" w14:textId="77777777" w:rsidR="00FC50C5" w:rsidRDefault="00FC50C5"/>
        </w:tc>
      </w:tr>
      <w:tr w:rsidR="00FC50C5" w14:paraId="4AD83B77" w14:textId="77777777" w:rsidTr="00E80FD8">
        <w:trPr>
          <w:gridAfter w:val="3"/>
          <w:wAfter w:w="1024" w:type="dxa"/>
          <w:trHeight w:val="109"/>
        </w:trPr>
        <w:tc>
          <w:tcPr>
            <w:tcW w:w="9715" w:type="dxa"/>
            <w:gridSpan w:val="8"/>
          </w:tcPr>
          <w:p w14:paraId="1ABFCAEA" w14:textId="77777777" w:rsidR="00FC50C5" w:rsidRDefault="00000000">
            <w:pPr>
              <w:spacing w:line="276" w:lineRule="auto"/>
              <w:jc w:val="center"/>
              <w:rPr>
                <w:b/>
                <w:sz w:val="24"/>
                <w:szCs w:val="24"/>
              </w:rPr>
            </w:pPr>
            <w:r>
              <w:rPr>
                <w:rFonts w:ascii="Arial" w:hAnsi="Arial"/>
                <w:b/>
                <w:color w:val="000000"/>
                <w:sz w:val="20"/>
                <w:szCs w:val="24"/>
              </w:rPr>
              <w:t>MISSION STATEMENTS OF THE DEPARTMENT</w:t>
            </w:r>
          </w:p>
        </w:tc>
      </w:tr>
      <w:tr w:rsidR="00FC50C5" w14:paraId="6D7C219E" w14:textId="77777777" w:rsidTr="00E80FD8">
        <w:trPr>
          <w:gridAfter w:val="3"/>
          <w:wAfter w:w="1024" w:type="dxa"/>
        </w:trPr>
        <w:tc>
          <w:tcPr>
            <w:tcW w:w="9715" w:type="dxa"/>
            <w:gridSpan w:val="8"/>
          </w:tcPr>
          <w:p w14:paraId="646E1081" w14:textId="77777777" w:rsidR="00FC50C5" w:rsidRDefault="00FC50C5"/>
        </w:tc>
      </w:tr>
      <w:tr w:rsidR="00FC50C5" w14:paraId="64B0BC0B" w14:textId="77777777" w:rsidTr="00E80FD8">
        <w:trPr>
          <w:gridAfter w:val="3"/>
          <w:wAfter w:w="1024" w:type="dxa"/>
        </w:trPr>
        <w:tc>
          <w:tcPr>
            <w:tcW w:w="9715" w:type="dxa"/>
            <w:gridSpan w:val="8"/>
          </w:tcPr>
          <w:p w14:paraId="4E2294CC" w14:textId="77777777" w:rsidR="00FC50C5" w:rsidRDefault="00000000">
            <w:pPr>
              <w:spacing w:after="200" w:line="276" w:lineRule="auto"/>
              <w:jc w:val="both"/>
              <w:rPr>
                <w:b/>
                <w:color w:val="000000"/>
                <w:sz w:val="24"/>
                <w:szCs w:val="24"/>
              </w:rPr>
            </w:pPr>
            <w:r>
              <w:rPr>
                <w:rFonts w:ascii="Arial" w:hAnsi="Arial"/>
                <w:b/>
                <w:color w:val="000000"/>
                <w:sz w:val="20"/>
                <w:szCs w:val="24"/>
              </w:rPr>
              <w:t xml:space="preserve">M.S 01: </w:t>
            </w:r>
            <w:r>
              <w:rPr>
                <w:color w:val="000000"/>
                <w:sz w:val="24"/>
                <w:szCs w:val="24"/>
                <w:highlight w:val="white"/>
              </w:rPr>
              <w:t>Our mission is to teach and prepare liberally educated, articulate, and skilled computer scientists and software engineers for leadership and professional careers and for advanced study.</w:t>
            </w:r>
          </w:p>
          <w:p w14:paraId="1FB32D41" w14:textId="77777777" w:rsidR="00FC50C5" w:rsidRDefault="00000000">
            <w:pPr>
              <w:spacing w:after="200" w:line="276" w:lineRule="auto"/>
              <w:jc w:val="both"/>
              <w:rPr>
                <w:b/>
                <w:color w:val="000000"/>
                <w:sz w:val="24"/>
                <w:szCs w:val="24"/>
              </w:rPr>
            </w:pPr>
            <w:r>
              <w:rPr>
                <w:rFonts w:ascii="Arial" w:hAnsi="Arial"/>
                <w:b/>
                <w:color w:val="000000"/>
                <w:sz w:val="20"/>
                <w:szCs w:val="24"/>
              </w:rPr>
              <w:t xml:space="preserve">M.S 02: </w:t>
            </w:r>
            <w:r>
              <w:rPr>
                <w:color w:val="000000"/>
                <w:sz w:val="24"/>
                <w:szCs w:val="24"/>
                <w:highlight w:val="white"/>
              </w:rPr>
              <w:t>A central objective of our program is to contribute to society by advancing the fields of computer science and software engineering through innovations in teaching and research, thus enhancing student knowledge through interactive instruction, global engagement, and experiential learning.</w:t>
            </w:r>
          </w:p>
          <w:p w14:paraId="37DBD39B" w14:textId="77777777" w:rsidR="00FC50C5" w:rsidRDefault="00000000">
            <w:pPr>
              <w:spacing w:after="200" w:line="276" w:lineRule="auto"/>
              <w:jc w:val="both"/>
              <w:rPr>
                <w:b/>
                <w:color w:val="000000"/>
                <w:sz w:val="24"/>
                <w:szCs w:val="24"/>
              </w:rPr>
            </w:pPr>
            <w:r>
              <w:rPr>
                <w:rFonts w:ascii="Arial" w:hAnsi="Arial"/>
                <w:b/>
                <w:color w:val="000000"/>
                <w:sz w:val="20"/>
                <w:szCs w:val="24"/>
              </w:rPr>
              <w:t xml:space="preserve">M.S 03: </w:t>
            </w:r>
            <w:r>
              <w:rPr>
                <w:color w:val="000000"/>
                <w:sz w:val="24"/>
                <w:szCs w:val="24"/>
                <w:highlight w:val="white"/>
              </w:rPr>
              <w:t>The program will serve as a resource to inform society about innovations related to the production and uses of computers and software.</w:t>
            </w:r>
          </w:p>
          <w:p w14:paraId="0751B59B" w14:textId="77777777" w:rsidR="00FC50C5" w:rsidRDefault="00000000">
            <w:pPr>
              <w:shd w:val="clear" w:color="auto" w:fill="FFFFFF"/>
              <w:spacing w:before="280"/>
              <w:jc w:val="both"/>
              <w:rPr>
                <w:b/>
                <w:color w:val="000000"/>
                <w:sz w:val="24"/>
                <w:szCs w:val="24"/>
              </w:rPr>
            </w:pPr>
            <w:r>
              <w:rPr>
                <w:rFonts w:ascii="Arial" w:hAnsi="Arial"/>
                <w:b/>
                <w:color w:val="000000"/>
                <w:sz w:val="20"/>
                <w:szCs w:val="24"/>
              </w:rPr>
              <w:t xml:space="preserve">M.S 04: </w:t>
            </w:r>
            <w:r>
              <w:rPr>
                <w:color w:val="000000"/>
                <w:sz w:val="24"/>
                <w:szCs w:val="24"/>
              </w:rPr>
              <w:t>To impart moral and ethical values, and interpersonal skills to the students.</w:t>
            </w:r>
          </w:p>
        </w:tc>
      </w:tr>
      <w:tr w:rsidR="00FC50C5" w14:paraId="693E6456" w14:textId="77777777" w:rsidTr="00E80FD8">
        <w:trPr>
          <w:gridAfter w:val="3"/>
          <w:wAfter w:w="1024" w:type="dxa"/>
          <w:trHeight w:val="1277"/>
        </w:trPr>
        <w:tc>
          <w:tcPr>
            <w:tcW w:w="9715" w:type="dxa"/>
            <w:gridSpan w:val="8"/>
          </w:tcPr>
          <w:p w14:paraId="6B2AEFCC" w14:textId="77777777" w:rsidR="00FC50C5" w:rsidRDefault="00FC50C5"/>
        </w:tc>
      </w:tr>
      <w:tr w:rsidR="00FC50C5" w14:paraId="16287750" w14:textId="77777777" w:rsidTr="00E80FD8">
        <w:trPr>
          <w:gridAfter w:val="3"/>
          <w:wAfter w:w="1024" w:type="dxa"/>
        </w:trPr>
        <w:tc>
          <w:tcPr>
            <w:tcW w:w="5393" w:type="dxa"/>
            <w:gridSpan w:val="5"/>
          </w:tcPr>
          <w:p w14:paraId="199C2191" w14:textId="77777777" w:rsidR="00FC50C5" w:rsidRDefault="00000000">
            <w:pPr>
              <w:jc w:val="center"/>
              <w:rPr>
                <w:b/>
                <w:color w:val="000000"/>
                <w:sz w:val="24"/>
                <w:szCs w:val="24"/>
              </w:rPr>
            </w:pPr>
            <w:r>
              <w:rPr>
                <w:rFonts w:ascii="Arial" w:hAnsi="Arial"/>
                <w:b/>
                <w:color w:val="000000"/>
                <w:sz w:val="20"/>
                <w:szCs w:val="24"/>
              </w:rPr>
              <w:t>__________________________________</w:t>
            </w:r>
            <w:r>
              <w:rPr>
                <w:rFonts w:ascii="Arial" w:hAnsi="Arial"/>
                <w:b/>
                <w:color w:val="000000"/>
                <w:sz w:val="20"/>
                <w:szCs w:val="24"/>
              </w:rPr>
              <w:br/>
              <w:t>HEAD OF THE DEPARTMENT</w:t>
            </w:r>
          </w:p>
        </w:tc>
        <w:tc>
          <w:tcPr>
            <w:tcW w:w="4322" w:type="dxa"/>
            <w:gridSpan w:val="3"/>
          </w:tcPr>
          <w:p w14:paraId="15C087DA" w14:textId="77777777" w:rsidR="00FC50C5" w:rsidRDefault="00000000">
            <w:pPr>
              <w:jc w:val="center"/>
            </w:pPr>
            <w:r>
              <w:rPr>
                <w:rFonts w:ascii="Arial" w:hAnsi="Arial"/>
                <w:b/>
                <w:color w:val="000000"/>
                <w:sz w:val="20"/>
                <w:szCs w:val="24"/>
              </w:rPr>
              <w:t>____________________________________</w:t>
            </w:r>
            <w:r>
              <w:rPr>
                <w:rFonts w:ascii="Arial" w:hAnsi="Arial"/>
                <w:b/>
                <w:color w:val="000000"/>
                <w:sz w:val="20"/>
                <w:szCs w:val="24"/>
              </w:rPr>
              <w:br/>
              <w:t>DEAN / SCHOOL CONCERNED</w:t>
            </w:r>
          </w:p>
        </w:tc>
      </w:tr>
      <w:tr w:rsidR="00FC50C5" w14:paraId="2AF6C906" w14:textId="77777777" w:rsidTr="00E80FD8">
        <w:trPr>
          <w:gridAfter w:val="3"/>
          <w:wAfter w:w="1024" w:type="dxa"/>
          <w:trHeight w:val="2117"/>
        </w:trPr>
        <w:tc>
          <w:tcPr>
            <w:tcW w:w="9715" w:type="dxa"/>
            <w:gridSpan w:val="8"/>
          </w:tcPr>
          <w:p w14:paraId="59780D7D" w14:textId="77777777" w:rsidR="00946B67" w:rsidRDefault="00946B67">
            <w:pPr>
              <w:jc w:val="center"/>
            </w:pPr>
          </w:p>
          <w:p w14:paraId="392CC310" w14:textId="77777777" w:rsidR="00946B67" w:rsidRDefault="00946B67">
            <w:pPr>
              <w:jc w:val="center"/>
            </w:pPr>
          </w:p>
          <w:p w14:paraId="6233C696" w14:textId="77777777" w:rsidR="00DA006A" w:rsidRDefault="00DA006A">
            <w:pPr>
              <w:jc w:val="center"/>
            </w:pPr>
          </w:p>
          <w:p w14:paraId="2975E59F" w14:textId="0A8D1A3A" w:rsidR="00FC50C5" w:rsidRDefault="00000000">
            <w:pPr>
              <w:jc w:val="center"/>
            </w:pPr>
            <w:r>
              <w:rPr>
                <w:noProof/>
              </w:rPr>
              <w:lastRenderedPageBreak/>
              <w:drawing>
                <wp:anchor distT="0" distB="0" distL="114300" distR="114300" simplePos="0" relativeHeight="251662336" behindDoc="0" locked="0" layoutInCell="1" hidden="0" allowOverlap="1" wp14:anchorId="315353F6" wp14:editId="0D872827">
                  <wp:simplePos x="0" y="0"/>
                  <wp:positionH relativeFrom="column">
                    <wp:posOffset>2750820</wp:posOffset>
                  </wp:positionH>
                  <wp:positionV relativeFrom="paragraph">
                    <wp:posOffset>317500</wp:posOffset>
                  </wp:positionV>
                  <wp:extent cx="1182370" cy="1071880"/>
                  <wp:effectExtent l="0" t="0" r="0" b="0"/>
                  <wp:wrapSquare wrapText="bothSides" distT="0" distB="0" distL="114300" distR="11430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a:srcRect/>
                          <a:stretch>
                            <a:fillRect/>
                          </a:stretch>
                        </pic:blipFill>
                        <pic:spPr>
                          <a:xfrm>
                            <a:off x="0" y="0"/>
                            <a:ext cx="1182370" cy="1071880"/>
                          </a:xfrm>
                          <a:prstGeom prst="rect">
                            <a:avLst/>
                          </a:prstGeom>
                          <a:ln/>
                        </pic:spPr>
                      </pic:pic>
                    </a:graphicData>
                  </a:graphic>
                  <wp14:sizeRelH relativeFrom="margin">
                    <wp14:pctWidth>0</wp14:pctWidth>
                  </wp14:sizeRelH>
                  <wp14:sizeRelV relativeFrom="margin">
                    <wp14:pctHeight>0</wp14:pctHeight>
                  </wp14:sizeRelV>
                </wp:anchor>
              </w:drawing>
            </w:r>
          </w:p>
        </w:tc>
      </w:tr>
      <w:tr w:rsidR="00FC50C5" w14:paraId="5BAFE547" w14:textId="77777777" w:rsidTr="00E80FD8">
        <w:trPr>
          <w:gridAfter w:val="3"/>
          <w:wAfter w:w="1024" w:type="dxa"/>
        </w:trPr>
        <w:tc>
          <w:tcPr>
            <w:tcW w:w="9715" w:type="dxa"/>
            <w:gridSpan w:val="8"/>
          </w:tcPr>
          <w:p w14:paraId="588AB0DD" w14:textId="77777777" w:rsidR="00FC50C5" w:rsidRDefault="00FC50C5">
            <w:pPr>
              <w:tabs>
                <w:tab w:val="center" w:pos="4680"/>
                <w:tab w:val="left" w:pos="7980"/>
              </w:tabs>
              <w:jc w:val="center"/>
              <w:rPr>
                <w:b/>
                <w:sz w:val="24"/>
                <w:szCs w:val="24"/>
              </w:rPr>
            </w:pPr>
          </w:p>
        </w:tc>
      </w:tr>
      <w:tr w:rsidR="00FC50C5" w14:paraId="5975B8CD" w14:textId="77777777" w:rsidTr="00E80FD8">
        <w:trPr>
          <w:gridAfter w:val="3"/>
          <w:wAfter w:w="1024" w:type="dxa"/>
        </w:trPr>
        <w:tc>
          <w:tcPr>
            <w:tcW w:w="9715" w:type="dxa"/>
            <w:gridSpan w:val="8"/>
          </w:tcPr>
          <w:p w14:paraId="05FBAA37" w14:textId="77777777" w:rsidR="00FC50C5" w:rsidRDefault="00000000">
            <w:pPr>
              <w:tabs>
                <w:tab w:val="center" w:pos="4680"/>
                <w:tab w:val="left" w:pos="7980"/>
              </w:tabs>
              <w:jc w:val="center"/>
              <w:rPr>
                <w:b/>
                <w:sz w:val="24"/>
                <w:szCs w:val="24"/>
              </w:rPr>
            </w:pPr>
            <w:r>
              <w:rPr>
                <w:rFonts w:ascii="Arial" w:hAnsi="Arial"/>
                <w:b/>
                <w:sz w:val="20"/>
                <w:szCs w:val="24"/>
              </w:rPr>
              <w:t>ADAMAS UNIVERSITY, KOLKATA</w:t>
            </w:r>
          </w:p>
          <w:p w14:paraId="22BDB628" w14:textId="77777777" w:rsidR="00FC50C5" w:rsidRDefault="00000000">
            <w:pPr>
              <w:tabs>
                <w:tab w:val="center" w:pos="4680"/>
                <w:tab w:val="left" w:pos="7980"/>
              </w:tabs>
              <w:jc w:val="center"/>
              <w:rPr>
                <w:b/>
                <w:sz w:val="24"/>
                <w:szCs w:val="24"/>
              </w:rPr>
            </w:pPr>
            <w:r>
              <w:rPr>
                <w:rFonts w:ascii="Arial" w:hAnsi="Arial"/>
                <w:b/>
                <w:sz w:val="20"/>
                <w:szCs w:val="24"/>
              </w:rPr>
              <w:t>SCHOOL OF ENGINEERING AND TECHNOLOGY</w:t>
            </w:r>
          </w:p>
          <w:p w14:paraId="6301DC85" w14:textId="77777777" w:rsidR="00FC50C5" w:rsidRDefault="00000000">
            <w:pPr>
              <w:jc w:val="center"/>
            </w:pPr>
            <w:r>
              <w:rPr>
                <w:rFonts w:ascii="Arial" w:hAnsi="Arial"/>
                <w:b/>
                <w:sz w:val="20"/>
                <w:szCs w:val="24"/>
              </w:rPr>
              <w:t>DEPARTMENT OF COMPUTER SCIENCE AND ENGINEERING</w:t>
            </w:r>
          </w:p>
        </w:tc>
      </w:tr>
      <w:tr w:rsidR="00FC50C5" w14:paraId="60262D80" w14:textId="77777777" w:rsidTr="00E80FD8">
        <w:trPr>
          <w:gridAfter w:val="3"/>
          <w:wAfter w:w="1024" w:type="dxa"/>
          <w:trHeight w:val="263"/>
        </w:trPr>
        <w:tc>
          <w:tcPr>
            <w:tcW w:w="9715" w:type="dxa"/>
            <w:gridSpan w:val="8"/>
          </w:tcPr>
          <w:p w14:paraId="143F6C30" w14:textId="77777777" w:rsidR="00FC50C5" w:rsidRDefault="00FC50C5"/>
        </w:tc>
      </w:tr>
      <w:tr w:rsidR="00FC50C5" w14:paraId="4395523C" w14:textId="77777777" w:rsidTr="00E80FD8">
        <w:trPr>
          <w:gridAfter w:val="3"/>
          <w:wAfter w:w="1024" w:type="dxa"/>
          <w:trHeight w:val="1041"/>
        </w:trPr>
        <w:tc>
          <w:tcPr>
            <w:tcW w:w="9715" w:type="dxa"/>
            <w:gridSpan w:val="8"/>
          </w:tcPr>
          <w:p w14:paraId="33AC6CF4" w14:textId="77777777" w:rsidR="00FC50C5" w:rsidRDefault="00FC50C5">
            <w:pPr>
              <w:spacing w:line="276" w:lineRule="auto"/>
              <w:jc w:val="center"/>
              <w:rPr>
                <w:b/>
                <w:color w:val="000000"/>
                <w:sz w:val="24"/>
                <w:szCs w:val="24"/>
              </w:rPr>
            </w:pPr>
          </w:p>
          <w:p w14:paraId="78DCA43B" w14:textId="77777777" w:rsidR="00FC50C5" w:rsidRDefault="00000000">
            <w:pPr>
              <w:spacing w:line="276" w:lineRule="auto"/>
              <w:jc w:val="center"/>
              <w:rPr>
                <w:b/>
                <w:color w:val="000000"/>
                <w:sz w:val="24"/>
                <w:szCs w:val="24"/>
              </w:rPr>
            </w:pPr>
            <w:r>
              <w:rPr>
                <w:rFonts w:ascii="Arial" w:hAnsi="Arial"/>
                <w:b/>
                <w:color w:val="000000"/>
                <w:sz w:val="20"/>
                <w:szCs w:val="24"/>
              </w:rPr>
              <w:t xml:space="preserve">Name of the </w:t>
            </w:r>
            <w:proofErr w:type="spellStart"/>
            <w:r>
              <w:rPr>
                <w:rFonts w:ascii="Arial" w:hAnsi="Arial"/>
                <w:b/>
                <w:color w:val="000000"/>
                <w:sz w:val="20"/>
                <w:szCs w:val="24"/>
              </w:rPr>
              <w:t>Programme</w:t>
            </w:r>
            <w:proofErr w:type="spellEnd"/>
            <w:r>
              <w:rPr>
                <w:rFonts w:ascii="Arial" w:hAnsi="Arial"/>
                <w:b/>
                <w:color w:val="000000"/>
                <w:sz w:val="20"/>
                <w:szCs w:val="24"/>
              </w:rPr>
              <w:t xml:space="preserve">: </w:t>
            </w:r>
            <w:proofErr w:type="spellStart"/>
            <w:proofErr w:type="gramStart"/>
            <w:r>
              <w:rPr>
                <w:rFonts w:ascii="Arial" w:hAnsi="Arial"/>
                <w:b/>
                <w:color w:val="000000"/>
                <w:sz w:val="20"/>
                <w:szCs w:val="24"/>
              </w:rPr>
              <w:t>M.Tech</w:t>
            </w:r>
            <w:proofErr w:type="spellEnd"/>
            <w:proofErr w:type="gramEnd"/>
            <w:r>
              <w:rPr>
                <w:rFonts w:ascii="Arial" w:hAnsi="Arial"/>
                <w:b/>
                <w:color w:val="000000"/>
                <w:sz w:val="20"/>
                <w:szCs w:val="24"/>
              </w:rPr>
              <w:t xml:space="preserve"> (Computer Science and Engineering)</w:t>
            </w:r>
          </w:p>
        </w:tc>
      </w:tr>
      <w:tr w:rsidR="00FC50C5" w14:paraId="617A790B" w14:textId="77777777" w:rsidTr="00E80FD8">
        <w:trPr>
          <w:gridAfter w:val="3"/>
          <w:wAfter w:w="1024" w:type="dxa"/>
        </w:trPr>
        <w:tc>
          <w:tcPr>
            <w:tcW w:w="9715" w:type="dxa"/>
            <w:gridSpan w:val="8"/>
          </w:tcPr>
          <w:p w14:paraId="5280A9BA" w14:textId="77777777" w:rsidR="00FC50C5" w:rsidRDefault="00FC50C5">
            <w:pPr>
              <w:spacing w:after="200" w:line="276" w:lineRule="auto"/>
              <w:jc w:val="center"/>
              <w:rPr>
                <w:b/>
                <w:color w:val="000000"/>
                <w:sz w:val="24"/>
                <w:szCs w:val="24"/>
              </w:rPr>
            </w:pPr>
          </w:p>
          <w:p w14:paraId="2CFC2DEC" w14:textId="77777777" w:rsidR="00FC50C5" w:rsidRDefault="00000000">
            <w:pPr>
              <w:spacing w:after="200" w:line="276" w:lineRule="auto"/>
              <w:jc w:val="center"/>
              <w:rPr>
                <w:b/>
                <w:sz w:val="24"/>
                <w:szCs w:val="24"/>
              </w:rPr>
            </w:pPr>
            <w:r>
              <w:rPr>
                <w:rFonts w:ascii="Arial" w:hAnsi="Arial"/>
                <w:b/>
                <w:color w:val="000000"/>
                <w:sz w:val="20"/>
                <w:szCs w:val="24"/>
              </w:rPr>
              <w:t>PROGRAMME EDUCATIONAL OBJECTIVES (PEO)</w:t>
            </w:r>
          </w:p>
        </w:tc>
      </w:tr>
      <w:tr w:rsidR="00FC50C5" w14:paraId="70ED2D05" w14:textId="77777777" w:rsidTr="00E80FD8">
        <w:trPr>
          <w:gridAfter w:val="3"/>
          <w:wAfter w:w="1024" w:type="dxa"/>
          <w:trHeight w:val="2207"/>
        </w:trPr>
        <w:tc>
          <w:tcPr>
            <w:tcW w:w="9715" w:type="dxa"/>
            <w:gridSpan w:val="8"/>
          </w:tcPr>
          <w:p w14:paraId="328291AF" w14:textId="77777777" w:rsidR="00FC50C5" w:rsidRDefault="00000000">
            <w:pPr>
              <w:spacing w:line="480" w:lineRule="auto"/>
              <w:jc w:val="both"/>
              <w:rPr>
                <w:color w:val="000000"/>
                <w:sz w:val="24"/>
                <w:szCs w:val="24"/>
                <w:highlight w:val="white"/>
              </w:rPr>
            </w:pPr>
            <w:r>
              <w:rPr>
                <w:rFonts w:ascii="Arial" w:hAnsi="Arial"/>
                <w:b/>
                <w:color w:val="000000"/>
                <w:sz w:val="20"/>
                <w:szCs w:val="24"/>
              </w:rPr>
              <w:t xml:space="preserve">PEO 01: </w:t>
            </w:r>
            <w:r>
              <w:rPr>
                <w:color w:val="000000"/>
                <w:sz w:val="24"/>
                <w:szCs w:val="24"/>
                <w:highlight w:val="white"/>
              </w:rPr>
              <w:t>To prepare professionals who will have successful career in industries, academia, research and entrepreneurial endeavors.</w:t>
            </w:r>
          </w:p>
          <w:p w14:paraId="561BB59F" w14:textId="77777777" w:rsidR="00FC50C5" w:rsidRDefault="00FC50C5">
            <w:pPr>
              <w:spacing w:line="480" w:lineRule="auto"/>
              <w:jc w:val="both"/>
              <w:rPr>
                <w:color w:val="000000"/>
                <w:sz w:val="24"/>
                <w:szCs w:val="24"/>
                <w:highlight w:val="white"/>
              </w:rPr>
            </w:pPr>
          </w:p>
          <w:p w14:paraId="001386CF" w14:textId="77777777" w:rsidR="00FC50C5" w:rsidRDefault="00000000">
            <w:pPr>
              <w:spacing w:line="480" w:lineRule="auto"/>
              <w:jc w:val="both"/>
              <w:rPr>
                <w:color w:val="000000"/>
                <w:sz w:val="24"/>
                <w:szCs w:val="24"/>
                <w:highlight w:val="white"/>
              </w:rPr>
            </w:pPr>
            <w:r>
              <w:rPr>
                <w:rFonts w:ascii="Arial" w:hAnsi="Arial"/>
                <w:b/>
                <w:color w:val="000000"/>
                <w:sz w:val="20"/>
                <w:szCs w:val="24"/>
              </w:rPr>
              <w:t xml:space="preserve">PEO 02: </w:t>
            </w:r>
            <w:r>
              <w:rPr>
                <w:color w:val="000000"/>
                <w:sz w:val="24"/>
                <w:szCs w:val="24"/>
                <w:highlight w:val="white"/>
              </w:rPr>
              <w:t>To prepare graduates who will demonstrate analytical, research, design and implementation skills offering techno-commercially feasible and socially acceptable solutions to real life problems.</w:t>
            </w:r>
          </w:p>
          <w:p w14:paraId="082751D9" w14:textId="77777777" w:rsidR="00FC50C5" w:rsidRDefault="00FC50C5">
            <w:pPr>
              <w:spacing w:line="480" w:lineRule="auto"/>
              <w:jc w:val="both"/>
              <w:rPr>
                <w:color w:val="000000"/>
                <w:sz w:val="24"/>
                <w:szCs w:val="24"/>
                <w:highlight w:val="white"/>
              </w:rPr>
            </w:pPr>
          </w:p>
          <w:p w14:paraId="677BB079" w14:textId="77777777" w:rsidR="00FC50C5" w:rsidRDefault="00000000">
            <w:pPr>
              <w:spacing w:line="480" w:lineRule="auto"/>
              <w:jc w:val="both"/>
              <w:rPr>
                <w:color w:val="000000"/>
                <w:sz w:val="24"/>
                <w:szCs w:val="24"/>
              </w:rPr>
            </w:pPr>
            <w:r>
              <w:rPr>
                <w:rFonts w:ascii="Arial" w:hAnsi="Arial"/>
                <w:b/>
                <w:color w:val="000000"/>
                <w:sz w:val="20"/>
                <w:szCs w:val="24"/>
              </w:rPr>
              <w:t xml:space="preserve">PEO 03: </w:t>
            </w:r>
            <w:r>
              <w:rPr>
                <w:color w:val="000000"/>
                <w:sz w:val="24"/>
                <w:szCs w:val="24"/>
                <w:highlight w:val="white"/>
              </w:rPr>
              <w:t>To prepare graduates who will thrive to pursue life-long learning and contribute to society as an ethical and responsible citizen.</w:t>
            </w:r>
          </w:p>
          <w:p w14:paraId="0F2DF3C3" w14:textId="77777777" w:rsidR="00FC50C5" w:rsidRDefault="00FC50C5">
            <w:pPr>
              <w:spacing w:after="200" w:line="276" w:lineRule="auto"/>
              <w:jc w:val="both"/>
              <w:rPr>
                <w:color w:val="000000"/>
                <w:sz w:val="24"/>
                <w:szCs w:val="24"/>
              </w:rPr>
            </w:pPr>
          </w:p>
        </w:tc>
      </w:tr>
      <w:tr w:rsidR="00FC50C5" w14:paraId="4E48E5CE" w14:textId="77777777" w:rsidTr="00E80FD8">
        <w:trPr>
          <w:gridAfter w:val="3"/>
          <w:wAfter w:w="1024" w:type="dxa"/>
          <w:trHeight w:val="377"/>
        </w:trPr>
        <w:tc>
          <w:tcPr>
            <w:tcW w:w="9715" w:type="dxa"/>
            <w:gridSpan w:val="8"/>
          </w:tcPr>
          <w:p w14:paraId="55E506F6" w14:textId="77777777" w:rsidR="00FC50C5" w:rsidRDefault="00FC50C5"/>
        </w:tc>
      </w:tr>
      <w:tr w:rsidR="00FC50C5" w14:paraId="1C06F39D" w14:textId="77777777" w:rsidTr="00E80FD8">
        <w:trPr>
          <w:gridAfter w:val="3"/>
          <w:wAfter w:w="1024" w:type="dxa"/>
        </w:trPr>
        <w:tc>
          <w:tcPr>
            <w:tcW w:w="9715" w:type="dxa"/>
            <w:gridSpan w:val="8"/>
          </w:tcPr>
          <w:p w14:paraId="5DA4F2E4" w14:textId="77777777" w:rsidR="00FC50C5" w:rsidRDefault="00FC50C5">
            <w:pPr>
              <w:shd w:val="clear" w:color="auto" w:fill="FFFFFF"/>
              <w:jc w:val="both"/>
              <w:rPr>
                <w:b/>
                <w:color w:val="000000"/>
                <w:sz w:val="24"/>
                <w:szCs w:val="24"/>
              </w:rPr>
            </w:pPr>
          </w:p>
        </w:tc>
      </w:tr>
      <w:tr w:rsidR="00FC50C5" w14:paraId="4C367CEB" w14:textId="77777777" w:rsidTr="00E80FD8">
        <w:trPr>
          <w:gridAfter w:val="3"/>
          <w:wAfter w:w="1024" w:type="dxa"/>
          <w:trHeight w:val="962"/>
        </w:trPr>
        <w:tc>
          <w:tcPr>
            <w:tcW w:w="9715" w:type="dxa"/>
            <w:gridSpan w:val="8"/>
          </w:tcPr>
          <w:p w14:paraId="51BC9F42" w14:textId="77777777" w:rsidR="00FC50C5" w:rsidRDefault="00FC50C5"/>
        </w:tc>
      </w:tr>
      <w:tr w:rsidR="00FC50C5" w14:paraId="34A3BD24" w14:textId="77777777" w:rsidTr="00E80FD8">
        <w:trPr>
          <w:gridAfter w:val="3"/>
          <w:wAfter w:w="1024" w:type="dxa"/>
        </w:trPr>
        <w:tc>
          <w:tcPr>
            <w:tcW w:w="5393" w:type="dxa"/>
            <w:gridSpan w:val="5"/>
          </w:tcPr>
          <w:p w14:paraId="61632A52" w14:textId="77777777" w:rsidR="00FC50C5" w:rsidRDefault="00000000">
            <w:pPr>
              <w:jc w:val="center"/>
              <w:rPr>
                <w:b/>
                <w:color w:val="000000"/>
                <w:sz w:val="24"/>
                <w:szCs w:val="24"/>
              </w:rPr>
            </w:pPr>
            <w:r>
              <w:rPr>
                <w:rFonts w:ascii="Arial" w:hAnsi="Arial"/>
                <w:b/>
                <w:color w:val="000000"/>
                <w:sz w:val="20"/>
                <w:szCs w:val="24"/>
              </w:rPr>
              <w:t>___________________________________</w:t>
            </w:r>
            <w:r>
              <w:rPr>
                <w:rFonts w:ascii="Arial" w:hAnsi="Arial"/>
                <w:b/>
                <w:color w:val="000000"/>
                <w:sz w:val="20"/>
                <w:szCs w:val="24"/>
              </w:rPr>
              <w:br/>
              <w:t>HEAD OF THE DEPARTMENT</w:t>
            </w:r>
          </w:p>
        </w:tc>
        <w:tc>
          <w:tcPr>
            <w:tcW w:w="4322" w:type="dxa"/>
            <w:gridSpan w:val="3"/>
          </w:tcPr>
          <w:p w14:paraId="345B7BA8" w14:textId="77777777" w:rsidR="00FC50C5" w:rsidRDefault="00000000">
            <w:pPr>
              <w:jc w:val="center"/>
            </w:pPr>
            <w:r>
              <w:rPr>
                <w:rFonts w:ascii="Arial" w:hAnsi="Arial"/>
                <w:b/>
                <w:color w:val="000000"/>
                <w:sz w:val="20"/>
                <w:szCs w:val="24"/>
              </w:rPr>
              <w:t>____________________________________</w:t>
            </w:r>
            <w:r>
              <w:rPr>
                <w:rFonts w:ascii="Arial" w:hAnsi="Arial"/>
                <w:b/>
                <w:color w:val="000000"/>
                <w:sz w:val="20"/>
                <w:szCs w:val="24"/>
              </w:rPr>
              <w:br/>
              <w:t>DEAN / SCHOOL CONCERNED</w:t>
            </w:r>
          </w:p>
        </w:tc>
      </w:tr>
      <w:tr w:rsidR="00FC50C5" w14:paraId="5CB31B5B" w14:textId="77777777" w:rsidTr="00E80FD8">
        <w:trPr>
          <w:gridAfter w:val="3"/>
          <w:wAfter w:w="1024" w:type="dxa"/>
          <w:trHeight w:val="1550"/>
        </w:trPr>
        <w:tc>
          <w:tcPr>
            <w:tcW w:w="9715" w:type="dxa"/>
            <w:gridSpan w:val="8"/>
          </w:tcPr>
          <w:p w14:paraId="1CDE7C1B" w14:textId="77777777" w:rsidR="00946B67" w:rsidRDefault="00946B67">
            <w:pPr>
              <w:jc w:val="center"/>
            </w:pPr>
          </w:p>
          <w:p w14:paraId="5ECDA9A7" w14:textId="77777777" w:rsidR="00946B67" w:rsidRDefault="00946B67">
            <w:pPr>
              <w:jc w:val="center"/>
            </w:pPr>
          </w:p>
          <w:p w14:paraId="75E540ED" w14:textId="77777777" w:rsidR="00946B67" w:rsidRDefault="00946B67">
            <w:pPr>
              <w:jc w:val="center"/>
            </w:pPr>
          </w:p>
          <w:p w14:paraId="6FD741DF" w14:textId="77777777" w:rsidR="00DA006A" w:rsidRDefault="00DA006A">
            <w:pPr>
              <w:jc w:val="center"/>
            </w:pPr>
          </w:p>
          <w:p w14:paraId="16E48DF9" w14:textId="77777777" w:rsidR="00DA006A" w:rsidRDefault="00DA006A">
            <w:pPr>
              <w:jc w:val="center"/>
            </w:pPr>
          </w:p>
          <w:p w14:paraId="089BD125" w14:textId="12F2564B" w:rsidR="00FC50C5" w:rsidRDefault="00000000">
            <w:pPr>
              <w:jc w:val="center"/>
            </w:pPr>
            <w:r>
              <w:rPr>
                <w:noProof/>
              </w:rPr>
              <w:lastRenderedPageBreak/>
              <w:drawing>
                <wp:anchor distT="0" distB="0" distL="114300" distR="114300" simplePos="0" relativeHeight="251663360" behindDoc="0" locked="0" layoutInCell="1" hidden="0" allowOverlap="1" wp14:anchorId="090448CD" wp14:editId="5C4082E6">
                  <wp:simplePos x="0" y="0"/>
                  <wp:positionH relativeFrom="column">
                    <wp:posOffset>2762250</wp:posOffset>
                  </wp:positionH>
                  <wp:positionV relativeFrom="paragraph">
                    <wp:posOffset>20320</wp:posOffset>
                  </wp:positionV>
                  <wp:extent cx="945515" cy="857250"/>
                  <wp:effectExtent l="0" t="0" r="0" b="0"/>
                  <wp:wrapSquare wrapText="bothSides" distT="0" distB="0" distL="114300" distR="11430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a:srcRect/>
                          <a:stretch>
                            <a:fillRect/>
                          </a:stretch>
                        </pic:blipFill>
                        <pic:spPr>
                          <a:xfrm>
                            <a:off x="0" y="0"/>
                            <a:ext cx="945515" cy="857250"/>
                          </a:xfrm>
                          <a:prstGeom prst="rect">
                            <a:avLst/>
                          </a:prstGeom>
                          <a:ln/>
                        </pic:spPr>
                      </pic:pic>
                    </a:graphicData>
                  </a:graphic>
                  <wp14:sizeRelH relativeFrom="margin">
                    <wp14:pctWidth>0</wp14:pctWidth>
                  </wp14:sizeRelH>
                  <wp14:sizeRelV relativeFrom="margin">
                    <wp14:pctHeight>0</wp14:pctHeight>
                  </wp14:sizeRelV>
                </wp:anchor>
              </w:drawing>
            </w:r>
          </w:p>
        </w:tc>
      </w:tr>
      <w:tr w:rsidR="00FC50C5" w14:paraId="0E7A1D8D" w14:textId="77777777" w:rsidTr="00E80FD8">
        <w:trPr>
          <w:gridAfter w:val="3"/>
          <w:wAfter w:w="1024" w:type="dxa"/>
          <w:trHeight w:val="126"/>
        </w:trPr>
        <w:tc>
          <w:tcPr>
            <w:tcW w:w="9715" w:type="dxa"/>
            <w:gridSpan w:val="8"/>
          </w:tcPr>
          <w:p w14:paraId="5E2D649F" w14:textId="77777777" w:rsidR="00FC50C5" w:rsidRDefault="00FC50C5">
            <w:pPr>
              <w:tabs>
                <w:tab w:val="center" w:pos="4680"/>
                <w:tab w:val="left" w:pos="7980"/>
              </w:tabs>
              <w:jc w:val="center"/>
              <w:rPr>
                <w:b/>
                <w:sz w:val="12"/>
                <w:szCs w:val="12"/>
              </w:rPr>
            </w:pPr>
          </w:p>
        </w:tc>
      </w:tr>
      <w:tr w:rsidR="00FC50C5" w14:paraId="21341FCE" w14:textId="77777777" w:rsidTr="00E80FD8">
        <w:trPr>
          <w:gridAfter w:val="3"/>
          <w:wAfter w:w="1024" w:type="dxa"/>
        </w:trPr>
        <w:tc>
          <w:tcPr>
            <w:tcW w:w="9715" w:type="dxa"/>
            <w:gridSpan w:val="8"/>
          </w:tcPr>
          <w:p w14:paraId="7DCC7260" w14:textId="77777777" w:rsidR="00FC50C5" w:rsidRDefault="00000000">
            <w:pPr>
              <w:tabs>
                <w:tab w:val="center" w:pos="4680"/>
                <w:tab w:val="left" w:pos="7980"/>
              </w:tabs>
              <w:jc w:val="center"/>
              <w:rPr>
                <w:b/>
                <w:sz w:val="24"/>
                <w:szCs w:val="24"/>
              </w:rPr>
            </w:pPr>
            <w:r>
              <w:rPr>
                <w:rFonts w:ascii="Arial" w:hAnsi="Arial"/>
                <w:b/>
                <w:sz w:val="20"/>
                <w:szCs w:val="24"/>
              </w:rPr>
              <w:t>ADAMAS UNIVERSITY, KOLKATA</w:t>
            </w:r>
          </w:p>
          <w:p w14:paraId="274CCA02" w14:textId="77777777" w:rsidR="00FC50C5" w:rsidRDefault="00000000">
            <w:pPr>
              <w:tabs>
                <w:tab w:val="center" w:pos="4680"/>
                <w:tab w:val="left" w:pos="7980"/>
              </w:tabs>
              <w:jc w:val="center"/>
              <w:rPr>
                <w:b/>
                <w:sz w:val="24"/>
                <w:szCs w:val="24"/>
              </w:rPr>
            </w:pPr>
            <w:r>
              <w:rPr>
                <w:rFonts w:ascii="Arial" w:hAnsi="Arial"/>
                <w:b/>
                <w:sz w:val="20"/>
                <w:szCs w:val="24"/>
              </w:rPr>
              <w:t>SCHOOL OF ENGINEERING AND TECHNOLOGY</w:t>
            </w:r>
          </w:p>
          <w:p w14:paraId="47EE6F64" w14:textId="77777777" w:rsidR="00FC50C5" w:rsidRDefault="00000000">
            <w:pPr>
              <w:jc w:val="center"/>
            </w:pPr>
            <w:r>
              <w:rPr>
                <w:rFonts w:ascii="Arial" w:hAnsi="Arial"/>
                <w:b/>
                <w:sz w:val="20"/>
                <w:szCs w:val="24"/>
              </w:rPr>
              <w:t>DEPARTMENT OF COMPUTER SCIENCE AND ENGINEERING</w:t>
            </w:r>
          </w:p>
        </w:tc>
      </w:tr>
      <w:tr w:rsidR="00FC50C5" w14:paraId="1FE0EA4E" w14:textId="77777777" w:rsidTr="00E80FD8">
        <w:trPr>
          <w:gridAfter w:val="3"/>
          <w:wAfter w:w="1024" w:type="dxa"/>
          <w:trHeight w:val="125"/>
        </w:trPr>
        <w:tc>
          <w:tcPr>
            <w:tcW w:w="9715" w:type="dxa"/>
            <w:gridSpan w:val="8"/>
          </w:tcPr>
          <w:p w14:paraId="67B4D875" w14:textId="77777777" w:rsidR="00FC50C5" w:rsidRDefault="00FC50C5">
            <w:pPr>
              <w:rPr>
                <w:sz w:val="10"/>
                <w:szCs w:val="10"/>
              </w:rPr>
            </w:pPr>
          </w:p>
        </w:tc>
      </w:tr>
      <w:tr w:rsidR="00FC50C5" w14:paraId="3ED10EAE" w14:textId="77777777" w:rsidTr="00E80FD8">
        <w:trPr>
          <w:gridAfter w:val="3"/>
          <w:wAfter w:w="1024" w:type="dxa"/>
          <w:trHeight w:val="695"/>
        </w:trPr>
        <w:tc>
          <w:tcPr>
            <w:tcW w:w="9715" w:type="dxa"/>
            <w:gridSpan w:val="8"/>
          </w:tcPr>
          <w:p w14:paraId="12897819" w14:textId="77777777" w:rsidR="00FC50C5" w:rsidRDefault="00000000">
            <w:pPr>
              <w:spacing w:line="276" w:lineRule="auto"/>
              <w:jc w:val="center"/>
              <w:rPr>
                <w:b/>
                <w:color w:val="000000"/>
                <w:sz w:val="24"/>
                <w:szCs w:val="24"/>
              </w:rPr>
            </w:pPr>
            <w:r>
              <w:rPr>
                <w:rFonts w:ascii="Arial" w:hAnsi="Arial"/>
                <w:b/>
                <w:color w:val="000000"/>
                <w:sz w:val="20"/>
                <w:szCs w:val="24"/>
              </w:rPr>
              <w:t xml:space="preserve">Name of the </w:t>
            </w:r>
            <w:proofErr w:type="spellStart"/>
            <w:r>
              <w:rPr>
                <w:rFonts w:ascii="Arial" w:hAnsi="Arial"/>
                <w:b/>
                <w:color w:val="000000"/>
                <w:sz w:val="20"/>
                <w:szCs w:val="24"/>
              </w:rPr>
              <w:t>Programme</w:t>
            </w:r>
            <w:proofErr w:type="spellEnd"/>
            <w:r>
              <w:rPr>
                <w:rFonts w:ascii="Arial" w:hAnsi="Arial"/>
                <w:b/>
                <w:color w:val="000000"/>
                <w:sz w:val="20"/>
                <w:szCs w:val="24"/>
              </w:rPr>
              <w:t xml:space="preserve">: </w:t>
            </w:r>
            <w:proofErr w:type="spellStart"/>
            <w:proofErr w:type="gramStart"/>
            <w:r>
              <w:rPr>
                <w:rFonts w:ascii="Arial" w:hAnsi="Arial"/>
                <w:b/>
                <w:color w:val="000000"/>
                <w:sz w:val="20"/>
                <w:szCs w:val="24"/>
              </w:rPr>
              <w:t>M.Tech</w:t>
            </w:r>
            <w:proofErr w:type="spellEnd"/>
            <w:proofErr w:type="gramEnd"/>
            <w:r>
              <w:rPr>
                <w:rFonts w:ascii="Arial" w:hAnsi="Arial"/>
                <w:b/>
                <w:color w:val="000000"/>
                <w:sz w:val="20"/>
                <w:szCs w:val="24"/>
              </w:rPr>
              <w:t xml:space="preserve"> (Computer Science and Engineering)</w:t>
            </w:r>
          </w:p>
        </w:tc>
      </w:tr>
      <w:tr w:rsidR="00FC50C5" w14:paraId="59932A23" w14:textId="77777777" w:rsidTr="00E80FD8">
        <w:trPr>
          <w:gridAfter w:val="3"/>
          <w:wAfter w:w="1024" w:type="dxa"/>
          <w:trHeight w:val="345"/>
        </w:trPr>
        <w:tc>
          <w:tcPr>
            <w:tcW w:w="9715" w:type="dxa"/>
            <w:gridSpan w:val="8"/>
          </w:tcPr>
          <w:p w14:paraId="752CFA81" w14:textId="77777777" w:rsidR="00FC50C5" w:rsidRDefault="00000000">
            <w:pPr>
              <w:spacing w:line="276" w:lineRule="auto"/>
              <w:jc w:val="center"/>
              <w:rPr>
                <w:b/>
                <w:sz w:val="24"/>
                <w:szCs w:val="24"/>
              </w:rPr>
            </w:pPr>
            <w:r>
              <w:rPr>
                <w:rFonts w:ascii="Arial" w:hAnsi="Arial"/>
                <w:b/>
                <w:color w:val="000000"/>
                <w:sz w:val="20"/>
                <w:szCs w:val="24"/>
              </w:rPr>
              <w:t>GRADUATE ATTRIBUTES/PROGRAMME OUTCOMES</w:t>
            </w:r>
          </w:p>
        </w:tc>
      </w:tr>
      <w:tr w:rsidR="00FC50C5" w14:paraId="7B78D726" w14:textId="77777777" w:rsidTr="00E80FD8">
        <w:trPr>
          <w:gridAfter w:val="3"/>
          <w:wAfter w:w="1024" w:type="dxa"/>
          <w:trHeight w:val="2207"/>
        </w:trPr>
        <w:tc>
          <w:tcPr>
            <w:tcW w:w="9715" w:type="dxa"/>
            <w:gridSpan w:val="8"/>
          </w:tcPr>
          <w:p w14:paraId="7DC4638B" w14:textId="77777777" w:rsidR="00FC50C5" w:rsidRDefault="00000000">
            <w:pPr>
              <w:spacing w:line="360" w:lineRule="auto"/>
              <w:jc w:val="both"/>
              <w:rPr>
                <w:sz w:val="18"/>
                <w:szCs w:val="18"/>
                <w:highlight w:val="white"/>
              </w:rPr>
            </w:pPr>
            <w:r>
              <w:rPr>
                <w:rFonts w:ascii="Arial" w:hAnsi="Arial"/>
                <w:b/>
                <w:sz w:val="20"/>
                <w:szCs w:val="18"/>
              </w:rPr>
              <w:t xml:space="preserve">GA 01 / PO 01: </w:t>
            </w:r>
            <w:r>
              <w:rPr>
                <w:b/>
                <w:sz w:val="18"/>
                <w:szCs w:val="18"/>
                <w:highlight w:val="white"/>
              </w:rPr>
              <w:t>Engineering knowledge</w:t>
            </w:r>
            <w:r>
              <w:rPr>
                <w:sz w:val="18"/>
                <w:szCs w:val="18"/>
                <w:highlight w:val="white"/>
              </w:rPr>
              <w:t>: Apply the knowledge of mathematics, science, engineering fundamentals, and an engineering specialization to the solution of complex engineering problems.</w:t>
            </w:r>
          </w:p>
          <w:p w14:paraId="722BBBBC" w14:textId="77777777" w:rsidR="00FC50C5" w:rsidRDefault="00000000">
            <w:pPr>
              <w:spacing w:line="360" w:lineRule="auto"/>
              <w:jc w:val="both"/>
              <w:rPr>
                <w:sz w:val="18"/>
                <w:szCs w:val="18"/>
              </w:rPr>
            </w:pPr>
            <w:r>
              <w:rPr>
                <w:rFonts w:ascii="Arial" w:hAnsi="Arial"/>
                <w:b/>
                <w:sz w:val="20"/>
                <w:szCs w:val="18"/>
              </w:rPr>
              <w:t xml:space="preserve">GA 02 / PO 02: Problem analysis: </w:t>
            </w:r>
            <w:r>
              <w:rPr>
                <w:sz w:val="18"/>
                <w:szCs w:val="18"/>
              </w:rPr>
              <w:t>Identify, formulate, review research literature, and analyze complex engineering problems reaching sustained conclusions using first principles of mathematics, natural sciences, and engineering sciences.</w:t>
            </w:r>
          </w:p>
          <w:p w14:paraId="12CE1F66" w14:textId="77777777" w:rsidR="00FC50C5" w:rsidRDefault="00000000">
            <w:pPr>
              <w:spacing w:line="360" w:lineRule="auto"/>
              <w:jc w:val="both"/>
              <w:rPr>
                <w:sz w:val="18"/>
                <w:szCs w:val="18"/>
                <w:highlight w:val="white"/>
              </w:rPr>
            </w:pPr>
            <w:r>
              <w:rPr>
                <w:rFonts w:ascii="Arial" w:hAnsi="Arial"/>
                <w:b/>
                <w:sz w:val="20"/>
                <w:szCs w:val="18"/>
              </w:rPr>
              <w:t xml:space="preserve">GA 03 / PO 03: </w:t>
            </w:r>
            <w:r>
              <w:rPr>
                <w:b/>
                <w:sz w:val="18"/>
                <w:szCs w:val="18"/>
                <w:highlight w:val="white"/>
              </w:rPr>
              <w:t>Design/development of solutions</w:t>
            </w:r>
            <w:r>
              <w:rPr>
                <w:sz w:val="18"/>
                <w:szCs w:val="18"/>
                <w:highlight w:val="white"/>
              </w:rPr>
              <w:t>: Design solutions for complex engineering problems and design system components or processes that meet the specified needs with appropriate consideration for the public health and safety, and the cultural, societal, and environmental considerations.</w:t>
            </w:r>
          </w:p>
          <w:p w14:paraId="08974887" w14:textId="77777777" w:rsidR="00FC50C5" w:rsidRDefault="00000000">
            <w:pPr>
              <w:spacing w:line="360" w:lineRule="auto"/>
              <w:jc w:val="both"/>
              <w:rPr>
                <w:sz w:val="18"/>
                <w:szCs w:val="18"/>
              </w:rPr>
            </w:pPr>
            <w:r>
              <w:rPr>
                <w:rFonts w:ascii="Arial" w:hAnsi="Arial"/>
                <w:b/>
                <w:sz w:val="20"/>
                <w:szCs w:val="18"/>
              </w:rPr>
              <w:t>GA 04 / PO 04: Conduct Investigations of Complex Computing Problems</w:t>
            </w:r>
            <w:r>
              <w:rPr>
                <w:sz w:val="18"/>
                <w:szCs w:val="18"/>
              </w:rPr>
              <w:t>: Use research-based knowledge and research methods including design of experiments, analysis and interpretation of data and synthesis of information to provide valid conclusions.</w:t>
            </w:r>
          </w:p>
          <w:p w14:paraId="2EC6068F" w14:textId="77777777" w:rsidR="00FC50C5" w:rsidRDefault="00000000">
            <w:pPr>
              <w:spacing w:line="360" w:lineRule="auto"/>
              <w:jc w:val="both"/>
              <w:rPr>
                <w:sz w:val="18"/>
                <w:szCs w:val="18"/>
                <w:highlight w:val="white"/>
              </w:rPr>
            </w:pPr>
            <w:r>
              <w:rPr>
                <w:rFonts w:ascii="Arial" w:hAnsi="Arial"/>
                <w:b/>
                <w:sz w:val="20"/>
                <w:szCs w:val="18"/>
              </w:rPr>
              <w:t xml:space="preserve">GA 05 / PO 05: </w:t>
            </w:r>
            <w:r>
              <w:rPr>
                <w:b/>
                <w:sz w:val="18"/>
                <w:szCs w:val="18"/>
                <w:highlight w:val="white"/>
              </w:rPr>
              <w:t>Modern tool usage</w:t>
            </w:r>
            <w:r>
              <w:rPr>
                <w:sz w:val="18"/>
                <w:szCs w:val="18"/>
                <w:highlight w:val="white"/>
              </w:rPr>
              <w:t>: Create, select, and apply appropriate techniques, resources, and modern engineering and IT tools including prediction and modeling to complex engineering activities with an understanding of the limitations.</w:t>
            </w:r>
          </w:p>
          <w:p w14:paraId="7DF67988" w14:textId="77777777" w:rsidR="00FC50C5" w:rsidRDefault="00000000">
            <w:pPr>
              <w:spacing w:line="360" w:lineRule="auto"/>
              <w:jc w:val="both"/>
              <w:rPr>
                <w:sz w:val="18"/>
                <w:szCs w:val="18"/>
              </w:rPr>
            </w:pPr>
            <w:r>
              <w:rPr>
                <w:rFonts w:ascii="Arial" w:hAnsi="Arial"/>
                <w:b/>
                <w:sz w:val="20"/>
                <w:szCs w:val="18"/>
              </w:rPr>
              <w:t>GA 06 / PO 06: The engineer and society</w:t>
            </w:r>
            <w:r>
              <w:rPr>
                <w:sz w:val="18"/>
                <w:szCs w:val="18"/>
              </w:rPr>
              <w:t>: Apply reasoning informed by the contextual knowledge to assess societal, health, safety, legal and cultural issues and the consequent responsibilities relevant to the professional engineering practice.</w:t>
            </w:r>
          </w:p>
          <w:p w14:paraId="73A15196" w14:textId="77777777" w:rsidR="00FC50C5" w:rsidRDefault="00000000">
            <w:pPr>
              <w:spacing w:line="360" w:lineRule="auto"/>
              <w:jc w:val="both"/>
              <w:rPr>
                <w:sz w:val="18"/>
                <w:szCs w:val="18"/>
              </w:rPr>
            </w:pPr>
            <w:r>
              <w:rPr>
                <w:rFonts w:ascii="Arial" w:hAnsi="Arial"/>
                <w:b/>
                <w:sz w:val="20"/>
                <w:szCs w:val="18"/>
              </w:rPr>
              <w:t xml:space="preserve">GA 07 / PO 07: </w:t>
            </w:r>
            <w:r>
              <w:rPr>
                <w:b/>
                <w:sz w:val="18"/>
                <w:szCs w:val="18"/>
                <w:highlight w:val="white"/>
              </w:rPr>
              <w:t>Environment and sustainability</w:t>
            </w:r>
            <w:r>
              <w:rPr>
                <w:sz w:val="18"/>
                <w:szCs w:val="18"/>
                <w:highlight w:val="white"/>
              </w:rPr>
              <w:t>: Understand the impact of the professional engineering solutions in societal and environmental contexts, and demonstrate the knowledge of, and need for sustainable development. </w:t>
            </w:r>
          </w:p>
          <w:p w14:paraId="0EC3D903" w14:textId="77777777" w:rsidR="00FC50C5" w:rsidRDefault="00000000">
            <w:pPr>
              <w:spacing w:line="360" w:lineRule="auto"/>
              <w:jc w:val="both"/>
              <w:rPr>
                <w:sz w:val="18"/>
                <w:szCs w:val="18"/>
              </w:rPr>
            </w:pPr>
            <w:r>
              <w:rPr>
                <w:rFonts w:ascii="Arial" w:hAnsi="Arial"/>
                <w:b/>
                <w:sz w:val="20"/>
                <w:szCs w:val="18"/>
              </w:rPr>
              <w:t>GA 08 / PO 08: Ethics:</w:t>
            </w:r>
            <w:r>
              <w:rPr>
                <w:sz w:val="18"/>
                <w:szCs w:val="18"/>
              </w:rPr>
              <w:t> Apply ethical principles and commit to professional ethics and responsibilities and norms of the engineering practice.</w:t>
            </w:r>
          </w:p>
          <w:p w14:paraId="0A6902C3" w14:textId="77777777" w:rsidR="00FC50C5" w:rsidRDefault="00000000">
            <w:pPr>
              <w:spacing w:line="360" w:lineRule="auto"/>
              <w:jc w:val="both"/>
              <w:rPr>
                <w:sz w:val="18"/>
                <w:szCs w:val="18"/>
                <w:highlight w:val="white"/>
              </w:rPr>
            </w:pPr>
            <w:r>
              <w:rPr>
                <w:rFonts w:ascii="Arial" w:hAnsi="Arial"/>
                <w:b/>
                <w:sz w:val="20"/>
                <w:szCs w:val="18"/>
              </w:rPr>
              <w:t xml:space="preserve">GA 09 / PO </w:t>
            </w:r>
            <w:proofErr w:type="gramStart"/>
            <w:r>
              <w:rPr>
                <w:rFonts w:ascii="Arial" w:hAnsi="Arial"/>
                <w:b/>
                <w:sz w:val="20"/>
                <w:szCs w:val="18"/>
              </w:rPr>
              <w:t>09:</w:t>
            </w:r>
            <w:r>
              <w:rPr>
                <w:b/>
                <w:sz w:val="18"/>
                <w:szCs w:val="18"/>
                <w:highlight w:val="white"/>
              </w:rPr>
              <w:t>Individual</w:t>
            </w:r>
            <w:proofErr w:type="gramEnd"/>
            <w:r>
              <w:rPr>
                <w:b/>
                <w:sz w:val="18"/>
                <w:szCs w:val="18"/>
                <w:highlight w:val="white"/>
              </w:rPr>
              <w:t xml:space="preserve"> and team work</w:t>
            </w:r>
            <w:r>
              <w:rPr>
                <w:sz w:val="18"/>
                <w:szCs w:val="18"/>
                <w:highlight w:val="white"/>
              </w:rPr>
              <w:t>: Function effectively as an individual, and as a member or leader in diverse teams, and in multidisciplinary settings.</w:t>
            </w:r>
          </w:p>
          <w:p w14:paraId="799BAEEE" w14:textId="77777777" w:rsidR="00FC50C5" w:rsidRDefault="00000000">
            <w:pPr>
              <w:spacing w:line="360" w:lineRule="auto"/>
              <w:jc w:val="both"/>
              <w:rPr>
                <w:sz w:val="18"/>
                <w:szCs w:val="18"/>
                <w:highlight w:val="white"/>
              </w:rPr>
            </w:pPr>
            <w:r>
              <w:rPr>
                <w:rFonts w:ascii="Arial" w:hAnsi="Arial"/>
                <w:b/>
                <w:sz w:val="20"/>
                <w:szCs w:val="18"/>
              </w:rPr>
              <w:t>GA 10 / PO 10: Communication:</w:t>
            </w:r>
            <w:r>
              <w:rPr>
                <w:sz w:val="18"/>
                <w:szCs w:val="18"/>
              </w:rPr>
              <w:t xml:space="preserve"> Communicate effectively on complex engineering activities with the engineering community and with society at large, such as, being able to comprehend and write effective reports and design documentation, make effective presentations, and give and receive clear instructions. </w:t>
            </w:r>
          </w:p>
          <w:p w14:paraId="6492D439" w14:textId="77777777" w:rsidR="00FC50C5" w:rsidRDefault="00000000">
            <w:pPr>
              <w:spacing w:line="360" w:lineRule="auto"/>
              <w:jc w:val="both"/>
              <w:rPr>
                <w:sz w:val="18"/>
                <w:szCs w:val="18"/>
                <w:highlight w:val="white"/>
              </w:rPr>
            </w:pPr>
            <w:r>
              <w:rPr>
                <w:rFonts w:ascii="Arial" w:hAnsi="Arial"/>
                <w:b/>
                <w:sz w:val="20"/>
                <w:szCs w:val="18"/>
              </w:rPr>
              <w:t xml:space="preserve">GA 11 / PO 11: </w:t>
            </w:r>
            <w:r>
              <w:rPr>
                <w:b/>
                <w:sz w:val="18"/>
                <w:szCs w:val="18"/>
                <w:highlight w:val="white"/>
              </w:rPr>
              <w:t>Project management and finance</w:t>
            </w:r>
            <w:r>
              <w:rPr>
                <w:sz w:val="18"/>
                <w:szCs w:val="18"/>
                <w:highlight w:val="white"/>
              </w:rPr>
              <w:t>: Demonstrate knowledge and understanding of the engineering and management principles and apply these to one’s own work, as a member and leader in a team, to manage projects and in multidisciplinary environments.</w:t>
            </w:r>
          </w:p>
          <w:p w14:paraId="6FE480F8" w14:textId="77777777" w:rsidR="00FC50C5" w:rsidRDefault="00000000">
            <w:pPr>
              <w:spacing w:line="360" w:lineRule="auto"/>
              <w:jc w:val="both"/>
              <w:rPr>
                <w:sz w:val="18"/>
                <w:szCs w:val="18"/>
              </w:rPr>
            </w:pPr>
            <w:r>
              <w:rPr>
                <w:rFonts w:ascii="Arial" w:hAnsi="Arial"/>
                <w:b/>
                <w:sz w:val="20"/>
                <w:szCs w:val="18"/>
              </w:rPr>
              <w:t>GA 12 / PO 12: Life-long learning: </w:t>
            </w:r>
            <w:r>
              <w:rPr>
                <w:sz w:val="18"/>
                <w:szCs w:val="18"/>
              </w:rPr>
              <w:t>Recognize the need for, and have the preparation and ability to engage in independent and life-long learning in the broadest context of technological change.</w:t>
            </w:r>
          </w:p>
          <w:p w14:paraId="2C34AA5F" w14:textId="77777777" w:rsidR="00FC50C5" w:rsidRDefault="00FC50C5">
            <w:pPr>
              <w:jc w:val="both"/>
              <w:rPr>
                <w:b/>
                <w:sz w:val="20"/>
                <w:szCs w:val="20"/>
              </w:rPr>
            </w:pPr>
          </w:p>
        </w:tc>
      </w:tr>
      <w:tr w:rsidR="00FC50C5" w14:paraId="2AB5D3B9" w14:textId="77777777" w:rsidTr="00E80FD8">
        <w:trPr>
          <w:gridAfter w:val="3"/>
          <w:wAfter w:w="1024" w:type="dxa"/>
        </w:trPr>
        <w:tc>
          <w:tcPr>
            <w:tcW w:w="5393" w:type="dxa"/>
            <w:gridSpan w:val="5"/>
          </w:tcPr>
          <w:p w14:paraId="65E2C86F" w14:textId="77777777" w:rsidR="00FC50C5" w:rsidRDefault="00FC50C5">
            <w:pPr>
              <w:jc w:val="center"/>
              <w:rPr>
                <w:b/>
                <w:color w:val="000000"/>
                <w:sz w:val="24"/>
                <w:szCs w:val="24"/>
              </w:rPr>
            </w:pPr>
          </w:p>
          <w:p w14:paraId="48303F70" w14:textId="77777777" w:rsidR="00FC50C5" w:rsidRDefault="00FC50C5">
            <w:pPr>
              <w:jc w:val="center"/>
              <w:rPr>
                <w:b/>
                <w:color w:val="000000"/>
                <w:sz w:val="24"/>
                <w:szCs w:val="24"/>
              </w:rPr>
            </w:pPr>
          </w:p>
          <w:p w14:paraId="7DFE81DA" w14:textId="77777777" w:rsidR="00FC50C5" w:rsidRDefault="00000000">
            <w:pPr>
              <w:jc w:val="center"/>
              <w:rPr>
                <w:b/>
                <w:color w:val="000000"/>
                <w:sz w:val="24"/>
                <w:szCs w:val="24"/>
              </w:rPr>
            </w:pPr>
            <w:r>
              <w:rPr>
                <w:rFonts w:ascii="Arial" w:hAnsi="Arial"/>
                <w:b/>
                <w:color w:val="000000"/>
                <w:sz w:val="20"/>
                <w:szCs w:val="24"/>
              </w:rPr>
              <w:t>___________________________________</w:t>
            </w:r>
            <w:r>
              <w:rPr>
                <w:rFonts w:ascii="Arial" w:hAnsi="Arial"/>
                <w:b/>
                <w:color w:val="000000"/>
                <w:sz w:val="20"/>
                <w:szCs w:val="24"/>
              </w:rPr>
              <w:br/>
              <w:t>HEAD OF THE DEPARTMENT</w:t>
            </w:r>
          </w:p>
        </w:tc>
        <w:tc>
          <w:tcPr>
            <w:tcW w:w="4322" w:type="dxa"/>
            <w:gridSpan w:val="3"/>
          </w:tcPr>
          <w:p w14:paraId="27C8840E" w14:textId="77777777" w:rsidR="00FC50C5" w:rsidRDefault="00FC50C5">
            <w:pPr>
              <w:jc w:val="center"/>
              <w:rPr>
                <w:b/>
                <w:color w:val="000000"/>
                <w:sz w:val="24"/>
                <w:szCs w:val="24"/>
              </w:rPr>
            </w:pPr>
          </w:p>
          <w:p w14:paraId="527ECA4D" w14:textId="77777777" w:rsidR="00FC50C5" w:rsidRDefault="00FC50C5">
            <w:pPr>
              <w:jc w:val="center"/>
              <w:rPr>
                <w:b/>
                <w:color w:val="000000"/>
                <w:sz w:val="24"/>
                <w:szCs w:val="24"/>
              </w:rPr>
            </w:pPr>
          </w:p>
          <w:p w14:paraId="6523D52C" w14:textId="77777777" w:rsidR="00FC50C5" w:rsidRDefault="00000000">
            <w:pPr>
              <w:jc w:val="center"/>
            </w:pPr>
            <w:r>
              <w:rPr>
                <w:rFonts w:ascii="Arial" w:hAnsi="Arial"/>
                <w:b/>
                <w:color w:val="000000"/>
                <w:sz w:val="20"/>
                <w:szCs w:val="24"/>
              </w:rPr>
              <w:t>____________________________________</w:t>
            </w:r>
            <w:r>
              <w:rPr>
                <w:rFonts w:ascii="Arial" w:hAnsi="Arial"/>
                <w:b/>
                <w:color w:val="000000"/>
                <w:sz w:val="20"/>
                <w:szCs w:val="24"/>
              </w:rPr>
              <w:br/>
              <w:t>DEAN / SCHOOL CONCERNED</w:t>
            </w:r>
          </w:p>
        </w:tc>
      </w:tr>
      <w:tr w:rsidR="00FC50C5" w14:paraId="30F6D23B" w14:textId="77777777" w:rsidTr="00E80FD8">
        <w:trPr>
          <w:gridAfter w:val="3"/>
          <w:wAfter w:w="1024" w:type="dxa"/>
          <w:trHeight w:val="1980"/>
        </w:trPr>
        <w:tc>
          <w:tcPr>
            <w:tcW w:w="9715" w:type="dxa"/>
            <w:gridSpan w:val="8"/>
          </w:tcPr>
          <w:p w14:paraId="1C8838C6" w14:textId="77777777" w:rsidR="00FC50C5" w:rsidRDefault="00000000">
            <w:pPr>
              <w:jc w:val="center"/>
              <w:rPr>
                <w:b/>
                <w:sz w:val="32"/>
                <w:szCs w:val="32"/>
              </w:rPr>
            </w:pPr>
            <w:r>
              <w:rPr>
                <w:noProof/>
              </w:rPr>
              <w:lastRenderedPageBreak/>
              <w:drawing>
                <wp:anchor distT="0" distB="0" distL="114300" distR="114300" simplePos="0" relativeHeight="251664384" behindDoc="0" locked="0" layoutInCell="1" hidden="0" allowOverlap="1" wp14:anchorId="60AE4AD6" wp14:editId="1979E257">
                  <wp:simplePos x="0" y="0"/>
                  <wp:positionH relativeFrom="column">
                    <wp:posOffset>2846210</wp:posOffset>
                  </wp:positionH>
                  <wp:positionV relativeFrom="paragraph">
                    <wp:posOffset>495</wp:posOffset>
                  </wp:positionV>
                  <wp:extent cx="807085" cy="732155"/>
                  <wp:effectExtent l="0" t="0" r="0" b="0"/>
                  <wp:wrapSquare wrapText="bothSides" distT="0" distB="0" distL="114300" distR="11430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a:srcRect/>
                          <a:stretch>
                            <a:fillRect/>
                          </a:stretch>
                        </pic:blipFill>
                        <pic:spPr>
                          <a:xfrm>
                            <a:off x="0" y="0"/>
                            <a:ext cx="807085" cy="732155"/>
                          </a:xfrm>
                          <a:prstGeom prst="rect">
                            <a:avLst/>
                          </a:prstGeom>
                          <a:ln/>
                        </pic:spPr>
                      </pic:pic>
                    </a:graphicData>
                  </a:graphic>
                </wp:anchor>
              </w:drawing>
            </w:r>
          </w:p>
        </w:tc>
      </w:tr>
      <w:tr w:rsidR="00FC50C5" w14:paraId="037810B6" w14:textId="77777777" w:rsidTr="00E80FD8">
        <w:trPr>
          <w:gridAfter w:val="3"/>
          <w:wAfter w:w="1024" w:type="dxa"/>
        </w:trPr>
        <w:tc>
          <w:tcPr>
            <w:tcW w:w="9715" w:type="dxa"/>
            <w:gridSpan w:val="8"/>
          </w:tcPr>
          <w:p w14:paraId="07EBF428" w14:textId="77777777" w:rsidR="00FC50C5" w:rsidRDefault="00000000">
            <w:pPr>
              <w:jc w:val="center"/>
              <w:rPr>
                <w:b/>
                <w:sz w:val="28"/>
                <w:szCs w:val="28"/>
              </w:rPr>
            </w:pPr>
            <w:r>
              <w:rPr>
                <w:rFonts w:ascii="Arial" w:hAnsi="Arial"/>
                <w:b/>
                <w:sz w:val="20"/>
                <w:szCs w:val="36"/>
              </w:rPr>
              <w:t>ADAMAS UNIVERSITY</w:t>
            </w:r>
            <w:r>
              <w:rPr>
                <w:b/>
                <w:sz w:val="32"/>
                <w:szCs w:val="32"/>
              </w:rPr>
              <w:br/>
            </w:r>
            <w:r>
              <w:rPr>
                <w:b/>
                <w:sz w:val="28"/>
                <w:szCs w:val="28"/>
              </w:rPr>
              <w:t>SCHOOL OF ENGINEERING AND TECHNOLOGY</w:t>
            </w:r>
            <w:r>
              <w:rPr>
                <w:b/>
                <w:sz w:val="28"/>
                <w:szCs w:val="28"/>
              </w:rPr>
              <w:br/>
              <w:t>DEPARTMENT OF COMPUTER SCIENCE AND ENGINEERING</w:t>
            </w:r>
            <w:r>
              <w:rPr>
                <w:b/>
                <w:sz w:val="28"/>
                <w:szCs w:val="28"/>
              </w:rPr>
              <w:br/>
              <w:t xml:space="preserve">PG Program: </w:t>
            </w:r>
            <w:proofErr w:type="spellStart"/>
            <w:proofErr w:type="gramStart"/>
            <w:r>
              <w:rPr>
                <w:b/>
                <w:sz w:val="28"/>
                <w:szCs w:val="28"/>
              </w:rPr>
              <w:t>M.Tech</w:t>
            </w:r>
            <w:proofErr w:type="spellEnd"/>
            <w:proofErr w:type="gramEnd"/>
            <w:r>
              <w:rPr>
                <w:b/>
                <w:sz w:val="28"/>
                <w:szCs w:val="28"/>
              </w:rPr>
              <w:t xml:space="preserve"> (Computer Science and Engineering)</w:t>
            </w:r>
          </w:p>
          <w:p w14:paraId="02026A64" w14:textId="77777777" w:rsidR="00FC50C5" w:rsidRDefault="00FC50C5">
            <w:pPr>
              <w:jc w:val="center"/>
              <w:rPr>
                <w:b/>
                <w:sz w:val="28"/>
                <w:szCs w:val="28"/>
              </w:rPr>
            </w:pPr>
          </w:p>
          <w:p w14:paraId="31B83939" w14:textId="77777777" w:rsidR="00FC50C5" w:rsidRDefault="00000000">
            <w:pPr>
              <w:jc w:val="center"/>
              <w:rPr>
                <w:u w:val="single"/>
              </w:rPr>
            </w:pPr>
            <w:r>
              <w:rPr>
                <w:rFonts w:ascii="Arial" w:hAnsi="Arial"/>
                <w:b/>
                <w:sz w:val="20"/>
                <w:szCs w:val="36"/>
                <w:u w:val="single"/>
              </w:rPr>
              <w:t>COURSE STRUCTURE</w:t>
            </w:r>
          </w:p>
        </w:tc>
      </w:tr>
      <w:tr w:rsidR="00FC50C5" w14:paraId="346EA0FF" w14:textId="77777777" w:rsidTr="00E80FD8">
        <w:trPr>
          <w:gridAfter w:val="3"/>
          <w:wAfter w:w="1024" w:type="dxa"/>
        </w:trPr>
        <w:tc>
          <w:tcPr>
            <w:tcW w:w="9715" w:type="dxa"/>
            <w:gridSpan w:val="8"/>
            <w:tcBorders>
              <w:bottom w:val="single" w:sz="4" w:space="0" w:color="auto"/>
            </w:tcBorders>
          </w:tcPr>
          <w:p w14:paraId="3025C7CC" w14:textId="77777777" w:rsidR="00FC50C5" w:rsidRDefault="00FC50C5">
            <w:pPr>
              <w:jc w:val="center"/>
              <w:rPr>
                <w:b/>
                <w:sz w:val="24"/>
                <w:szCs w:val="24"/>
                <w:u w:val="single"/>
              </w:rPr>
            </w:pPr>
          </w:p>
        </w:tc>
      </w:tr>
      <w:tr w:rsidR="00FC50C5" w14:paraId="458966B4" w14:textId="77777777" w:rsidTr="00E80FD8">
        <w:trPr>
          <w:gridAfter w:val="3"/>
          <w:wAfter w:w="1024" w:type="dxa"/>
        </w:trPr>
        <w:tc>
          <w:tcPr>
            <w:tcW w:w="9715" w:type="dxa"/>
            <w:gridSpan w:val="8"/>
            <w:tcBorders>
              <w:top w:val="single" w:sz="4" w:space="0" w:color="auto"/>
              <w:left w:val="single" w:sz="4" w:space="0" w:color="auto"/>
              <w:bottom w:val="single" w:sz="4" w:space="0" w:color="auto"/>
              <w:right w:val="single" w:sz="4" w:space="0" w:color="auto"/>
            </w:tcBorders>
          </w:tcPr>
          <w:p w14:paraId="13231FD8" w14:textId="77777777" w:rsidR="00FC50C5" w:rsidRDefault="00000000">
            <w:pPr>
              <w:jc w:val="center"/>
              <w:rPr>
                <w:b/>
                <w:sz w:val="24"/>
                <w:szCs w:val="24"/>
                <w:u w:val="single"/>
              </w:rPr>
            </w:pPr>
            <w:r>
              <w:rPr>
                <w:rFonts w:ascii="Arial" w:hAnsi="Arial"/>
                <w:b/>
                <w:sz w:val="20"/>
                <w:szCs w:val="32"/>
                <w:u w:val="single"/>
              </w:rPr>
              <w:t>FIRST YEAR</w:t>
            </w:r>
            <w:r>
              <w:rPr>
                <w:sz w:val="24"/>
                <w:szCs w:val="24"/>
              </w:rPr>
              <w:br/>
            </w:r>
          </w:p>
        </w:tc>
      </w:tr>
      <w:tr w:rsidR="00FC50C5" w14:paraId="041CF0F9" w14:textId="77777777" w:rsidTr="00E80FD8">
        <w:trPr>
          <w:gridAfter w:val="3"/>
          <w:wAfter w:w="1024" w:type="dxa"/>
        </w:trPr>
        <w:tc>
          <w:tcPr>
            <w:tcW w:w="9715" w:type="dxa"/>
            <w:gridSpan w:val="8"/>
            <w:tcBorders>
              <w:top w:val="single" w:sz="4" w:space="0" w:color="auto"/>
              <w:left w:val="single" w:sz="4" w:space="0" w:color="auto"/>
              <w:bottom w:val="single" w:sz="4" w:space="0" w:color="auto"/>
              <w:right w:val="single" w:sz="4" w:space="0" w:color="auto"/>
            </w:tcBorders>
          </w:tcPr>
          <w:p w14:paraId="4335DAF0" w14:textId="77777777" w:rsidR="00FC50C5" w:rsidRDefault="00000000">
            <w:pPr>
              <w:jc w:val="center"/>
              <w:rPr>
                <w:sz w:val="24"/>
                <w:szCs w:val="24"/>
              </w:rPr>
            </w:pPr>
            <w:r>
              <w:rPr>
                <w:rFonts w:ascii="Arial" w:hAnsi="Arial"/>
                <w:b/>
                <w:sz w:val="20"/>
                <w:szCs w:val="24"/>
              </w:rPr>
              <w:t>SEMESTER I</w:t>
            </w:r>
          </w:p>
        </w:tc>
      </w:tr>
      <w:tr w:rsidR="00FC50C5" w14:paraId="2102C8BA" w14:textId="77777777" w:rsidTr="00E80FD8">
        <w:tc>
          <w:tcPr>
            <w:tcW w:w="663" w:type="dxa"/>
            <w:tcBorders>
              <w:top w:val="single" w:sz="4" w:space="0" w:color="auto"/>
              <w:left w:val="single" w:sz="4" w:space="0" w:color="auto"/>
              <w:bottom w:val="single" w:sz="4" w:space="0" w:color="auto"/>
              <w:right w:val="single" w:sz="4" w:space="0" w:color="auto"/>
            </w:tcBorders>
          </w:tcPr>
          <w:p w14:paraId="65553461" w14:textId="77777777" w:rsidR="00FC50C5" w:rsidRDefault="00000000">
            <w:pPr>
              <w:jc w:val="center"/>
              <w:rPr>
                <w:sz w:val="24"/>
                <w:szCs w:val="24"/>
              </w:rPr>
            </w:pPr>
            <w:proofErr w:type="spellStart"/>
            <w:r>
              <w:rPr>
                <w:rFonts w:ascii="Arial" w:hAnsi="Arial"/>
                <w:b/>
                <w:sz w:val="20"/>
                <w:szCs w:val="24"/>
              </w:rPr>
              <w:t>S.No</w:t>
            </w:r>
            <w:proofErr w:type="spellEnd"/>
            <w:r>
              <w:rPr>
                <w:rFonts w:ascii="Arial" w:hAnsi="Arial"/>
                <w:b/>
                <w:sz w:val="20"/>
                <w:szCs w:val="24"/>
              </w:rPr>
              <w:t>.</w:t>
            </w:r>
          </w:p>
        </w:tc>
        <w:tc>
          <w:tcPr>
            <w:tcW w:w="1395" w:type="dxa"/>
            <w:gridSpan w:val="2"/>
            <w:tcBorders>
              <w:top w:val="single" w:sz="4" w:space="0" w:color="auto"/>
              <w:left w:val="single" w:sz="4" w:space="0" w:color="auto"/>
              <w:bottom w:val="single" w:sz="4" w:space="0" w:color="auto"/>
              <w:right w:val="single" w:sz="4" w:space="0" w:color="auto"/>
            </w:tcBorders>
          </w:tcPr>
          <w:p w14:paraId="10C768B9" w14:textId="77777777" w:rsidR="00FC50C5" w:rsidRDefault="00000000">
            <w:pPr>
              <w:jc w:val="center"/>
              <w:rPr>
                <w:sz w:val="24"/>
                <w:szCs w:val="24"/>
              </w:rPr>
            </w:pPr>
            <w:r>
              <w:rPr>
                <w:rFonts w:ascii="Arial" w:hAnsi="Arial"/>
                <w:b/>
                <w:sz w:val="20"/>
                <w:szCs w:val="24"/>
              </w:rPr>
              <w:t>Course Code</w:t>
            </w:r>
          </w:p>
        </w:tc>
        <w:tc>
          <w:tcPr>
            <w:tcW w:w="4693" w:type="dxa"/>
            <w:gridSpan w:val="3"/>
            <w:tcBorders>
              <w:top w:val="single" w:sz="4" w:space="0" w:color="auto"/>
              <w:left w:val="single" w:sz="4" w:space="0" w:color="auto"/>
              <w:bottom w:val="single" w:sz="4" w:space="0" w:color="auto"/>
              <w:right w:val="single" w:sz="4" w:space="0" w:color="auto"/>
            </w:tcBorders>
          </w:tcPr>
          <w:p w14:paraId="4D0941DF" w14:textId="77777777" w:rsidR="00FC50C5" w:rsidRDefault="00000000">
            <w:pPr>
              <w:jc w:val="center"/>
              <w:rPr>
                <w:sz w:val="24"/>
                <w:szCs w:val="24"/>
              </w:rPr>
            </w:pPr>
            <w:r>
              <w:rPr>
                <w:rFonts w:ascii="Arial" w:hAnsi="Arial"/>
                <w:b/>
                <w:sz w:val="20"/>
                <w:szCs w:val="24"/>
              </w:rPr>
              <w:t>Course Title</w:t>
            </w:r>
          </w:p>
        </w:tc>
        <w:tc>
          <w:tcPr>
            <w:tcW w:w="456" w:type="dxa"/>
            <w:tcBorders>
              <w:top w:val="single" w:sz="4" w:space="0" w:color="auto"/>
              <w:left w:val="single" w:sz="4" w:space="0" w:color="auto"/>
              <w:bottom w:val="single" w:sz="4" w:space="0" w:color="auto"/>
              <w:right w:val="single" w:sz="4" w:space="0" w:color="auto"/>
            </w:tcBorders>
          </w:tcPr>
          <w:p w14:paraId="7730D87B" w14:textId="77777777" w:rsidR="00FC50C5" w:rsidRDefault="00000000">
            <w:pPr>
              <w:jc w:val="center"/>
              <w:rPr>
                <w:sz w:val="24"/>
                <w:szCs w:val="24"/>
              </w:rPr>
            </w:pPr>
            <w:r>
              <w:rPr>
                <w:rFonts w:ascii="Arial" w:hAnsi="Arial"/>
                <w:b/>
                <w:sz w:val="20"/>
                <w:szCs w:val="24"/>
              </w:rPr>
              <w:t>L</w:t>
            </w:r>
          </w:p>
        </w:tc>
        <w:tc>
          <w:tcPr>
            <w:tcW w:w="2508" w:type="dxa"/>
            <w:tcBorders>
              <w:top w:val="single" w:sz="4" w:space="0" w:color="auto"/>
              <w:left w:val="single" w:sz="4" w:space="0" w:color="auto"/>
              <w:bottom w:val="single" w:sz="4" w:space="0" w:color="auto"/>
              <w:right w:val="single" w:sz="4" w:space="0" w:color="auto"/>
            </w:tcBorders>
          </w:tcPr>
          <w:p w14:paraId="27EDEA09" w14:textId="77777777" w:rsidR="00FC50C5" w:rsidRDefault="00000000">
            <w:pPr>
              <w:jc w:val="center"/>
              <w:rPr>
                <w:sz w:val="24"/>
                <w:szCs w:val="24"/>
              </w:rPr>
            </w:pPr>
            <w:r>
              <w:rPr>
                <w:rFonts w:ascii="Arial" w:hAnsi="Arial"/>
                <w:b/>
                <w:sz w:val="20"/>
                <w:szCs w:val="24"/>
              </w:rPr>
              <w:t>T</w:t>
            </w:r>
          </w:p>
        </w:tc>
        <w:tc>
          <w:tcPr>
            <w:tcW w:w="270" w:type="dxa"/>
            <w:tcBorders>
              <w:top w:val="single" w:sz="4" w:space="0" w:color="auto"/>
              <w:left w:val="single" w:sz="4" w:space="0" w:color="auto"/>
              <w:bottom w:val="single" w:sz="4" w:space="0" w:color="auto"/>
              <w:right w:val="single" w:sz="4" w:space="0" w:color="auto"/>
            </w:tcBorders>
          </w:tcPr>
          <w:p w14:paraId="6D381EC7" w14:textId="77777777" w:rsidR="00FC50C5" w:rsidRDefault="00000000">
            <w:pPr>
              <w:jc w:val="center"/>
              <w:rPr>
                <w:sz w:val="24"/>
                <w:szCs w:val="24"/>
              </w:rPr>
            </w:pPr>
            <w:r>
              <w:rPr>
                <w:rFonts w:ascii="Arial" w:hAnsi="Arial"/>
                <w:b/>
                <w:sz w:val="20"/>
                <w:szCs w:val="24"/>
              </w:rPr>
              <w:t>P</w:t>
            </w:r>
          </w:p>
        </w:tc>
        <w:tc>
          <w:tcPr>
            <w:tcW w:w="360" w:type="dxa"/>
            <w:tcBorders>
              <w:top w:val="single" w:sz="4" w:space="0" w:color="auto"/>
              <w:left w:val="single" w:sz="4" w:space="0" w:color="auto"/>
              <w:bottom w:val="single" w:sz="4" w:space="0" w:color="auto"/>
              <w:right w:val="single" w:sz="4" w:space="0" w:color="auto"/>
            </w:tcBorders>
          </w:tcPr>
          <w:p w14:paraId="1D01AB63" w14:textId="77777777" w:rsidR="00FC50C5" w:rsidRDefault="00000000">
            <w:pPr>
              <w:jc w:val="center"/>
              <w:rPr>
                <w:sz w:val="24"/>
                <w:szCs w:val="24"/>
              </w:rPr>
            </w:pPr>
            <w:r>
              <w:rPr>
                <w:rFonts w:ascii="Arial" w:hAnsi="Arial"/>
                <w:b/>
                <w:sz w:val="20"/>
                <w:szCs w:val="24"/>
              </w:rPr>
              <w:t>H</w:t>
            </w:r>
          </w:p>
        </w:tc>
        <w:tc>
          <w:tcPr>
            <w:tcW w:w="394" w:type="dxa"/>
            <w:tcBorders>
              <w:top w:val="single" w:sz="4" w:space="0" w:color="auto"/>
              <w:left w:val="single" w:sz="4" w:space="0" w:color="auto"/>
              <w:bottom w:val="single" w:sz="4" w:space="0" w:color="auto"/>
              <w:right w:val="single" w:sz="4" w:space="0" w:color="auto"/>
            </w:tcBorders>
          </w:tcPr>
          <w:p w14:paraId="6418A870" w14:textId="77777777" w:rsidR="00FC50C5" w:rsidRDefault="00000000">
            <w:pPr>
              <w:jc w:val="center"/>
              <w:rPr>
                <w:sz w:val="24"/>
                <w:szCs w:val="24"/>
              </w:rPr>
            </w:pPr>
            <w:r>
              <w:rPr>
                <w:rFonts w:ascii="Arial" w:hAnsi="Arial"/>
                <w:b/>
                <w:sz w:val="20"/>
                <w:szCs w:val="24"/>
              </w:rPr>
              <w:t>C</w:t>
            </w:r>
          </w:p>
        </w:tc>
      </w:tr>
      <w:tr w:rsidR="00FC50C5" w14:paraId="6F5DE075" w14:textId="77777777" w:rsidTr="00E80FD8">
        <w:tc>
          <w:tcPr>
            <w:tcW w:w="663" w:type="dxa"/>
            <w:tcBorders>
              <w:top w:val="single" w:sz="4" w:space="0" w:color="auto"/>
              <w:left w:val="single" w:sz="4" w:space="0" w:color="auto"/>
              <w:bottom w:val="single" w:sz="4" w:space="0" w:color="auto"/>
              <w:right w:val="single" w:sz="4" w:space="0" w:color="auto"/>
            </w:tcBorders>
          </w:tcPr>
          <w:p w14:paraId="02DB3A9A" w14:textId="77777777" w:rsidR="00FC50C5" w:rsidRDefault="00000000">
            <w:pPr>
              <w:jc w:val="center"/>
              <w:rPr>
                <w:sz w:val="24"/>
                <w:szCs w:val="24"/>
              </w:rPr>
            </w:pPr>
            <w:r>
              <w:rPr>
                <w:rFonts w:ascii="Arial" w:hAnsi="Arial"/>
                <w:color w:val="000000"/>
                <w:sz w:val="20"/>
                <w:szCs w:val="24"/>
              </w:rPr>
              <w:t>1</w:t>
            </w:r>
          </w:p>
        </w:tc>
        <w:tc>
          <w:tcPr>
            <w:tcW w:w="1395" w:type="dxa"/>
            <w:gridSpan w:val="2"/>
            <w:tcBorders>
              <w:top w:val="single" w:sz="4" w:space="0" w:color="auto"/>
              <w:left w:val="single" w:sz="4" w:space="0" w:color="auto"/>
              <w:bottom w:val="single" w:sz="4" w:space="0" w:color="auto"/>
              <w:right w:val="single" w:sz="4" w:space="0" w:color="auto"/>
            </w:tcBorders>
          </w:tcPr>
          <w:p w14:paraId="2F63CDCF" w14:textId="77777777" w:rsidR="00FC50C5" w:rsidRDefault="00000000">
            <w:pPr>
              <w:jc w:val="center"/>
              <w:rPr>
                <w:sz w:val="24"/>
                <w:szCs w:val="24"/>
              </w:rPr>
            </w:pPr>
            <w:r>
              <w:rPr>
                <w:rFonts w:ascii="Arial" w:hAnsi="Arial"/>
                <w:sz w:val="20"/>
              </w:rPr>
              <w:t>CSE21841 </w:t>
            </w:r>
          </w:p>
        </w:tc>
        <w:tc>
          <w:tcPr>
            <w:tcW w:w="4693" w:type="dxa"/>
            <w:gridSpan w:val="3"/>
            <w:tcBorders>
              <w:top w:val="single" w:sz="4" w:space="0" w:color="auto"/>
              <w:left w:val="single" w:sz="4" w:space="0" w:color="auto"/>
              <w:bottom w:val="single" w:sz="4" w:space="0" w:color="auto"/>
              <w:right w:val="single" w:sz="4" w:space="0" w:color="auto"/>
            </w:tcBorders>
          </w:tcPr>
          <w:p w14:paraId="22DB49F5" w14:textId="77777777" w:rsidR="00FC50C5" w:rsidRDefault="00000000">
            <w:pPr>
              <w:jc w:val="center"/>
              <w:rPr>
                <w:sz w:val="24"/>
                <w:szCs w:val="24"/>
              </w:rPr>
            </w:pPr>
            <w:r>
              <w:rPr>
                <w:rFonts w:ascii="Arial" w:hAnsi="Arial"/>
                <w:color w:val="000000"/>
                <w:sz w:val="20"/>
              </w:rPr>
              <w:t>Advanced Database Management systems</w:t>
            </w:r>
          </w:p>
        </w:tc>
        <w:tc>
          <w:tcPr>
            <w:tcW w:w="456" w:type="dxa"/>
            <w:tcBorders>
              <w:top w:val="single" w:sz="4" w:space="0" w:color="auto"/>
              <w:left w:val="single" w:sz="4" w:space="0" w:color="auto"/>
              <w:bottom w:val="single" w:sz="4" w:space="0" w:color="auto"/>
              <w:right w:val="single" w:sz="4" w:space="0" w:color="auto"/>
            </w:tcBorders>
          </w:tcPr>
          <w:p w14:paraId="51B0F89F" w14:textId="77777777" w:rsidR="00FC50C5" w:rsidRDefault="00000000">
            <w:pPr>
              <w:jc w:val="center"/>
              <w:rPr>
                <w:sz w:val="24"/>
                <w:szCs w:val="24"/>
              </w:rPr>
            </w:pPr>
            <w:r>
              <w:rPr>
                <w:rFonts w:ascii="Arial" w:hAnsi="Arial"/>
                <w:sz w:val="20"/>
                <w:szCs w:val="24"/>
              </w:rPr>
              <w:t>3</w:t>
            </w:r>
          </w:p>
        </w:tc>
        <w:tc>
          <w:tcPr>
            <w:tcW w:w="2508" w:type="dxa"/>
            <w:tcBorders>
              <w:top w:val="single" w:sz="4" w:space="0" w:color="auto"/>
              <w:left w:val="single" w:sz="4" w:space="0" w:color="auto"/>
              <w:bottom w:val="single" w:sz="4" w:space="0" w:color="auto"/>
              <w:right w:val="single" w:sz="4" w:space="0" w:color="auto"/>
            </w:tcBorders>
          </w:tcPr>
          <w:p w14:paraId="0D3EC395" w14:textId="77777777" w:rsidR="00FC50C5" w:rsidRDefault="00000000">
            <w:pPr>
              <w:jc w:val="center"/>
              <w:rPr>
                <w:sz w:val="24"/>
                <w:szCs w:val="24"/>
              </w:rPr>
            </w:pPr>
            <w:r>
              <w:rPr>
                <w:rFonts w:ascii="Arial" w:hAnsi="Arial"/>
                <w:sz w:val="20"/>
                <w:szCs w:val="24"/>
              </w:rPr>
              <w:t>0</w:t>
            </w:r>
          </w:p>
        </w:tc>
        <w:tc>
          <w:tcPr>
            <w:tcW w:w="270" w:type="dxa"/>
            <w:tcBorders>
              <w:top w:val="single" w:sz="4" w:space="0" w:color="auto"/>
              <w:left w:val="single" w:sz="4" w:space="0" w:color="auto"/>
              <w:bottom w:val="single" w:sz="4" w:space="0" w:color="auto"/>
              <w:right w:val="single" w:sz="4" w:space="0" w:color="auto"/>
            </w:tcBorders>
          </w:tcPr>
          <w:p w14:paraId="3BE1DA1C" w14:textId="77777777" w:rsidR="00FC50C5" w:rsidRDefault="00000000">
            <w:pPr>
              <w:jc w:val="center"/>
              <w:rPr>
                <w:sz w:val="24"/>
                <w:szCs w:val="24"/>
              </w:rPr>
            </w:pPr>
            <w:r>
              <w:rPr>
                <w:rFonts w:ascii="Arial" w:hAnsi="Arial"/>
                <w:sz w:val="20"/>
                <w:szCs w:val="24"/>
              </w:rPr>
              <w:t>0</w:t>
            </w:r>
          </w:p>
        </w:tc>
        <w:tc>
          <w:tcPr>
            <w:tcW w:w="360" w:type="dxa"/>
            <w:tcBorders>
              <w:top w:val="single" w:sz="4" w:space="0" w:color="auto"/>
              <w:left w:val="single" w:sz="4" w:space="0" w:color="auto"/>
              <w:bottom w:val="single" w:sz="4" w:space="0" w:color="auto"/>
              <w:right w:val="single" w:sz="4" w:space="0" w:color="auto"/>
            </w:tcBorders>
          </w:tcPr>
          <w:p w14:paraId="627939BD" w14:textId="77777777" w:rsidR="00FC50C5" w:rsidRDefault="00000000">
            <w:pPr>
              <w:jc w:val="center"/>
              <w:rPr>
                <w:sz w:val="24"/>
                <w:szCs w:val="24"/>
              </w:rPr>
            </w:pPr>
            <w:r>
              <w:rPr>
                <w:rFonts w:ascii="Arial" w:hAnsi="Arial"/>
                <w:sz w:val="20"/>
                <w:szCs w:val="24"/>
              </w:rPr>
              <w:t>3</w:t>
            </w:r>
          </w:p>
        </w:tc>
        <w:tc>
          <w:tcPr>
            <w:tcW w:w="394" w:type="dxa"/>
            <w:tcBorders>
              <w:top w:val="single" w:sz="4" w:space="0" w:color="auto"/>
              <w:left w:val="single" w:sz="4" w:space="0" w:color="auto"/>
              <w:bottom w:val="single" w:sz="4" w:space="0" w:color="auto"/>
              <w:right w:val="single" w:sz="4" w:space="0" w:color="auto"/>
            </w:tcBorders>
          </w:tcPr>
          <w:p w14:paraId="5FA8F222" w14:textId="77777777" w:rsidR="00FC50C5" w:rsidRDefault="00000000">
            <w:pPr>
              <w:jc w:val="center"/>
              <w:rPr>
                <w:sz w:val="24"/>
                <w:szCs w:val="24"/>
              </w:rPr>
            </w:pPr>
            <w:r>
              <w:rPr>
                <w:rFonts w:ascii="Arial" w:hAnsi="Arial"/>
                <w:sz w:val="20"/>
                <w:szCs w:val="24"/>
              </w:rPr>
              <w:t>3</w:t>
            </w:r>
          </w:p>
        </w:tc>
      </w:tr>
      <w:tr w:rsidR="00FC50C5" w14:paraId="12EC34FC" w14:textId="77777777" w:rsidTr="00E80FD8">
        <w:tc>
          <w:tcPr>
            <w:tcW w:w="663" w:type="dxa"/>
            <w:tcBorders>
              <w:top w:val="single" w:sz="4" w:space="0" w:color="auto"/>
              <w:left w:val="single" w:sz="4" w:space="0" w:color="auto"/>
              <w:bottom w:val="single" w:sz="4" w:space="0" w:color="auto"/>
              <w:right w:val="single" w:sz="4" w:space="0" w:color="auto"/>
            </w:tcBorders>
          </w:tcPr>
          <w:p w14:paraId="7F78EE19" w14:textId="77777777" w:rsidR="00FC50C5" w:rsidRDefault="00000000">
            <w:pPr>
              <w:jc w:val="center"/>
              <w:rPr>
                <w:sz w:val="24"/>
                <w:szCs w:val="24"/>
              </w:rPr>
            </w:pPr>
            <w:r>
              <w:rPr>
                <w:rFonts w:ascii="Arial" w:hAnsi="Arial"/>
                <w:color w:val="000000"/>
                <w:sz w:val="20"/>
                <w:szCs w:val="24"/>
              </w:rPr>
              <w:t>2</w:t>
            </w:r>
          </w:p>
        </w:tc>
        <w:tc>
          <w:tcPr>
            <w:tcW w:w="1395" w:type="dxa"/>
            <w:gridSpan w:val="2"/>
            <w:tcBorders>
              <w:top w:val="single" w:sz="4" w:space="0" w:color="auto"/>
              <w:left w:val="single" w:sz="4" w:space="0" w:color="auto"/>
              <w:bottom w:val="single" w:sz="4" w:space="0" w:color="auto"/>
              <w:right w:val="single" w:sz="4" w:space="0" w:color="auto"/>
            </w:tcBorders>
          </w:tcPr>
          <w:p w14:paraId="5D533030" w14:textId="77777777" w:rsidR="00FC50C5" w:rsidRDefault="00000000">
            <w:pPr>
              <w:jc w:val="center"/>
              <w:rPr>
                <w:sz w:val="24"/>
                <w:szCs w:val="24"/>
              </w:rPr>
            </w:pPr>
            <w:r>
              <w:rPr>
                <w:rFonts w:ascii="Arial" w:hAnsi="Arial"/>
                <w:sz w:val="20"/>
              </w:rPr>
              <w:t>CSE21842 </w:t>
            </w:r>
          </w:p>
        </w:tc>
        <w:tc>
          <w:tcPr>
            <w:tcW w:w="4693" w:type="dxa"/>
            <w:gridSpan w:val="3"/>
            <w:tcBorders>
              <w:top w:val="single" w:sz="4" w:space="0" w:color="auto"/>
              <w:left w:val="single" w:sz="4" w:space="0" w:color="auto"/>
              <w:bottom w:val="single" w:sz="4" w:space="0" w:color="auto"/>
              <w:right w:val="single" w:sz="4" w:space="0" w:color="auto"/>
            </w:tcBorders>
          </w:tcPr>
          <w:p w14:paraId="5B6C8C0F" w14:textId="77777777" w:rsidR="00FC50C5" w:rsidRDefault="00000000">
            <w:pPr>
              <w:jc w:val="center"/>
              <w:rPr>
                <w:sz w:val="24"/>
                <w:szCs w:val="24"/>
              </w:rPr>
            </w:pPr>
            <w:r>
              <w:rPr>
                <w:rFonts w:ascii="Arial" w:hAnsi="Arial"/>
                <w:color w:val="000000"/>
                <w:sz w:val="20"/>
              </w:rPr>
              <w:t xml:space="preserve">Soft Computing </w:t>
            </w:r>
          </w:p>
        </w:tc>
        <w:tc>
          <w:tcPr>
            <w:tcW w:w="456" w:type="dxa"/>
            <w:tcBorders>
              <w:top w:val="single" w:sz="4" w:space="0" w:color="auto"/>
              <w:left w:val="single" w:sz="4" w:space="0" w:color="auto"/>
              <w:bottom w:val="single" w:sz="4" w:space="0" w:color="auto"/>
              <w:right w:val="single" w:sz="4" w:space="0" w:color="auto"/>
            </w:tcBorders>
          </w:tcPr>
          <w:p w14:paraId="6E46077E" w14:textId="77777777" w:rsidR="00FC50C5" w:rsidRDefault="00000000">
            <w:pPr>
              <w:jc w:val="center"/>
              <w:rPr>
                <w:sz w:val="24"/>
                <w:szCs w:val="24"/>
              </w:rPr>
            </w:pPr>
            <w:r>
              <w:rPr>
                <w:rFonts w:ascii="Arial" w:hAnsi="Arial"/>
                <w:sz w:val="20"/>
                <w:szCs w:val="24"/>
              </w:rPr>
              <w:t>3</w:t>
            </w:r>
          </w:p>
        </w:tc>
        <w:tc>
          <w:tcPr>
            <w:tcW w:w="2508" w:type="dxa"/>
            <w:tcBorders>
              <w:top w:val="single" w:sz="4" w:space="0" w:color="auto"/>
              <w:left w:val="single" w:sz="4" w:space="0" w:color="auto"/>
              <w:bottom w:val="single" w:sz="4" w:space="0" w:color="auto"/>
              <w:right w:val="single" w:sz="4" w:space="0" w:color="auto"/>
            </w:tcBorders>
          </w:tcPr>
          <w:p w14:paraId="0F9A6A22" w14:textId="77777777" w:rsidR="00FC50C5" w:rsidRDefault="00000000">
            <w:pPr>
              <w:jc w:val="center"/>
              <w:rPr>
                <w:sz w:val="24"/>
                <w:szCs w:val="24"/>
              </w:rPr>
            </w:pPr>
            <w:r>
              <w:rPr>
                <w:rFonts w:ascii="Arial" w:hAnsi="Arial"/>
                <w:sz w:val="20"/>
                <w:szCs w:val="24"/>
              </w:rPr>
              <w:t>0</w:t>
            </w:r>
          </w:p>
        </w:tc>
        <w:tc>
          <w:tcPr>
            <w:tcW w:w="270" w:type="dxa"/>
            <w:tcBorders>
              <w:top w:val="single" w:sz="4" w:space="0" w:color="auto"/>
              <w:left w:val="single" w:sz="4" w:space="0" w:color="auto"/>
              <w:bottom w:val="single" w:sz="4" w:space="0" w:color="auto"/>
              <w:right w:val="single" w:sz="4" w:space="0" w:color="auto"/>
            </w:tcBorders>
          </w:tcPr>
          <w:p w14:paraId="31E6497C" w14:textId="77777777" w:rsidR="00FC50C5" w:rsidRDefault="00000000">
            <w:pPr>
              <w:jc w:val="center"/>
              <w:rPr>
                <w:sz w:val="24"/>
                <w:szCs w:val="24"/>
              </w:rPr>
            </w:pPr>
            <w:r>
              <w:rPr>
                <w:rFonts w:ascii="Arial" w:hAnsi="Arial"/>
                <w:sz w:val="20"/>
                <w:szCs w:val="24"/>
              </w:rPr>
              <w:t>0</w:t>
            </w:r>
          </w:p>
        </w:tc>
        <w:tc>
          <w:tcPr>
            <w:tcW w:w="360" w:type="dxa"/>
            <w:tcBorders>
              <w:top w:val="single" w:sz="4" w:space="0" w:color="auto"/>
              <w:left w:val="single" w:sz="4" w:space="0" w:color="auto"/>
              <w:bottom w:val="single" w:sz="4" w:space="0" w:color="auto"/>
              <w:right w:val="single" w:sz="4" w:space="0" w:color="auto"/>
            </w:tcBorders>
          </w:tcPr>
          <w:p w14:paraId="6A9DD730" w14:textId="77777777" w:rsidR="00FC50C5" w:rsidRDefault="00000000">
            <w:pPr>
              <w:jc w:val="center"/>
              <w:rPr>
                <w:sz w:val="24"/>
                <w:szCs w:val="24"/>
              </w:rPr>
            </w:pPr>
            <w:r>
              <w:rPr>
                <w:rFonts w:ascii="Arial" w:hAnsi="Arial"/>
                <w:sz w:val="20"/>
                <w:szCs w:val="24"/>
              </w:rPr>
              <w:t>3</w:t>
            </w:r>
          </w:p>
        </w:tc>
        <w:tc>
          <w:tcPr>
            <w:tcW w:w="394" w:type="dxa"/>
            <w:tcBorders>
              <w:top w:val="single" w:sz="4" w:space="0" w:color="auto"/>
              <w:left w:val="single" w:sz="4" w:space="0" w:color="auto"/>
              <w:bottom w:val="single" w:sz="4" w:space="0" w:color="auto"/>
              <w:right w:val="single" w:sz="4" w:space="0" w:color="auto"/>
            </w:tcBorders>
          </w:tcPr>
          <w:p w14:paraId="44552EAB" w14:textId="77777777" w:rsidR="00FC50C5" w:rsidRDefault="00000000">
            <w:pPr>
              <w:jc w:val="center"/>
              <w:rPr>
                <w:sz w:val="24"/>
                <w:szCs w:val="24"/>
              </w:rPr>
            </w:pPr>
            <w:r>
              <w:rPr>
                <w:rFonts w:ascii="Arial" w:hAnsi="Arial"/>
                <w:sz w:val="20"/>
                <w:szCs w:val="24"/>
              </w:rPr>
              <w:t>3</w:t>
            </w:r>
          </w:p>
        </w:tc>
      </w:tr>
      <w:tr w:rsidR="00FC50C5" w14:paraId="588453A5" w14:textId="77777777" w:rsidTr="00E80FD8">
        <w:tc>
          <w:tcPr>
            <w:tcW w:w="663" w:type="dxa"/>
            <w:tcBorders>
              <w:top w:val="single" w:sz="4" w:space="0" w:color="auto"/>
              <w:left w:val="single" w:sz="4" w:space="0" w:color="auto"/>
              <w:bottom w:val="single" w:sz="4" w:space="0" w:color="auto"/>
              <w:right w:val="single" w:sz="4" w:space="0" w:color="auto"/>
            </w:tcBorders>
          </w:tcPr>
          <w:p w14:paraId="0AB95961" w14:textId="77777777" w:rsidR="00FC50C5" w:rsidRDefault="00000000">
            <w:pPr>
              <w:jc w:val="center"/>
              <w:rPr>
                <w:sz w:val="24"/>
                <w:szCs w:val="24"/>
              </w:rPr>
            </w:pPr>
            <w:r>
              <w:rPr>
                <w:rFonts w:ascii="Arial" w:hAnsi="Arial"/>
                <w:color w:val="000000"/>
                <w:sz w:val="20"/>
                <w:szCs w:val="24"/>
              </w:rPr>
              <w:t>3</w:t>
            </w:r>
          </w:p>
        </w:tc>
        <w:tc>
          <w:tcPr>
            <w:tcW w:w="1395" w:type="dxa"/>
            <w:gridSpan w:val="2"/>
            <w:tcBorders>
              <w:top w:val="single" w:sz="4" w:space="0" w:color="auto"/>
              <w:left w:val="single" w:sz="4" w:space="0" w:color="auto"/>
              <w:bottom w:val="single" w:sz="4" w:space="0" w:color="auto"/>
              <w:right w:val="single" w:sz="4" w:space="0" w:color="auto"/>
            </w:tcBorders>
          </w:tcPr>
          <w:p w14:paraId="03A689B3" w14:textId="77777777" w:rsidR="00FC50C5" w:rsidRDefault="00000000">
            <w:pPr>
              <w:jc w:val="center"/>
              <w:rPr>
                <w:sz w:val="24"/>
                <w:szCs w:val="24"/>
              </w:rPr>
            </w:pPr>
            <w:r>
              <w:rPr>
                <w:rFonts w:ascii="Arial" w:hAnsi="Arial"/>
                <w:sz w:val="20"/>
              </w:rPr>
              <w:t>CSE21843 </w:t>
            </w:r>
          </w:p>
        </w:tc>
        <w:tc>
          <w:tcPr>
            <w:tcW w:w="4693" w:type="dxa"/>
            <w:gridSpan w:val="3"/>
            <w:tcBorders>
              <w:top w:val="single" w:sz="4" w:space="0" w:color="auto"/>
              <w:left w:val="single" w:sz="4" w:space="0" w:color="auto"/>
              <w:bottom w:val="single" w:sz="4" w:space="0" w:color="auto"/>
              <w:right w:val="single" w:sz="4" w:space="0" w:color="auto"/>
            </w:tcBorders>
          </w:tcPr>
          <w:p w14:paraId="26FD58FE" w14:textId="77777777" w:rsidR="00FC50C5" w:rsidRDefault="00000000">
            <w:pPr>
              <w:jc w:val="center"/>
              <w:rPr>
                <w:sz w:val="24"/>
                <w:szCs w:val="24"/>
              </w:rPr>
            </w:pPr>
            <w:r>
              <w:rPr>
                <w:rFonts w:ascii="Arial" w:hAnsi="Arial"/>
                <w:color w:val="000000"/>
                <w:sz w:val="20"/>
              </w:rPr>
              <w:t>Advanced Graph Theory</w:t>
            </w:r>
          </w:p>
        </w:tc>
        <w:tc>
          <w:tcPr>
            <w:tcW w:w="456" w:type="dxa"/>
            <w:tcBorders>
              <w:top w:val="single" w:sz="4" w:space="0" w:color="auto"/>
              <w:left w:val="single" w:sz="4" w:space="0" w:color="auto"/>
              <w:bottom w:val="single" w:sz="4" w:space="0" w:color="auto"/>
              <w:right w:val="single" w:sz="4" w:space="0" w:color="auto"/>
            </w:tcBorders>
          </w:tcPr>
          <w:p w14:paraId="604BCE41" w14:textId="77777777" w:rsidR="00FC50C5" w:rsidRDefault="00000000">
            <w:pPr>
              <w:jc w:val="center"/>
              <w:rPr>
                <w:sz w:val="24"/>
                <w:szCs w:val="24"/>
              </w:rPr>
            </w:pPr>
            <w:r>
              <w:rPr>
                <w:rFonts w:ascii="Arial" w:hAnsi="Arial"/>
                <w:sz w:val="20"/>
                <w:szCs w:val="24"/>
              </w:rPr>
              <w:t>3</w:t>
            </w:r>
          </w:p>
        </w:tc>
        <w:tc>
          <w:tcPr>
            <w:tcW w:w="2508" w:type="dxa"/>
            <w:tcBorders>
              <w:top w:val="single" w:sz="4" w:space="0" w:color="auto"/>
              <w:left w:val="single" w:sz="4" w:space="0" w:color="auto"/>
              <w:bottom w:val="single" w:sz="4" w:space="0" w:color="auto"/>
              <w:right w:val="single" w:sz="4" w:space="0" w:color="auto"/>
            </w:tcBorders>
          </w:tcPr>
          <w:p w14:paraId="5734867A" w14:textId="77777777" w:rsidR="00FC50C5" w:rsidRDefault="00000000">
            <w:pPr>
              <w:jc w:val="center"/>
              <w:rPr>
                <w:sz w:val="24"/>
                <w:szCs w:val="24"/>
              </w:rPr>
            </w:pPr>
            <w:r>
              <w:rPr>
                <w:rFonts w:ascii="Arial" w:hAnsi="Arial"/>
                <w:sz w:val="20"/>
                <w:szCs w:val="24"/>
              </w:rPr>
              <w:t>0</w:t>
            </w:r>
          </w:p>
        </w:tc>
        <w:tc>
          <w:tcPr>
            <w:tcW w:w="270" w:type="dxa"/>
            <w:tcBorders>
              <w:top w:val="single" w:sz="4" w:space="0" w:color="auto"/>
              <w:left w:val="single" w:sz="4" w:space="0" w:color="auto"/>
              <w:bottom w:val="single" w:sz="4" w:space="0" w:color="auto"/>
              <w:right w:val="single" w:sz="4" w:space="0" w:color="auto"/>
            </w:tcBorders>
          </w:tcPr>
          <w:p w14:paraId="1517E19F" w14:textId="77777777" w:rsidR="00FC50C5" w:rsidRDefault="00000000">
            <w:pPr>
              <w:jc w:val="center"/>
              <w:rPr>
                <w:sz w:val="24"/>
                <w:szCs w:val="24"/>
              </w:rPr>
            </w:pPr>
            <w:r>
              <w:rPr>
                <w:rFonts w:ascii="Arial" w:hAnsi="Arial"/>
                <w:sz w:val="20"/>
                <w:szCs w:val="24"/>
              </w:rPr>
              <w:t>0</w:t>
            </w:r>
          </w:p>
        </w:tc>
        <w:tc>
          <w:tcPr>
            <w:tcW w:w="360" w:type="dxa"/>
            <w:tcBorders>
              <w:top w:val="single" w:sz="4" w:space="0" w:color="auto"/>
              <w:left w:val="single" w:sz="4" w:space="0" w:color="auto"/>
              <w:bottom w:val="single" w:sz="4" w:space="0" w:color="auto"/>
              <w:right w:val="single" w:sz="4" w:space="0" w:color="auto"/>
            </w:tcBorders>
          </w:tcPr>
          <w:p w14:paraId="5037486F" w14:textId="77777777" w:rsidR="00FC50C5" w:rsidRDefault="00000000">
            <w:pPr>
              <w:jc w:val="center"/>
              <w:rPr>
                <w:sz w:val="24"/>
                <w:szCs w:val="24"/>
              </w:rPr>
            </w:pPr>
            <w:r>
              <w:rPr>
                <w:rFonts w:ascii="Arial" w:hAnsi="Arial"/>
                <w:sz w:val="20"/>
                <w:szCs w:val="24"/>
              </w:rPr>
              <w:t>3</w:t>
            </w:r>
          </w:p>
        </w:tc>
        <w:tc>
          <w:tcPr>
            <w:tcW w:w="394" w:type="dxa"/>
            <w:tcBorders>
              <w:top w:val="single" w:sz="4" w:space="0" w:color="auto"/>
              <w:left w:val="single" w:sz="4" w:space="0" w:color="auto"/>
              <w:bottom w:val="single" w:sz="4" w:space="0" w:color="auto"/>
              <w:right w:val="single" w:sz="4" w:space="0" w:color="auto"/>
            </w:tcBorders>
          </w:tcPr>
          <w:p w14:paraId="73E2A296" w14:textId="77777777" w:rsidR="00FC50C5" w:rsidRDefault="00000000">
            <w:pPr>
              <w:jc w:val="center"/>
              <w:rPr>
                <w:sz w:val="24"/>
                <w:szCs w:val="24"/>
              </w:rPr>
            </w:pPr>
            <w:r>
              <w:rPr>
                <w:rFonts w:ascii="Arial" w:hAnsi="Arial"/>
                <w:sz w:val="20"/>
                <w:szCs w:val="24"/>
              </w:rPr>
              <w:t>3</w:t>
            </w:r>
          </w:p>
        </w:tc>
      </w:tr>
      <w:tr w:rsidR="00FC50C5" w14:paraId="668316BB" w14:textId="77777777" w:rsidTr="00E80FD8">
        <w:tc>
          <w:tcPr>
            <w:tcW w:w="663" w:type="dxa"/>
            <w:tcBorders>
              <w:top w:val="single" w:sz="4" w:space="0" w:color="auto"/>
              <w:left w:val="single" w:sz="4" w:space="0" w:color="auto"/>
              <w:bottom w:val="single" w:sz="4" w:space="0" w:color="auto"/>
              <w:right w:val="single" w:sz="4" w:space="0" w:color="auto"/>
            </w:tcBorders>
          </w:tcPr>
          <w:p w14:paraId="6789C438" w14:textId="77777777" w:rsidR="00FC50C5" w:rsidRDefault="00000000">
            <w:pPr>
              <w:jc w:val="center"/>
              <w:rPr>
                <w:sz w:val="24"/>
                <w:szCs w:val="24"/>
              </w:rPr>
            </w:pPr>
            <w:r>
              <w:rPr>
                <w:rFonts w:ascii="Arial" w:hAnsi="Arial"/>
                <w:color w:val="000000"/>
                <w:sz w:val="20"/>
                <w:szCs w:val="24"/>
              </w:rPr>
              <w:t>4</w:t>
            </w:r>
          </w:p>
        </w:tc>
        <w:tc>
          <w:tcPr>
            <w:tcW w:w="1395" w:type="dxa"/>
            <w:gridSpan w:val="2"/>
            <w:tcBorders>
              <w:top w:val="single" w:sz="4" w:space="0" w:color="auto"/>
              <w:left w:val="single" w:sz="4" w:space="0" w:color="auto"/>
              <w:bottom w:val="single" w:sz="4" w:space="0" w:color="auto"/>
              <w:right w:val="single" w:sz="4" w:space="0" w:color="auto"/>
            </w:tcBorders>
          </w:tcPr>
          <w:p w14:paraId="2B398C09" w14:textId="77777777" w:rsidR="00FC50C5" w:rsidRDefault="00000000">
            <w:pPr>
              <w:jc w:val="center"/>
              <w:rPr>
                <w:sz w:val="24"/>
                <w:szCs w:val="24"/>
              </w:rPr>
            </w:pPr>
            <w:r>
              <w:rPr>
                <w:rFonts w:ascii="Arial" w:hAnsi="Arial"/>
                <w:sz w:val="20"/>
              </w:rPr>
              <w:t>CSE21844 </w:t>
            </w:r>
          </w:p>
        </w:tc>
        <w:tc>
          <w:tcPr>
            <w:tcW w:w="4693" w:type="dxa"/>
            <w:gridSpan w:val="3"/>
            <w:tcBorders>
              <w:top w:val="single" w:sz="4" w:space="0" w:color="auto"/>
              <w:left w:val="single" w:sz="4" w:space="0" w:color="auto"/>
              <w:bottom w:val="single" w:sz="4" w:space="0" w:color="auto"/>
              <w:right w:val="single" w:sz="4" w:space="0" w:color="auto"/>
            </w:tcBorders>
          </w:tcPr>
          <w:p w14:paraId="59BDFA21" w14:textId="77777777" w:rsidR="00FC50C5" w:rsidRDefault="00000000">
            <w:pPr>
              <w:jc w:val="center"/>
              <w:rPr>
                <w:sz w:val="24"/>
                <w:szCs w:val="24"/>
              </w:rPr>
            </w:pPr>
            <w:r>
              <w:rPr>
                <w:rFonts w:ascii="Arial" w:hAnsi="Arial"/>
                <w:color w:val="000000"/>
                <w:sz w:val="20"/>
              </w:rPr>
              <w:t>Foundation of Computer Science</w:t>
            </w:r>
          </w:p>
        </w:tc>
        <w:tc>
          <w:tcPr>
            <w:tcW w:w="456" w:type="dxa"/>
            <w:tcBorders>
              <w:top w:val="single" w:sz="4" w:space="0" w:color="auto"/>
              <w:left w:val="single" w:sz="4" w:space="0" w:color="auto"/>
              <w:bottom w:val="single" w:sz="4" w:space="0" w:color="auto"/>
              <w:right w:val="single" w:sz="4" w:space="0" w:color="auto"/>
            </w:tcBorders>
          </w:tcPr>
          <w:p w14:paraId="68319B0E" w14:textId="77777777" w:rsidR="00FC50C5" w:rsidRDefault="00000000">
            <w:pPr>
              <w:jc w:val="center"/>
              <w:rPr>
                <w:sz w:val="24"/>
                <w:szCs w:val="24"/>
              </w:rPr>
            </w:pPr>
            <w:r>
              <w:rPr>
                <w:rFonts w:ascii="Arial" w:hAnsi="Arial"/>
                <w:sz w:val="20"/>
                <w:szCs w:val="24"/>
              </w:rPr>
              <w:t>3</w:t>
            </w:r>
          </w:p>
        </w:tc>
        <w:tc>
          <w:tcPr>
            <w:tcW w:w="2508" w:type="dxa"/>
            <w:tcBorders>
              <w:top w:val="single" w:sz="4" w:space="0" w:color="auto"/>
              <w:left w:val="single" w:sz="4" w:space="0" w:color="auto"/>
              <w:bottom w:val="single" w:sz="4" w:space="0" w:color="auto"/>
              <w:right w:val="single" w:sz="4" w:space="0" w:color="auto"/>
            </w:tcBorders>
          </w:tcPr>
          <w:p w14:paraId="52164479" w14:textId="77777777" w:rsidR="00FC50C5" w:rsidRDefault="00000000">
            <w:pPr>
              <w:jc w:val="center"/>
              <w:rPr>
                <w:sz w:val="24"/>
                <w:szCs w:val="24"/>
              </w:rPr>
            </w:pPr>
            <w:r>
              <w:rPr>
                <w:rFonts w:ascii="Arial" w:hAnsi="Arial"/>
                <w:sz w:val="20"/>
                <w:szCs w:val="24"/>
              </w:rPr>
              <w:t>1</w:t>
            </w:r>
          </w:p>
        </w:tc>
        <w:tc>
          <w:tcPr>
            <w:tcW w:w="270" w:type="dxa"/>
            <w:tcBorders>
              <w:top w:val="single" w:sz="4" w:space="0" w:color="auto"/>
              <w:left w:val="single" w:sz="4" w:space="0" w:color="auto"/>
              <w:bottom w:val="single" w:sz="4" w:space="0" w:color="auto"/>
              <w:right w:val="single" w:sz="4" w:space="0" w:color="auto"/>
            </w:tcBorders>
          </w:tcPr>
          <w:p w14:paraId="3B4DAE5F" w14:textId="77777777" w:rsidR="00FC50C5" w:rsidRDefault="00000000">
            <w:pPr>
              <w:jc w:val="center"/>
              <w:rPr>
                <w:sz w:val="24"/>
                <w:szCs w:val="24"/>
              </w:rPr>
            </w:pPr>
            <w:r>
              <w:rPr>
                <w:rFonts w:ascii="Arial" w:hAnsi="Arial"/>
                <w:sz w:val="20"/>
                <w:szCs w:val="24"/>
              </w:rPr>
              <w:t>0</w:t>
            </w:r>
          </w:p>
        </w:tc>
        <w:tc>
          <w:tcPr>
            <w:tcW w:w="360" w:type="dxa"/>
            <w:tcBorders>
              <w:top w:val="single" w:sz="4" w:space="0" w:color="auto"/>
              <w:left w:val="single" w:sz="4" w:space="0" w:color="auto"/>
              <w:bottom w:val="single" w:sz="4" w:space="0" w:color="auto"/>
              <w:right w:val="single" w:sz="4" w:space="0" w:color="auto"/>
            </w:tcBorders>
          </w:tcPr>
          <w:p w14:paraId="2E27593D" w14:textId="77777777" w:rsidR="00FC50C5" w:rsidRDefault="00000000">
            <w:pPr>
              <w:jc w:val="center"/>
              <w:rPr>
                <w:sz w:val="24"/>
                <w:szCs w:val="24"/>
              </w:rPr>
            </w:pPr>
            <w:r>
              <w:rPr>
                <w:rFonts w:ascii="Arial" w:hAnsi="Arial"/>
                <w:sz w:val="20"/>
                <w:szCs w:val="24"/>
              </w:rPr>
              <w:t>3</w:t>
            </w:r>
          </w:p>
        </w:tc>
        <w:tc>
          <w:tcPr>
            <w:tcW w:w="394" w:type="dxa"/>
            <w:tcBorders>
              <w:top w:val="single" w:sz="4" w:space="0" w:color="auto"/>
              <w:left w:val="single" w:sz="4" w:space="0" w:color="auto"/>
              <w:bottom w:val="single" w:sz="4" w:space="0" w:color="auto"/>
              <w:right w:val="single" w:sz="4" w:space="0" w:color="auto"/>
            </w:tcBorders>
          </w:tcPr>
          <w:p w14:paraId="36975420" w14:textId="77777777" w:rsidR="00FC50C5" w:rsidRDefault="00000000">
            <w:pPr>
              <w:jc w:val="center"/>
              <w:rPr>
                <w:sz w:val="24"/>
                <w:szCs w:val="24"/>
              </w:rPr>
            </w:pPr>
            <w:r>
              <w:rPr>
                <w:rFonts w:ascii="Arial" w:hAnsi="Arial"/>
                <w:sz w:val="20"/>
                <w:szCs w:val="24"/>
              </w:rPr>
              <w:t>4</w:t>
            </w:r>
          </w:p>
        </w:tc>
      </w:tr>
      <w:tr w:rsidR="00FC50C5" w14:paraId="78854CAB" w14:textId="77777777" w:rsidTr="00E80FD8">
        <w:tc>
          <w:tcPr>
            <w:tcW w:w="663" w:type="dxa"/>
            <w:tcBorders>
              <w:top w:val="single" w:sz="4" w:space="0" w:color="auto"/>
              <w:left w:val="single" w:sz="4" w:space="0" w:color="auto"/>
              <w:bottom w:val="single" w:sz="4" w:space="0" w:color="auto"/>
              <w:right w:val="single" w:sz="4" w:space="0" w:color="auto"/>
            </w:tcBorders>
          </w:tcPr>
          <w:p w14:paraId="4E0BEC3C" w14:textId="77777777" w:rsidR="00FC50C5" w:rsidRDefault="00000000">
            <w:pPr>
              <w:jc w:val="center"/>
              <w:rPr>
                <w:sz w:val="24"/>
                <w:szCs w:val="24"/>
              </w:rPr>
            </w:pPr>
            <w:r>
              <w:rPr>
                <w:rFonts w:ascii="Arial" w:hAnsi="Arial"/>
                <w:color w:val="000000"/>
                <w:sz w:val="20"/>
                <w:szCs w:val="24"/>
              </w:rPr>
              <w:t>5</w:t>
            </w:r>
          </w:p>
        </w:tc>
        <w:tc>
          <w:tcPr>
            <w:tcW w:w="1395" w:type="dxa"/>
            <w:gridSpan w:val="2"/>
            <w:tcBorders>
              <w:top w:val="single" w:sz="4" w:space="0" w:color="auto"/>
              <w:left w:val="single" w:sz="4" w:space="0" w:color="auto"/>
              <w:bottom w:val="single" w:sz="4" w:space="0" w:color="auto"/>
              <w:right w:val="single" w:sz="4" w:space="0" w:color="auto"/>
            </w:tcBorders>
          </w:tcPr>
          <w:p w14:paraId="3A728DA4" w14:textId="77777777" w:rsidR="00FC50C5" w:rsidRDefault="00000000">
            <w:pPr>
              <w:jc w:val="center"/>
              <w:rPr>
                <w:sz w:val="24"/>
                <w:szCs w:val="24"/>
              </w:rPr>
            </w:pPr>
            <w:r>
              <w:rPr>
                <w:rFonts w:ascii="Arial" w:hAnsi="Arial"/>
                <w:sz w:val="20"/>
              </w:rPr>
              <w:t>CSE22845 </w:t>
            </w:r>
          </w:p>
        </w:tc>
        <w:tc>
          <w:tcPr>
            <w:tcW w:w="4693" w:type="dxa"/>
            <w:gridSpan w:val="3"/>
            <w:tcBorders>
              <w:top w:val="single" w:sz="4" w:space="0" w:color="auto"/>
              <w:left w:val="single" w:sz="4" w:space="0" w:color="auto"/>
              <w:bottom w:val="single" w:sz="4" w:space="0" w:color="auto"/>
              <w:right w:val="single" w:sz="4" w:space="0" w:color="auto"/>
            </w:tcBorders>
          </w:tcPr>
          <w:p w14:paraId="57B0B03B" w14:textId="77777777" w:rsidR="00FC50C5" w:rsidRDefault="00000000">
            <w:pPr>
              <w:jc w:val="center"/>
              <w:rPr>
                <w:sz w:val="24"/>
                <w:szCs w:val="24"/>
              </w:rPr>
            </w:pPr>
            <w:r>
              <w:rPr>
                <w:rFonts w:ascii="Arial" w:hAnsi="Arial"/>
                <w:color w:val="000000"/>
                <w:sz w:val="20"/>
              </w:rPr>
              <w:t>Applied Computing Lab -I</w:t>
            </w:r>
          </w:p>
        </w:tc>
        <w:tc>
          <w:tcPr>
            <w:tcW w:w="456" w:type="dxa"/>
            <w:tcBorders>
              <w:top w:val="single" w:sz="4" w:space="0" w:color="auto"/>
              <w:left w:val="single" w:sz="4" w:space="0" w:color="auto"/>
              <w:bottom w:val="single" w:sz="4" w:space="0" w:color="auto"/>
              <w:right w:val="single" w:sz="4" w:space="0" w:color="auto"/>
            </w:tcBorders>
          </w:tcPr>
          <w:p w14:paraId="3065B79A" w14:textId="77777777" w:rsidR="00FC50C5" w:rsidRDefault="00000000">
            <w:pPr>
              <w:jc w:val="center"/>
              <w:rPr>
                <w:sz w:val="24"/>
                <w:szCs w:val="24"/>
              </w:rPr>
            </w:pPr>
            <w:r>
              <w:rPr>
                <w:rFonts w:ascii="Arial" w:hAnsi="Arial"/>
                <w:sz w:val="20"/>
                <w:szCs w:val="24"/>
              </w:rPr>
              <w:t>3</w:t>
            </w:r>
          </w:p>
        </w:tc>
        <w:tc>
          <w:tcPr>
            <w:tcW w:w="2508" w:type="dxa"/>
            <w:tcBorders>
              <w:top w:val="single" w:sz="4" w:space="0" w:color="auto"/>
              <w:left w:val="single" w:sz="4" w:space="0" w:color="auto"/>
              <w:bottom w:val="single" w:sz="4" w:space="0" w:color="auto"/>
              <w:right w:val="single" w:sz="4" w:space="0" w:color="auto"/>
            </w:tcBorders>
          </w:tcPr>
          <w:p w14:paraId="49416590" w14:textId="77777777" w:rsidR="00FC50C5" w:rsidRDefault="00000000">
            <w:pPr>
              <w:jc w:val="center"/>
              <w:rPr>
                <w:sz w:val="24"/>
                <w:szCs w:val="24"/>
              </w:rPr>
            </w:pPr>
            <w:r>
              <w:rPr>
                <w:rFonts w:ascii="Arial" w:hAnsi="Arial"/>
                <w:sz w:val="20"/>
                <w:szCs w:val="24"/>
              </w:rPr>
              <w:t>0</w:t>
            </w:r>
          </w:p>
        </w:tc>
        <w:tc>
          <w:tcPr>
            <w:tcW w:w="270" w:type="dxa"/>
            <w:tcBorders>
              <w:top w:val="single" w:sz="4" w:space="0" w:color="auto"/>
              <w:left w:val="single" w:sz="4" w:space="0" w:color="auto"/>
              <w:bottom w:val="single" w:sz="4" w:space="0" w:color="auto"/>
              <w:right w:val="single" w:sz="4" w:space="0" w:color="auto"/>
            </w:tcBorders>
          </w:tcPr>
          <w:p w14:paraId="6CE21E40" w14:textId="77777777" w:rsidR="00FC50C5" w:rsidRDefault="00000000">
            <w:pPr>
              <w:jc w:val="center"/>
              <w:rPr>
                <w:sz w:val="24"/>
                <w:szCs w:val="24"/>
              </w:rPr>
            </w:pPr>
            <w:r>
              <w:rPr>
                <w:rFonts w:ascii="Arial" w:hAnsi="Arial"/>
                <w:sz w:val="20"/>
                <w:szCs w:val="24"/>
              </w:rPr>
              <w:t>2</w:t>
            </w:r>
          </w:p>
        </w:tc>
        <w:tc>
          <w:tcPr>
            <w:tcW w:w="360" w:type="dxa"/>
            <w:tcBorders>
              <w:top w:val="single" w:sz="4" w:space="0" w:color="auto"/>
              <w:left w:val="single" w:sz="4" w:space="0" w:color="auto"/>
              <w:bottom w:val="single" w:sz="4" w:space="0" w:color="auto"/>
              <w:right w:val="single" w:sz="4" w:space="0" w:color="auto"/>
            </w:tcBorders>
          </w:tcPr>
          <w:p w14:paraId="39AF6E64" w14:textId="77777777" w:rsidR="00FC50C5" w:rsidRDefault="00000000">
            <w:pPr>
              <w:jc w:val="center"/>
              <w:rPr>
                <w:sz w:val="24"/>
                <w:szCs w:val="24"/>
              </w:rPr>
            </w:pPr>
            <w:r>
              <w:rPr>
                <w:rFonts w:ascii="Arial" w:hAnsi="Arial"/>
                <w:sz w:val="20"/>
                <w:szCs w:val="24"/>
              </w:rPr>
              <w:t>3</w:t>
            </w:r>
          </w:p>
        </w:tc>
        <w:tc>
          <w:tcPr>
            <w:tcW w:w="394" w:type="dxa"/>
            <w:tcBorders>
              <w:top w:val="single" w:sz="4" w:space="0" w:color="auto"/>
              <w:left w:val="single" w:sz="4" w:space="0" w:color="auto"/>
              <w:bottom w:val="single" w:sz="4" w:space="0" w:color="auto"/>
              <w:right w:val="single" w:sz="4" w:space="0" w:color="auto"/>
            </w:tcBorders>
          </w:tcPr>
          <w:p w14:paraId="1A2AD6F6" w14:textId="77777777" w:rsidR="00FC50C5" w:rsidRDefault="00000000">
            <w:pPr>
              <w:jc w:val="center"/>
              <w:rPr>
                <w:sz w:val="24"/>
                <w:szCs w:val="24"/>
              </w:rPr>
            </w:pPr>
            <w:r>
              <w:rPr>
                <w:rFonts w:ascii="Arial" w:hAnsi="Arial"/>
                <w:sz w:val="20"/>
                <w:szCs w:val="24"/>
              </w:rPr>
              <w:t>2</w:t>
            </w:r>
          </w:p>
        </w:tc>
      </w:tr>
      <w:tr w:rsidR="00FC50C5" w14:paraId="2BD3F943" w14:textId="77777777" w:rsidTr="00E80FD8">
        <w:tc>
          <w:tcPr>
            <w:tcW w:w="6751" w:type="dxa"/>
            <w:gridSpan w:val="6"/>
            <w:tcBorders>
              <w:top w:val="single" w:sz="4" w:space="0" w:color="auto"/>
              <w:left w:val="single" w:sz="4" w:space="0" w:color="auto"/>
              <w:bottom w:val="single" w:sz="4" w:space="0" w:color="auto"/>
              <w:right w:val="single" w:sz="4" w:space="0" w:color="auto"/>
            </w:tcBorders>
          </w:tcPr>
          <w:p w14:paraId="2CDB29E4" w14:textId="77777777" w:rsidR="00FC50C5" w:rsidRDefault="00000000">
            <w:pPr>
              <w:jc w:val="center"/>
              <w:rPr>
                <w:sz w:val="24"/>
                <w:szCs w:val="24"/>
              </w:rPr>
            </w:pPr>
            <w:r>
              <w:rPr>
                <w:rFonts w:ascii="Arial" w:hAnsi="Arial"/>
                <w:b/>
                <w:sz w:val="20"/>
                <w:szCs w:val="24"/>
              </w:rPr>
              <w:t>Total</w:t>
            </w:r>
          </w:p>
        </w:tc>
        <w:tc>
          <w:tcPr>
            <w:tcW w:w="456" w:type="dxa"/>
            <w:tcBorders>
              <w:top w:val="single" w:sz="4" w:space="0" w:color="auto"/>
              <w:left w:val="single" w:sz="4" w:space="0" w:color="auto"/>
              <w:bottom w:val="single" w:sz="4" w:space="0" w:color="auto"/>
              <w:right w:val="single" w:sz="4" w:space="0" w:color="auto"/>
            </w:tcBorders>
          </w:tcPr>
          <w:p w14:paraId="6EE2EDB6" w14:textId="77777777" w:rsidR="00FC50C5" w:rsidRDefault="00000000">
            <w:pPr>
              <w:rPr>
                <w:sz w:val="24"/>
                <w:szCs w:val="24"/>
              </w:rPr>
            </w:pPr>
            <w:r>
              <w:rPr>
                <w:rFonts w:ascii="Arial" w:hAnsi="Arial"/>
                <w:b/>
                <w:color w:val="000000"/>
                <w:sz w:val="20"/>
                <w:szCs w:val="24"/>
              </w:rPr>
              <w:t>12</w:t>
            </w:r>
          </w:p>
        </w:tc>
        <w:tc>
          <w:tcPr>
            <w:tcW w:w="2508" w:type="dxa"/>
            <w:tcBorders>
              <w:top w:val="single" w:sz="4" w:space="0" w:color="auto"/>
              <w:left w:val="single" w:sz="4" w:space="0" w:color="auto"/>
              <w:bottom w:val="single" w:sz="4" w:space="0" w:color="auto"/>
              <w:right w:val="single" w:sz="4" w:space="0" w:color="auto"/>
            </w:tcBorders>
          </w:tcPr>
          <w:p w14:paraId="12C64FD0" w14:textId="77777777" w:rsidR="00FC50C5" w:rsidRDefault="00000000">
            <w:pPr>
              <w:rPr>
                <w:sz w:val="24"/>
                <w:szCs w:val="24"/>
              </w:rPr>
            </w:pPr>
            <w:r>
              <w:rPr>
                <w:rFonts w:ascii="Arial" w:hAnsi="Arial"/>
                <w:b/>
                <w:color w:val="000000"/>
                <w:sz w:val="20"/>
                <w:szCs w:val="24"/>
              </w:rPr>
              <w:t>1</w:t>
            </w:r>
          </w:p>
        </w:tc>
        <w:tc>
          <w:tcPr>
            <w:tcW w:w="270" w:type="dxa"/>
            <w:tcBorders>
              <w:top w:val="single" w:sz="4" w:space="0" w:color="auto"/>
              <w:left w:val="single" w:sz="4" w:space="0" w:color="auto"/>
              <w:bottom w:val="single" w:sz="4" w:space="0" w:color="auto"/>
              <w:right w:val="single" w:sz="4" w:space="0" w:color="auto"/>
            </w:tcBorders>
          </w:tcPr>
          <w:p w14:paraId="5CF0993B" w14:textId="77777777" w:rsidR="00FC50C5" w:rsidRDefault="00000000">
            <w:pPr>
              <w:rPr>
                <w:sz w:val="24"/>
                <w:szCs w:val="24"/>
              </w:rPr>
            </w:pPr>
            <w:r>
              <w:rPr>
                <w:rFonts w:ascii="Arial" w:hAnsi="Arial"/>
                <w:b/>
                <w:color w:val="000000"/>
                <w:sz w:val="20"/>
                <w:szCs w:val="24"/>
              </w:rPr>
              <w:t>2</w:t>
            </w:r>
          </w:p>
        </w:tc>
        <w:tc>
          <w:tcPr>
            <w:tcW w:w="360" w:type="dxa"/>
            <w:tcBorders>
              <w:top w:val="single" w:sz="4" w:space="0" w:color="auto"/>
              <w:left w:val="single" w:sz="4" w:space="0" w:color="auto"/>
              <w:bottom w:val="single" w:sz="4" w:space="0" w:color="auto"/>
              <w:right w:val="single" w:sz="4" w:space="0" w:color="auto"/>
            </w:tcBorders>
          </w:tcPr>
          <w:p w14:paraId="15334EE4" w14:textId="77777777" w:rsidR="00FC50C5" w:rsidRDefault="00000000">
            <w:pPr>
              <w:rPr>
                <w:sz w:val="24"/>
                <w:szCs w:val="24"/>
              </w:rPr>
            </w:pPr>
            <w:r>
              <w:rPr>
                <w:rFonts w:ascii="Arial" w:hAnsi="Arial"/>
                <w:b/>
                <w:color w:val="000000"/>
                <w:sz w:val="20"/>
                <w:szCs w:val="24"/>
              </w:rPr>
              <w:t>15</w:t>
            </w:r>
          </w:p>
        </w:tc>
        <w:tc>
          <w:tcPr>
            <w:tcW w:w="394" w:type="dxa"/>
            <w:tcBorders>
              <w:top w:val="single" w:sz="4" w:space="0" w:color="auto"/>
              <w:left w:val="single" w:sz="4" w:space="0" w:color="auto"/>
              <w:bottom w:val="single" w:sz="4" w:space="0" w:color="auto"/>
              <w:right w:val="single" w:sz="4" w:space="0" w:color="auto"/>
            </w:tcBorders>
          </w:tcPr>
          <w:p w14:paraId="6C664E3A" w14:textId="77777777" w:rsidR="00FC50C5" w:rsidRDefault="00000000">
            <w:pPr>
              <w:rPr>
                <w:sz w:val="24"/>
                <w:szCs w:val="24"/>
              </w:rPr>
            </w:pPr>
            <w:r>
              <w:rPr>
                <w:rFonts w:ascii="Arial" w:hAnsi="Arial"/>
                <w:b/>
                <w:color w:val="000000"/>
                <w:sz w:val="20"/>
                <w:szCs w:val="24"/>
              </w:rPr>
              <w:t>15</w:t>
            </w:r>
          </w:p>
        </w:tc>
      </w:tr>
      <w:tr w:rsidR="00FC50C5" w14:paraId="1B60E58B" w14:textId="77777777" w:rsidTr="00E80FD8">
        <w:tc>
          <w:tcPr>
            <w:tcW w:w="663" w:type="dxa"/>
            <w:tcBorders>
              <w:top w:val="single" w:sz="4" w:space="0" w:color="auto"/>
              <w:left w:val="single" w:sz="4" w:space="0" w:color="auto"/>
              <w:bottom w:val="single" w:sz="4" w:space="0" w:color="auto"/>
              <w:right w:val="single" w:sz="4" w:space="0" w:color="auto"/>
            </w:tcBorders>
          </w:tcPr>
          <w:p w14:paraId="7E0E5248" w14:textId="77777777" w:rsidR="00FC50C5" w:rsidRDefault="00FC50C5">
            <w:pPr>
              <w:rPr>
                <w:sz w:val="24"/>
                <w:szCs w:val="24"/>
              </w:rPr>
            </w:pPr>
          </w:p>
        </w:tc>
        <w:tc>
          <w:tcPr>
            <w:tcW w:w="1395" w:type="dxa"/>
            <w:gridSpan w:val="2"/>
            <w:tcBorders>
              <w:top w:val="single" w:sz="4" w:space="0" w:color="auto"/>
              <w:left w:val="single" w:sz="4" w:space="0" w:color="auto"/>
              <w:bottom w:val="single" w:sz="4" w:space="0" w:color="auto"/>
              <w:right w:val="single" w:sz="4" w:space="0" w:color="auto"/>
            </w:tcBorders>
          </w:tcPr>
          <w:p w14:paraId="06779749" w14:textId="77777777" w:rsidR="00FC50C5" w:rsidRDefault="00FC50C5">
            <w:pPr>
              <w:rPr>
                <w:sz w:val="24"/>
                <w:szCs w:val="24"/>
              </w:rPr>
            </w:pPr>
          </w:p>
        </w:tc>
        <w:tc>
          <w:tcPr>
            <w:tcW w:w="4693" w:type="dxa"/>
            <w:gridSpan w:val="3"/>
            <w:tcBorders>
              <w:top w:val="single" w:sz="4" w:space="0" w:color="auto"/>
              <w:left w:val="single" w:sz="4" w:space="0" w:color="auto"/>
              <w:bottom w:val="single" w:sz="4" w:space="0" w:color="auto"/>
              <w:right w:val="single" w:sz="4" w:space="0" w:color="auto"/>
            </w:tcBorders>
          </w:tcPr>
          <w:p w14:paraId="34F37A33" w14:textId="77777777" w:rsidR="00FC50C5" w:rsidRDefault="00FC50C5">
            <w:pPr>
              <w:rPr>
                <w:sz w:val="24"/>
                <w:szCs w:val="24"/>
              </w:rPr>
            </w:pPr>
          </w:p>
        </w:tc>
        <w:tc>
          <w:tcPr>
            <w:tcW w:w="456" w:type="dxa"/>
            <w:tcBorders>
              <w:top w:val="single" w:sz="4" w:space="0" w:color="auto"/>
              <w:left w:val="single" w:sz="4" w:space="0" w:color="auto"/>
              <w:bottom w:val="single" w:sz="4" w:space="0" w:color="auto"/>
              <w:right w:val="single" w:sz="4" w:space="0" w:color="auto"/>
            </w:tcBorders>
          </w:tcPr>
          <w:p w14:paraId="7BA3D695" w14:textId="77777777" w:rsidR="00FC50C5" w:rsidRDefault="00FC50C5">
            <w:pPr>
              <w:rPr>
                <w:sz w:val="24"/>
                <w:szCs w:val="24"/>
              </w:rPr>
            </w:pPr>
          </w:p>
        </w:tc>
        <w:tc>
          <w:tcPr>
            <w:tcW w:w="2508" w:type="dxa"/>
            <w:tcBorders>
              <w:top w:val="single" w:sz="4" w:space="0" w:color="auto"/>
              <w:left w:val="single" w:sz="4" w:space="0" w:color="auto"/>
              <w:bottom w:val="single" w:sz="4" w:space="0" w:color="auto"/>
              <w:right w:val="single" w:sz="4" w:space="0" w:color="auto"/>
            </w:tcBorders>
          </w:tcPr>
          <w:p w14:paraId="576C0D16" w14:textId="77777777" w:rsidR="00FC50C5" w:rsidRDefault="00FC50C5">
            <w:pPr>
              <w:rPr>
                <w:sz w:val="24"/>
                <w:szCs w:val="24"/>
              </w:rPr>
            </w:pPr>
          </w:p>
        </w:tc>
        <w:tc>
          <w:tcPr>
            <w:tcW w:w="270" w:type="dxa"/>
            <w:tcBorders>
              <w:top w:val="single" w:sz="4" w:space="0" w:color="auto"/>
              <w:left w:val="single" w:sz="4" w:space="0" w:color="auto"/>
              <w:bottom w:val="single" w:sz="4" w:space="0" w:color="auto"/>
              <w:right w:val="single" w:sz="4" w:space="0" w:color="auto"/>
            </w:tcBorders>
          </w:tcPr>
          <w:p w14:paraId="673EE1AD" w14:textId="77777777" w:rsidR="00FC50C5" w:rsidRDefault="00FC50C5">
            <w:pPr>
              <w:rPr>
                <w:sz w:val="24"/>
                <w:szCs w:val="24"/>
              </w:rPr>
            </w:pPr>
          </w:p>
        </w:tc>
        <w:tc>
          <w:tcPr>
            <w:tcW w:w="360" w:type="dxa"/>
            <w:tcBorders>
              <w:top w:val="single" w:sz="4" w:space="0" w:color="auto"/>
              <w:left w:val="single" w:sz="4" w:space="0" w:color="auto"/>
              <w:bottom w:val="single" w:sz="4" w:space="0" w:color="auto"/>
              <w:right w:val="single" w:sz="4" w:space="0" w:color="auto"/>
            </w:tcBorders>
          </w:tcPr>
          <w:p w14:paraId="72649E22" w14:textId="77777777" w:rsidR="00FC50C5" w:rsidRDefault="00FC50C5">
            <w:pPr>
              <w:rPr>
                <w:sz w:val="24"/>
                <w:szCs w:val="24"/>
              </w:rPr>
            </w:pPr>
          </w:p>
        </w:tc>
        <w:tc>
          <w:tcPr>
            <w:tcW w:w="394" w:type="dxa"/>
            <w:tcBorders>
              <w:top w:val="single" w:sz="4" w:space="0" w:color="auto"/>
              <w:left w:val="single" w:sz="4" w:space="0" w:color="auto"/>
              <w:bottom w:val="single" w:sz="4" w:space="0" w:color="auto"/>
              <w:right w:val="single" w:sz="4" w:space="0" w:color="auto"/>
            </w:tcBorders>
          </w:tcPr>
          <w:p w14:paraId="19137AF6" w14:textId="77777777" w:rsidR="00FC50C5" w:rsidRDefault="00FC50C5">
            <w:pPr>
              <w:rPr>
                <w:sz w:val="24"/>
                <w:szCs w:val="24"/>
              </w:rPr>
            </w:pPr>
          </w:p>
        </w:tc>
      </w:tr>
      <w:tr w:rsidR="00FC50C5" w14:paraId="556F0488" w14:textId="77777777" w:rsidTr="00E80FD8">
        <w:trPr>
          <w:gridAfter w:val="3"/>
          <w:wAfter w:w="1024" w:type="dxa"/>
        </w:trPr>
        <w:tc>
          <w:tcPr>
            <w:tcW w:w="9715" w:type="dxa"/>
            <w:gridSpan w:val="8"/>
            <w:tcBorders>
              <w:top w:val="single" w:sz="4" w:space="0" w:color="auto"/>
              <w:left w:val="single" w:sz="4" w:space="0" w:color="auto"/>
              <w:bottom w:val="single" w:sz="4" w:space="0" w:color="auto"/>
              <w:right w:val="single" w:sz="4" w:space="0" w:color="auto"/>
            </w:tcBorders>
          </w:tcPr>
          <w:p w14:paraId="6F52C57B" w14:textId="77777777" w:rsidR="00FC50C5" w:rsidRDefault="00000000">
            <w:pPr>
              <w:jc w:val="center"/>
              <w:rPr>
                <w:b/>
                <w:sz w:val="24"/>
                <w:szCs w:val="24"/>
              </w:rPr>
            </w:pPr>
            <w:r>
              <w:rPr>
                <w:rFonts w:ascii="Arial" w:hAnsi="Arial"/>
                <w:b/>
                <w:sz w:val="20"/>
                <w:szCs w:val="24"/>
              </w:rPr>
              <w:t>SEMESTER II</w:t>
            </w:r>
          </w:p>
        </w:tc>
      </w:tr>
      <w:tr w:rsidR="00FC50C5" w14:paraId="4A7BE3A0" w14:textId="77777777" w:rsidTr="00E80FD8">
        <w:tc>
          <w:tcPr>
            <w:tcW w:w="663" w:type="dxa"/>
            <w:tcBorders>
              <w:top w:val="single" w:sz="4" w:space="0" w:color="auto"/>
              <w:left w:val="single" w:sz="4" w:space="0" w:color="auto"/>
              <w:bottom w:val="single" w:sz="4" w:space="0" w:color="auto"/>
              <w:right w:val="single" w:sz="4" w:space="0" w:color="auto"/>
            </w:tcBorders>
          </w:tcPr>
          <w:p w14:paraId="1F0DB132" w14:textId="77777777" w:rsidR="00FC50C5" w:rsidRDefault="00000000">
            <w:pPr>
              <w:jc w:val="center"/>
              <w:rPr>
                <w:sz w:val="24"/>
                <w:szCs w:val="24"/>
              </w:rPr>
            </w:pPr>
            <w:proofErr w:type="spellStart"/>
            <w:r>
              <w:rPr>
                <w:rFonts w:ascii="Arial" w:hAnsi="Arial"/>
                <w:b/>
                <w:sz w:val="20"/>
                <w:szCs w:val="24"/>
              </w:rPr>
              <w:t>S.No</w:t>
            </w:r>
            <w:proofErr w:type="spellEnd"/>
            <w:r>
              <w:rPr>
                <w:rFonts w:ascii="Arial" w:hAnsi="Arial"/>
                <w:b/>
                <w:sz w:val="20"/>
                <w:szCs w:val="24"/>
              </w:rPr>
              <w:t>.</w:t>
            </w:r>
          </w:p>
        </w:tc>
        <w:tc>
          <w:tcPr>
            <w:tcW w:w="1395" w:type="dxa"/>
            <w:gridSpan w:val="2"/>
            <w:tcBorders>
              <w:top w:val="single" w:sz="4" w:space="0" w:color="auto"/>
              <w:left w:val="single" w:sz="4" w:space="0" w:color="auto"/>
              <w:bottom w:val="single" w:sz="4" w:space="0" w:color="auto"/>
              <w:right w:val="single" w:sz="4" w:space="0" w:color="auto"/>
            </w:tcBorders>
          </w:tcPr>
          <w:p w14:paraId="6B539232" w14:textId="77777777" w:rsidR="00FC50C5" w:rsidRDefault="00000000">
            <w:pPr>
              <w:jc w:val="center"/>
              <w:rPr>
                <w:sz w:val="24"/>
                <w:szCs w:val="24"/>
              </w:rPr>
            </w:pPr>
            <w:r>
              <w:rPr>
                <w:rFonts w:ascii="Arial" w:hAnsi="Arial"/>
                <w:b/>
                <w:sz w:val="20"/>
                <w:szCs w:val="24"/>
              </w:rPr>
              <w:t>Course Code</w:t>
            </w:r>
          </w:p>
        </w:tc>
        <w:tc>
          <w:tcPr>
            <w:tcW w:w="4693" w:type="dxa"/>
            <w:gridSpan w:val="3"/>
            <w:tcBorders>
              <w:top w:val="single" w:sz="4" w:space="0" w:color="auto"/>
              <w:left w:val="single" w:sz="4" w:space="0" w:color="auto"/>
              <w:bottom w:val="single" w:sz="4" w:space="0" w:color="auto"/>
              <w:right w:val="single" w:sz="4" w:space="0" w:color="auto"/>
            </w:tcBorders>
          </w:tcPr>
          <w:p w14:paraId="001C6980" w14:textId="77777777" w:rsidR="00FC50C5" w:rsidRDefault="00000000">
            <w:pPr>
              <w:jc w:val="center"/>
              <w:rPr>
                <w:sz w:val="24"/>
                <w:szCs w:val="24"/>
              </w:rPr>
            </w:pPr>
            <w:r>
              <w:rPr>
                <w:rFonts w:ascii="Arial" w:hAnsi="Arial"/>
                <w:b/>
                <w:sz w:val="20"/>
                <w:szCs w:val="24"/>
              </w:rPr>
              <w:t>Course Title</w:t>
            </w:r>
          </w:p>
        </w:tc>
        <w:tc>
          <w:tcPr>
            <w:tcW w:w="456" w:type="dxa"/>
            <w:tcBorders>
              <w:top w:val="single" w:sz="4" w:space="0" w:color="auto"/>
              <w:left w:val="single" w:sz="4" w:space="0" w:color="auto"/>
              <w:bottom w:val="single" w:sz="4" w:space="0" w:color="auto"/>
              <w:right w:val="single" w:sz="4" w:space="0" w:color="auto"/>
            </w:tcBorders>
          </w:tcPr>
          <w:p w14:paraId="5D08052D" w14:textId="77777777" w:rsidR="00FC50C5" w:rsidRDefault="00000000">
            <w:pPr>
              <w:jc w:val="center"/>
              <w:rPr>
                <w:sz w:val="24"/>
                <w:szCs w:val="24"/>
              </w:rPr>
            </w:pPr>
            <w:r>
              <w:rPr>
                <w:rFonts w:ascii="Arial" w:hAnsi="Arial"/>
                <w:b/>
                <w:sz w:val="20"/>
                <w:szCs w:val="24"/>
              </w:rPr>
              <w:t>L</w:t>
            </w:r>
          </w:p>
        </w:tc>
        <w:tc>
          <w:tcPr>
            <w:tcW w:w="2508" w:type="dxa"/>
            <w:tcBorders>
              <w:top w:val="single" w:sz="4" w:space="0" w:color="auto"/>
              <w:left w:val="single" w:sz="4" w:space="0" w:color="auto"/>
              <w:bottom w:val="single" w:sz="4" w:space="0" w:color="auto"/>
              <w:right w:val="single" w:sz="4" w:space="0" w:color="auto"/>
            </w:tcBorders>
          </w:tcPr>
          <w:p w14:paraId="17BB799A" w14:textId="77777777" w:rsidR="00FC50C5" w:rsidRDefault="00000000">
            <w:pPr>
              <w:jc w:val="center"/>
              <w:rPr>
                <w:sz w:val="24"/>
                <w:szCs w:val="24"/>
              </w:rPr>
            </w:pPr>
            <w:r>
              <w:rPr>
                <w:rFonts w:ascii="Arial" w:hAnsi="Arial"/>
                <w:b/>
                <w:sz w:val="20"/>
                <w:szCs w:val="24"/>
              </w:rPr>
              <w:t>T</w:t>
            </w:r>
          </w:p>
        </w:tc>
        <w:tc>
          <w:tcPr>
            <w:tcW w:w="270" w:type="dxa"/>
            <w:tcBorders>
              <w:top w:val="single" w:sz="4" w:space="0" w:color="auto"/>
              <w:left w:val="single" w:sz="4" w:space="0" w:color="auto"/>
              <w:bottom w:val="single" w:sz="4" w:space="0" w:color="auto"/>
              <w:right w:val="single" w:sz="4" w:space="0" w:color="auto"/>
            </w:tcBorders>
          </w:tcPr>
          <w:p w14:paraId="0E34BA2D" w14:textId="77777777" w:rsidR="00FC50C5" w:rsidRDefault="00000000">
            <w:pPr>
              <w:jc w:val="center"/>
              <w:rPr>
                <w:sz w:val="24"/>
                <w:szCs w:val="24"/>
              </w:rPr>
            </w:pPr>
            <w:r>
              <w:rPr>
                <w:rFonts w:ascii="Arial" w:hAnsi="Arial"/>
                <w:b/>
                <w:sz w:val="20"/>
                <w:szCs w:val="24"/>
              </w:rPr>
              <w:t>P</w:t>
            </w:r>
          </w:p>
        </w:tc>
        <w:tc>
          <w:tcPr>
            <w:tcW w:w="360" w:type="dxa"/>
            <w:tcBorders>
              <w:top w:val="single" w:sz="4" w:space="0" w:color="auto"/>
              <w:left w:val="single" w:sz="4" w:space="0" w:color="auto"/>
              <w:bottom w:val="single" w:sz="4" w:space="0" w:color="auto"/>
              <w:right w:val="single" w:sz="4" w:space="0" w:color="auto"/>
            </w:tcBorders>
          </w:tcPr>
          <w:p w14:paraId="17D710CA" w14:textId="77777777" w:rsidR="00FC50C5" w:rsidRDefault="00000000">
            <w:pPr>
              <w:jc w:val="center"/>
              <w:rPr>
                <w:sz w:val="24"/>
                <w:szCs w:val="24"/>
              </w:rPr>
            </w:pPr>
            <w:r>
              <w:rPr>
                <w:rFonts w:ascii="Arial" w:hAnsi="Arial"/>
                <w:b/>
                <w:sz w:val="20"/>
                <w:szCs w:val="24"/>
              </w:rPr>
              <w:t>H</w:t>
            </w:r>
          </w:p>
        </w:tc>
        <w:tc>
          <w:tcPr>
            <w:tcW w:w="394" w:type="dxa"/>
            <w:tcBorders>
              <w:top w:val="single" w:sz="4" w:space="0" w:color="auto"/>
              <w:left w:val="single" w:sz="4" w:space="0" w:color="auto"/>
              <w:bottom w:val="single" w:sz="4" w:space="0" w:color="auto"/>
              <w:right w:val="single" w:sz="4" w:space="0" w:color="auto"/>
            </w:tcBorders>
          </w:tcPr>
          <w:p w14:paraId="30ABD0F4" w14:textId="77777777" w:rsidR="00FC50C5" w:rsidRDefault="00000000">
            <w:pPr>
              <w:jc w:val="center"/>
              <w:rPr>
                <w:sz w:val="24"/>
                <w:szCs w:val="24"/>
              </w:rPr>
            </w:pPr>
            <w:r>
              <w:rPr>
                <w:rFonts w:ascii="Arial" w:hAnsi="Arial"/>
                <w:b/>
                <w:sz w:val="20"/>
                <w:szCs w:val="24"/>
              </w:rPr>
              <w:t>C</w:t>
            </w:r>
          </w:p>
        </w:tc>
      </w:tr>
      <w:tr w:rsidR="00FC50C5" w14:paraId="1F853AB1" w14:textId="77777777" w:rsidTr="00E80FD8">
        <w:tc>
          <w:tcPr>
            <w:tcW w:w="663" w:type="dxa"/>
            <w:vMerge w:val="restart"/>
            <w:tcBorders>
              <w:top w:val="single" w:sz="4" w:space="0" w:color="auto"/>
              <w:left w:val="single" w:sz="4" w:space="0" w:color="auto"/>
              <w:bottom w:val="single" w:sz="4" w:space="0" w:color="auto"/>
              <w:right w:val="single" w:sz="4" w:space="0" w:color="auto"/>
            </w:tcBorders>
          </w:tcPr>
          <w:p w14:paraId="0DD859CE" w14:textId="77777777" w:rsidR="00FC50C5" w:rsidRDefault="00000000">
            <w:pPr>
              <w:jc w:val="center"/>
              <w:rPr>
                <w:sz w:val="24"/>
                <w:szCs w:val="24"/>
              </w:rPr>
            </w:pPr>
            <w:r>
              <w:rPr>
                <w:rFonts w:ascii="Arial" w:hAnsi="Arial"/>
                <w:color w:val="000000"/>
                <w:sz w:val="20"/>
                <w:szCs w:val="24"/>
              </w:rPr>
              <w:t>1</w:t>
            </w:r>
          </w:p>
        </w:tc>
        <w:tc>
          <w:tcPr>
            <w:tcW w:w="1395" w:type="dxa"/>
            <w:gridSpan w:val="2"/>
            <w:tcBorders>
              <w:top w:val="single" w:sz="4" w:space="0" w:color="auto"/>
              <w:left w:val="single" w:sz="4" w:space="0" w:color="auto"/>
              <w:bottom w:val="single" w:sz="4" w:space="0" w:color="auto"/>
              <w:right w:val="single" w:sz="4" w:space="0" w:color="auto"/>
            </w:tcBorders>
          </w:tcPr>
          <w:p w14:paraId="3FF9DDCC" w14:textId="77777777" w:rsidR="00FC50C5" w:rsidRDefault="00000000">
            <w:pPr>
              <w:jc w:val="center"/>
              <w:rPr>
                <w:sz w:val="24"/>
                <w:szCs w:val="24"/>
              </w:rPr>
            </w:pPr>
            <w:r>
              <w:rPr>
                <w:rFonts w:ascii="Arial" w:hAnsi="Arial"/>
                <w:sz w:val="20"/>
              </w:rPr>
              <w:t> </w:t>
            </w:r>
          </w:p>
        </w:tc>
        <w:tc>
          <w:tcPr>
            <w:tcW w:w="4693" w:type="dxa"/>
            <w:gridSpan w:val="3"/>
            <w:tcBorders>
              <w:top w:val="single" w:sz="4" w:space="0" w:color="auto"/>
              <w:left w:val="single" w:sz="4" w:space="0" w:color="auto"/>
              <w:bottom w:val="single" w:sz="4" w:space="0" w:color="auto"/>
              <w:right w:val="single" w:sz="4" w:space="0" w:color="auto"/>
            </w:tcBorders>
          </w:tcPr>
          <w:p w14:paraId="6FBEAA28" w14:textId="77777777" w:rsidR="00FC50C5" w:rsidRDefault="00000000">
            <w:pPr>
              <w:jc w:val="center"/>
              <w:rPr>
                <w:sz w:val="24"/>
                <w:szCs w:val="24"/>
              </w:rPr>
            </w:pPr>
            <w:r>
              <w:rPr>
                <w:rFonts w:ascii="Arial" w:hAnsi="Arial"/>
                <w:sz w:val="20"/>
                <w:szCs w:val="24"/>
              </w:rPr>
              <w:t>Elective – I</w:t>
            </w:r>
          </w:p>
        </w:tc>
        <w:tc>
          <w:tcPr>
            <w:tcW w:w="456" w:type="dxa"/>
            <w:vMerge w:val="restart"/>
            <w:tcBorders>
              <w:top w:val="single" w:sz="4" w:space="0" w:color="auto"/>
              <w:left w:val="single" w:sz="4" w:space="0" w:color="auto"/>
              <w:bottom w:val="single" w:sz="4" w:space="0" w:color="auto"/>
              <w:right w:val="single" w:sz="4" w:space="0" w:color="auto"/>
            </w:tcBorders>
          </w:tcPr>
          <w:p w14:paraId="0092B294" w14:textId="77777777" w:rsidR="00FC50C5" w:rsidRDefault="00000000">
            <w:pPr>
              <w:jc w:val="center"/>
              <w:rPr>
                <w:sz w:val="24"/>
                <w:szCs w:val="24"/>
              </w:rPr>
            </w:pPr>
            <w:r>
              <w:rPr>
                <w:rFonts w:ascii="Arial" w:hAnsi="Arial"/>
                <w:sz w:val="20"/>
              </w:rPr>
              <w:t>3</w:t>
            </w:r>
          </w:p>
        </w:tc>
        <w:tc>
          <w:tcPr>
            <w:tcW w:w="2508" w:type="dxa"/>
            <w:vMerge w:val="restart"/>
            <w:tcBorders>
              <w:top w:val="single" w:sz="4" w:space="0" w:color="auto"/>
              <w:left w:val="single" w:sz="4" w:space="0" w:color="auto"/>
              <w:bottom w:val="single" w:sz="4" w:space="0" w:color="auto"/>
              <w:right w:val="single" w:sz="4" w:space="0" w:color="auto"/>
            </w:tcBorders>
          </w:tcPr>
          <w:p w14:paraId="16D97690" w14:textId="77777777" w:rsidR="00FC50C5" w:rsidRDefault="00000000">
            <w:pPr>
              <w:jc w:val="center"/>
              <w:rPr>
                <w:sz w:val="24"/>
                <w:szCs w:val="24"/>
              </w:rPr>
            </w:pPr>
            <w:r>
              <w:rPr>
                <w:rFonts w:ascii="Arial" w:hAnsi="Arial"/>
                <w:sz w:val="20"/>
              </w:rPr>
              <w:t>0</w:t>
            </w:r>
          </w:p>
        </w:tc>
        <w:tc>
          <w:tcPr>
            <w:tcW w:w="270" w:type="dxa"/>
            <w:vMerge w:val="restart"/>
            <w:tcBorders>
              <w:top w:val="single" w:sz="4" w:space="0" w:color="auto"/>
              <w:left w:val="single" w:sz="4" w:space="0" w:color="auto"/>
              <w:bottom w:val="single" w:sz="4" w:space="0" w:color="auto"/>
              <w:right w:val="single" w:sz="4" w:space="0" w:color="auto"/>
            </w:tcBorders>
          </w:tcPr>
          <w:p w14:paraId="2FA63EE4" w14:textId="77777777" w:rsidR="00FC50C5" w:rsidRDefault="00000000">
            <w:pPr>
              <w:jc w:val="center"/>
              <w:rPr>
                <w:sz w:val="24"/>
                <w:szCs w:val="24"/>
              </w:rPr>
            </w:pPr>
            <w:r>
              <w:rPr>
                <w:rFonts w:ascii="Arial" w:hAnsi="Arial"/>
                <w:sz w:val="20"/>
              </w:rPr>
              <w:t>0</w:t>
            </w:r>
          </w:p>
        </w:tc>
        <w:tc>
          <w:tcPr>
            <w:tcW w:w="360" w:type="dxa"/>
            <w:vMerge w:val="restart"/>
            <w:tcBorders>
              <w:top w:val="single" w:sz="4" w:space="0" w:color="auto"/>
              <w:left w:val="single" w:sz="4" w:space="0" w:color="auto"/>
              <w:bottom w:val="single" w:sz="4" w:space="0" w:color="auto"/>
              <w:right w:val="single" w:sz="4" w:space="0" w:color="auto"/>
            </w:tcBorders>
          </w:tcPr>
          <w:p w14:paraId="17C7883C" w14:textId="77777777" w:rsidR="00FC50C5" w:rsidRDefault="00000000">
            <w:pPr>
              <w:jc w:val="center"/>
              <w:rPr>
                <w:sz w:val="24"/>
                <w:szCs w:val="24"/>
              </w:rPr>
            </w:pPr>
            <w:r>
              <w:rPr>
                <w:rFonts w:ascii="Arial" w:hAnsi="Arial"/>
                <w:sz w:val="20"/>
              </w:rPr>
              <w:t>0</w:t>
            </w:r>
          </w:p>
        </w:tc>
        <w:tc>
          <w:tcPr>
            <w:tcW w:w="394" w:type="dxa"/>
            <w:vMerge w:val="restart"/>
            <w:tcBorders>
              <w:top w:val="single" w:sz="4" w:space="0" w:color="auto"/>
              <w:left w:val="single" w:sz="4" w:space="0" w:color="auto"/>
              <w:bottom w:val="single" w:sz="4" w:space="0" w:color="auto"/>
              <w:right w:val="single" w:sz="4" w:space="0" w:color="auto"/>
            </w:tcBorders>
          </w:tcPr>
          <w:p w14:paraId="5CC227FF" w14:textId="77777777" w:rsidR="00FC50C5" w:rsidRDefault="00000000">
            <w:pPr>
              <w:jc w:val="center"/>
              <w:rPr>
                <w:sz w:val="24"/>
                <w:szCs w:val="24"/>
              </w:rPr>
            </w:pPr>
            <w:r>
              <w:rPr>
                <w:rFonts w:ascii="Arial" w:hAnsi="Arial"/>
                <w:sz w:val="20"/>
              </w:rPr>
              <w:t>3</w:t>
            </w:r>
          </w:p>
        </w:tc>
      </w:tr>
      <w:tr w:rsidR="00FC50C5" w14:paraId="54E55F27" w14:textId="77777777" w:rsidTr="00E80FD8">
        <w:tc>
          <w:tcPr>
            <w:tcW w:w="663" w:type="dxa"/>
            <w:vMerge/>
            <w:tcBorders>
              <w:top w:val="single" w:sz="4" w:space="0" w:color="auto"/>
              <w:left w:val="single" w:sz="4" w:space="0" w:color="auto"/>
              <w:bottom w:val="single" w:sz="4" w:space="0" w:color="auto"/>
              <w:right w:val="single" w:sz="4" w:space="0" w:color="auto"/>
            </w:tcBorders>
          </w:tcPr>
          <w:p w14:paraId="55295A63" w14:textId="77777777" w:rsidR="00FC50C5" w:rsidRDefault="00FC50C5">
            <w:pPr>
              <w:widowControl w:val="0"/>
              <w:pBdr>
                <w:top w:val="nil"/>
                <w:left w:val="nil"/>
                <w:bottom w:val="nil"/>
                <w:right w:val="nil"/>
                <w:between w:val="nil"/>
              </w:pBdr>
              <w:spacing w:line="276" w:lineRule="auto"/>
              <w:rPr>
                <w:sz w:val="24"/>
                <w:szCs w:val="24"/>
              </w:rPr>
            </w:pPr>
          </w:p>
        </w:tc>
        <w:tc>
          <w:tcPr>
            <w:tcW w:w="1395" w:type="dxa"/>
            <w:gridSpan w:val="2"/>
            <w:tcBorders>
              <w:top w:val="single" w:sz="4" w:space="0" w:color="auto"/>
              <w:left w:val="single" w:sz="4" w:space="0" w:color="auto"/>
              <w:bottom w:val="single" w:sz="4" w:space="0" w:color="auto"/>
              <w:right w:val="single" w:sz="4" w:space="0" w:color="auto"/>
            </w:tcBorders>
          </w:tcPr>
          <w:p w14:paraId="2E7D69BF" w14:textId="77777777" w:rsidR="00FC50C5" w:rsidRDefault="00000000">
            <w:pPr>
              <w:jc w:val="center"/>
              <w:rPr>
                <w:sz w:val="24"/>
                <w:szCs w:val="24"/>
              </w:rPr>
            </w:pPr>
            <w:r>
              <w:rPr>
                <w:rFonts w:ascii="Arial" w:hAnsi="Arial"/>
                <w:sz w:val="20"/>
              </w:rPr>
              <w:t>CSE21846 </w:t>
            </w:r>
          </w:p>
        </w:tc>
        <w:tc>
          <w:tcPr>
            <w:tcW w:w="4693" w:type="dxa"/>
            <w:gridSpan w:val="3"/>
            <w:tcBorders>
              <w:top w:val="single" w:sz="4" w:space="0" w:color="auto"/>
              <w:left w:val="single" w:sz="4" w:space="0" w:color="auto"/>
              <w:bottom w:val="single" w:sz="4" w:space="0" w:color="auto"/>
              <w:right w:val="single" w:sz="4" w:space="0" w:color="auto"/>
            </w:tcBorders>
          </w:tcPr>
          <w:p w14:paraId="1C4E9FCD" w14:textId="77777777" w:rsidR="00FC50C5" w:rsidRDefault="00000000">
            <w:pPr>
              <w:jc w:val="center"/>
              <w:rPr>
                <w:sz w:val="24"/>
                <w:szCs w:val="24"/>
              </w:rPr>
            </w:pPr>
            <w:r>
              <w:rPr>
                <w:rFonts w:ascii="Arial" w:hAnsi="Arial"/>
                <w:sz w:val="20"/>
                <w:szCs w:val="24"/>
              </w:rPr>
              <w:t>Blockchain and Cryptocurrency</w:t>
            </w:r>
          </w:p>
        </w:tc>
        <w:tc>
          <w:tcPr>
            <w:tcW w:w="456" w:type="dxa"/>
            <w:vMerge/>
            <w:tcBorders>
              <w:top w:val="single" w:sz="4" w:space="0" w:color="auto"/>
              <w:left w:val="single" w:sz="4" w:space="0" w:color="auto"/>
              <w:bottom w:val="single" w:sz="4" w:space="0" w:color="auto"/>
              <w:right w:val="single" w:sz="4" w:space="0" w:color="auto"/>
            </w:tcBorders>
          </w:tcPr>
          <w:p w14:paraId="0F554608" w14:textId="77777777" w:rsidR="00FC50C5" w:rsidRDefault="00FC50C5">
            <w:pPr>
              <w:widowControl w:val="0"/>
              <w:pBdr>
                <w:top w:val="nil"/>
                <w:left w:val="nil"/>
                <w:bottom w:val="nil"/>
                <w:right w:val="nil"/>
                <w:between w:val="nil"/>
              </w:pBdr>
              <w:spacing w:line="276" w:lineRule="auto"/>
              <w:rPr>
                <w:sz w:val="24"/>
                <w:szCs w:val="24"/>
              </w:rPr>
            </w:pPr>
          </w:p>
        </w:tc>
        <w:tc>
          <w:tcPr>
            <w:tcW w:w="2508" w:type="dxa"/>
            <w:vMerge/>
            <w:tcBorders>
              <w:top w:val="single" w:sz="4" w:space="0" w:color="auto"/>
              <w:left w:val="single" w:sz="4" w:space="0" w:color="auto"/>
              <w:bottom w:val="single" w:sz="4" w:space="0" w:color="auto"/>
              <w:right w:val="single" w:sz="4" w:space="0" w:color="auto"/>
            </w:tcBorders>
          </w:tcPr>
          <w:p w14:paraId="556C4A1E" w14:textId="77777777" w:rsidR="00FC50C5" w:rsidRDefault="00FC50C5">
            <w:pPr>
              <w:widowControl w:val="0"/>
              <w:pBdr>
                <w:top w:val="nil"/>
                <w:left w:val="nil"/>
                <w:bottom w:val="nil"/>
                <w:right w:val="nil"/>
                <w:between w:val="nil"/>
              </w:pBdr>
              <w:spacing w:line="276" w:lineRule="auto"/>
              <w:rPr>
                <w:sz w:val="24"/>
                <w:szCs w:val="24"/>
              </w:rPr>
            </w:pPr>
          </w:p>
        </w:tc>
        <w:tc>
          <w:tcPr>
            <w:tcW w:w="270" w:type="dxa"/>
            <w:vMerge/>
            <w:tcBorders>
              <w:top w:val="single" w:sz="4" w:space="0" w:color="auto"/>
              <w:left w:val="single" w:sz="4" w:space="0" w:color="auto"/>
              <w:bottom w:val="single" w:sz="4" w:space="0" w:color="auto"/>
              <w:right w:val="single" w:sz="4" w:space="0" w:color="auto"/>
            </w:tcBorders>
          </w:tcPr>
          <w:p w14:paraId="366436FE" w14:textId="77777777" w:rsidR="00FC50C5" w:rsidRDefault="00FC50C5">
            <w:pPr>
              <w:widowControl w:val="0"/>
              <w:pBdr>
                <w:top w:val="nil"/>
                <w:left w:val="nil"/>
                <w:bottom w:val="nil"/>
                <w:right w:val="nil"/>
                <w:between w:val="nil"/>
              </w:pBdr>
              <w:spacing w:line="276" w:lineRule="auto"/>
              <w:rPr>
                <w:sz w:val="24"/>
                <w:szCs w:val="24"/>
              </w:rPr>
            </w:pPr>
          </w:p>
        </w:tc>
        <w:tc>
          <w:tcPr>
            <w:tcW w:w="360" w:type="dxa"/>
            <w:vMerge/>
            <w:tcBorders>
              <w:top w:val="single" w:sz="4" w:space="0" w:color="auto"/>
              <w:left w:val="single" w:sz="4" w:space="0" w:color="auto"/>
              <w:bottom w:val="single" w:sz="4" w:space="0" w:color="auto"/>
              <w:right w:val="single" w:sz="4" w:space="0" w:color="auto"/>
            </w:tcBorders>
          </w:tcPr>
          <w:p w14:paraId="3D9E7CCC" w14:textId="77777777" w:rsidR="00FC50C5" w:rsidRDefault="00FC50C5">
            <w:pPr>
              <w:widowControl w:val="0"/>
              <w:pBdr>
                <w:top w:val="nil"/>
                <w:left w:val="nil"/>
                <w:bottom w:val="nil"/>
                <w:right w:val="nil"/>
                <w:between w:val="nil"/>
              </w:pBdr>
              <w:spacing w:line="276" w:lineRule="auto"/>
              <w:rPr>
                <w:sz w:val="24"/>
                <w:szCs w:val="24"/>
              </w:rPr>
            </w:pPr>
          </w:p>
        </w:tc>
        <w:tc>
          <w:tcPr>
            <w:tcW w:w="394" w:type="dxa"/>
            <w:vMerge/>
            <w:tcBorders>
              <w:top w:val="single" w:sz="4" w:space="0" w:color="auto"/>
              <w:left w:val="single" w:sz="4" w:space="0" w:color="auto"/>
              <w:bottom w:val="single" w:sz="4" w:space="0" w:color="auto"/>
              <w:right w:val="single" w:sz="4" w:space="0" w:color="auto"/>
            </w:tcBorders>
          </w:tcPr>
          <w:p w14:paraId="042685BD" w14:textId="77777777" w:rsidR="00FC50C5" w:rsidRDefault="00FC50C5">
            <w:pPr>
              <w:widowControl w:val="0"/>
              <w:pBdr>
                <w:top w:val="nil"/>
                <w:left w:val="nil"/>
                <w:bottom w:val="nil"/>
                <w:right w:val="nil"/>
                <w:between w:val="nil"/>
              </w:pBdr>
              <w:spacing w:line="276" w:lineRule="auto"/>
              <w:rPr>
                <w:sz w:val="24"/>
                <w:szCs w:val="24"/>
              </w:rPr>
            </w:pPr>
          </w:p>
        </w:tc>
      </w:tr>
      <w:tr w:rsidR="00FC50C5" w14:paraId="27120EA9" w14:textId="77777777" w:rsidTr="00E80FD8">
        <w:tc>
          <w:tcPr>
            <w:tcW w:w="663" w:type="dxa"/>
            <w:vMerge/>
            <w:tcBorders>
              <w:top w:val="single" w:sz="4" w:space="0" w:color="auto"/>
              <w:left w:val="single" w:sz="4" w:space="0" w:color="auto"/>
              <w:bottom w:val="single" w:sz="4" w:space="0" w:color="auto"/>
              <w:right w:val="single" w:sz="4" w:space="0" w:color="auto"/>
            </w:tcBorders>
          </w:tcPr>
          <w:p w14:paraId="7E803D8C" w14:textId="77777777" w:rsidR="00FC50C5" w:rsidRDefault="00FC50C5">
            <w:pPr>
              <w:widowControl w:val="0"/>
              <w:pBdr>
                <w:top w:val="nil"/>
                <w:left w:val="nil"/>
                <w:bottom w:val="nil"/>
                <w:right w:val="nil"/>
                <w:between w:val="nil"/>
              </w:pBdr>
              <w:spacing w:line="276" w:lineRule="auto"/>
              <w:rPr>
                <w:sz w:val="24"/>
                <w:szCs w:val="24"/>
              </w:rPr>
            </w:pPr>
          </w:p>
        </w:tc>
        <w:tc>
          <w:tcPr>
            <w:tcW w:w="1395" w:type="dxa"/>
            <w:gridSpan w:val="2"/>
            <w:tcBorders>
              <w:top w:val="single" w:sz="4" w:space="0" w:color="auto"/>
              <w:left w:val="single" w:sz="4" w:space="0" w:color="auto"/>
              <w:bottom w:val="single" w:sz="4" w:space="0" w:color="auto"/>
              <w:right w:val="single" w:sz="4" w:space="0" w:color="auto"/>
            </w:tcBorders>
          </w:tcPr>
          <w:p w14:paraId="18C610A8" w14:textId="77777777" w:rsidR="00FC50C5" w:rsidRDefault="00000000">
            <w:pPr>
              <w:jc w:val="center"/>
              <w:rPr>
                <w:sz w:val="24"/>
                <w:szCs w:val="24"/>
              </w:rPr>
            </w:pPr>
            <w:r>
              <w:rPr>
                <w:rFonts w:ascii="Arial" w:hAnsi="Arial"/>
                <w:sz w:val="20"/>
              </w:rPr>
              <w:t>CSE21847 </w:t>
            </w:r>
          </w:p>
        </w:tc>
        <w:tc>
          <w:tcPr>
            <w:tcW w:w="4693" w:type="dxa"/>
            <w:gridSpan w:val="3"/>
            <w:tcBorders>
              <w:top w:val="single" w:sz="4" w:space="0" w:color="auto"/>
              <w:left w:val="single" w:sz="4" w:space="0" w:color="auto"/>
              <w:bottom w:val="single" w:sz="4" w:space="0" w:color="auto"/>
              <w:right w:val="single" w:sz="4" w:space="0" w:color="auto"/>
            </w:tcBorders>
          </w:tcPr>
          <w:p w14:paraId="0179CCFC" w14:textId="77777777" w:rsidR="00FC50C5" w:rsidRDefault="00000000">
            <w:pPr>
              <w:jc w:val="center"/>
              <w:rPr>
                <w:sz w:val="24"/>
                <w:szCs w:val="24"/>
              </w:rPr>
            </w:pPr>
            <w:r>
              <w:rPr>
                <w:rFonts w:ascii="Arial" w:hAnsi="Arial"/>
                <w:sz w:val="20"/>
                <w:szCs w:val="24"/>
              </w:rPr>
              <w:t>Software Process Management</w:t>
            </w:r>
          </w:p>
        </w:tc>
        <w:tc>
          <w:tcPr>
            <w:tcW w:w="456" w:type="dxa"/>
            <w:vMerge/>
            <w:tcBorders>
              <w:top w:val="single" w:sz="4" w:space="0" w:color="auto"/>
              <w:left w:val="single" w:sz="4" w:space="0" w:color="auto"/>
              <w:bottom w:val="single" w:sz="4" w:space="0" w:color="auto"/>
              <w:right w:val="single" w:sz="4" w:space="0" w:color="auto"/>
            </w:tcBorders>
          </w:tcPr>
          <w:p w14:paraId="38B98BC1" w14:textId="77777777" w:rsidR="00FC50C5" w:rsidRDefault="00FC50C5">
            <w:pPr>
              <w:widowControl w:val="0"/>
              <w:pBdr>
                <w:top w:val="nil"/>
                <w:left w:val="nil"/>
                <w:bottom w:val="nil"/>
                <w:right w:val="nil"/>
                <w:between w:val="nil"/>
              </w:pBdr>
              <w:spacing w:line="276" w:lineRule="auto"/>
              <w:rPr>
                <w:sz w:val="24"/>
                <w:szCs w:val="24"/>
              </w:rPr>
            </w:pPr>
          </w:p>
        </w:tc>
        <w:tc>
          <w:tcPr>
            <w:tcW w:w="2508" w:type="dxa"/>
            <w:vMerge/>
            <w:tcBorders>
              <w:top w:val="single" w:sz="4" w:space="0" w:color="auto"/>
              <w:left w:val="single" w:sz="4" w:space="0" w:color="auto"/>
              <w:bottom w:val="single" w:sz="4" w:space="0" w:color="auto"/>
              <w:right w:val="single" w:sz="4" w:space="0" w:color="auto"/>
            </w:tcBorders>
          </w:tcPr>
          <w:p w14:paraId="41334B66" w14:textId="77777777" w:rsidR="00FC50C5" w:rsidRDefault="00FC50C5">
            <w:pPr>
              <w:widowControl w:val="0"/>
              <w:pBdr>
                <w:top w:val="nil"/>
                <w:left w:val="nil"/>
                <w:bottom w:val="nil"/>
                <w:right w:val="nil"/>
                <w:between w:val="nil"/>
              </w:pBdr>
              <w:spacing w:line="276" w:lineRule="auto"/>
              <w:rPr>
                <w:sz w:val="24"/>
                <w:szCs w:val="24"/>
              </w:rPr>
            </w:pPr>
          </w:p>
        </w:tc>
        <w:tc>
          <w:tcPr>
            <w:tcW w:w="270" w:type="dxa"/>
            <w:vMerge/>
            <w:tcBorders>
              <w:top w:val="single" w:sz="4" w:space="0" w:color="auto"/>
              <w:left w:val="single" w:sz="4" w:space="0" w:color="auto"/>
              <w:bottom w:val="single" w:sz="4" w:space="0" w:color="auto"/>
              <w:right w:val="single" w:sz="4" w:space="0" w:color="auto"/>
            </w:tcBorders>
          </w:tcPr>
          <w:p w14:paraId="67E056A7" w14:textId="77777777" w:rsidR="00FC50C5" w:rsidRDefault="00FC50C5">
            <w:pPr>
              <w:widowControl w:val="0"/>
              <w:pBdr>
                <w:top w:val="nil"/>
                <w:left w:val="nil"/>
                <w:bottom w:val="nil"/>
                <w:right w:val="nil"/>
                <w:between w:val="nil"/>
              </w:pBdr>
              <w:spacing w:line="276" w:lineRule="auto"/>
              <w:rPr>
                <w:sz w:val="24"/>
                <w:szCs w:val="24"/>
              </w:rPr>
            </w:pPr>
          </w:p>
        </w:tc>
        <w:tc>
          <w:tcPr>
            <w:tcW w:w="360" w:type="dxa"/>
            <w:vMerge/>
            <w:tcBorders>
              <w:top w:val="single" w:sz="4" w:space="0" w:color="auto"/>
              <w:left w:val="single" w:sz="4" w:space="0" w:color="auto"/>
              <w:bottom w:val="single" w:sz="4" w:space="0" w:color="auto"/>
              <w:right w:val="single" w:sz="4" w:space="0" w:color="auto"/>
            </w:tcBorders>
          </w:tcPr>
          <w:p w14:paraId="24693344" w14:textId="77777777" w:rsidR="00FC50C5" w:rsidRDefault="00FC50C5">
            <w:pPr>
              <w:widowControl w:val="0"/>
              <w:pBdr>
                <w:top w:val="nil"/>
                <w:left w:val="nil"/>
                <w:bottom w:val="nil"/>
                <w:right w:val="nil"/>
                <w:between w:val="nil"/>
              </w:pBdr>
              <w:spacing w:line="276" w:lineRule="auto"/>
              <w:rPr>
                <w:sz w:val="24"/>
                <w:szCs w:val="24"/>
              </w:rPr>
            </w:pPr>
          </w:p>
        </w:tc>
        <w:tc>
          <w:tcPr>
            <w:tcW w:w="394" w:type="dxa"/>
            <w:vMerge/>
            <w:tcBorders>
              <w:top w:val="single" w:sz="4" w:space="0" w:color="auto"/>
              <w:left w:val="single" w:sz="4" w:space="0" w:color="auto"/>
              <w:bottom w:val="single" w:sz="4" w:space="0" w:color="auto"/>
              <w:right w:val="single" w:sz="4" w:space="0" w:color="auto"/>
            </w:tcBorders>
          </w:tcPr>
          <w:p w14:paraId="72E06F13" w14:textId="77777777" w:rsidR="00FC50C5" w:rsidRDefault="00FC50C5">
            <w:pPr>
              <w:widowControl w:val="0"/>
              <w:pBdr>
                <w:top w:val="nil"/>
                <w:left w:val="nil"/>
                <w:bottom w:val="nil"/>
                <w:right w:val="nil"/>
                <w:between w:val="nil"/>
              </w:pBdr>
              <w:spacing w:line="276" w:lineRule="auto"/>
              <w:rPr>
                <w:sz w:val="24"/>
                <w:szCs w:val="24"/>
              </w:rPr>
            </w:pPr>
          </w:p>
        </w:tc>
      </w:tr>
      <w:tr w:rsidR="00FC50C5" w14:paraId="230D4AEE" w14:textId="77777777" w:rsidTr="00E80FD8">
        <w:tc>
          <w:tcPr>
            <w:tcW w:w="663" w:type="dxa"/>
            <w:vMerge/>
            <w:tcBorders>
              <w:top w:val="single" w:sz="4" w:space="0" w:color="auto"/>
              <w:left w:val="single" w:sz="4" w:space="0" w:color="auto"/>
              <w:bottom w:val="single" w:sz="4" w:space="0" w:color="auto"/>
              <w:right w:val="single" w:sz="4" w:space="0" w:color="auto"/>
            </w:tcBorders>
          </w:tcPr>
          <w:p w14:paraId="7AC92C74" w14:textId="77777777" w:rsidR="00FC50C5" w:rsidRDefault="00FC50C5">
            <w:pPr>
              <w:widowControl w:val="0"/>
              <w:pBdr>
                <w:top w:val="nil"/>
                <w:left w:val="nil"/>
                <w:bottom w:val="nil"/>
                <w:right w:val="nil"/>
                <w:between w:val="nil"/>
              </w:pBdr>
              <w:spacing w:line="276" w:lineRule="auto"/>
              <w:rPr>
                <w:sz w:val="24"/>
                <w:szCs w:val="24"/>
              </w:rPr>
            </w:pPr>
          </w:p>
        </w:tc>
        <w:tc>
          <w:tcPr>
            <w:tcW w:w="1395" w:type="dxa"/>
            <w:gridSpan w:val="2"/>
            <w:tcBorders>
              <w:top w:val="single" w:sz="4" w:space="0" w:color="auto"/>
              <w:left w:val="single" w:sz="4" w:space="0" w:color="auto"/>
              <w:bottom w:val="single" w:sz="4" w:space="0" w:color="auto"/>
              <w:right w:val="single" w:sz="4" w:space="0" w:color="auto"/>
            </w:tcBorders>
          </w:tcPr>
          <w:p w14:paraId="12BB4DC9" w14:textId="77777777" w:rsidR="00FC50C5" w:rsidRDefault="00000000">
            <w:pPr>
              <w:jc w:val="center"/>
              <w:rPr>
                <w:sz w:val="24"/>
                <w:szCs w:val="24"/>
              </w:rPr>
            </w:pPr>
            <w:r>
              <w:rPr>
                <w:rFonts w:ascii="Arial" w:hAnsi="Arial"/>
                <w:sz w:val="20"/>
              </w:rPr>
              <w:t>CSE21848 </w:t>
            </w:r>
          </w:p>
        </w:tc>
        <w:tc>
          <w:tcPr>
            <w:tcW w:w="4693" w:type="dxa"/>
            <w:gridSpan w:val="3"/>
            <w:tcBorders>
              <w:top w:val="single" w:sz="4" w:space="0" w:color="auto"/>
              <w:left w:val="single" w:sz="4" w:space="0" w:color="auto"/>
              <w:bottom w:val="single" w:sz="4" w:space="0" w:color="auto"/>
              <w:right w:val="single" w:sz="4" w:space="0" w:color="auto"/>
            </w:tcBorders>
          </w:tcPr>
          <w:p w14:paraId="36A3E45F" w14:textId="77777777" w:rsidR="00FC50C5" w:rsidRDefault="00000000">
            <w:pPr>
              <w:jc w:val="center"/>
              <w:rPr>
                <w:sz w:val="24"/>
                <w:szCs w:val="24"/>
              </w:rPr>
            </w:pPr>
            <w:r>
              <w:rPr>
                <w:rFonts w:ascii="Arial" w:hAnsi="Arial"/>
                <w:sz w:val="20"/>
                <w:szCs w:val="24"/>
              </w:rPr>
              <w:t>Natural Language Processing</w:t>
            </w:r>
          </w:p>
        </w:tc>
        <w:tc>
          <w:tcPr>
            <w:tcW w:w="456" w:type="dxa"/>
            <w:vMerge/>
            <w:tcBorders>
              <w:top w:val="single" w:sz="4" w:space="0" w:color="auto"/>
              <w:left w:val="single" w:sz="4" w:space="0" w:color="auto"/>
              <w:bottom w:val="single" w:sz="4" w:space="0" w:color="auto"/>
              <w:right w:val="single" w:sz="4" w:space="0" w:color="auto"/>
            </w:tcBorders>
          </w:tcPr>
          <w:p w14:paraId="487CEDDF" w14:textId="77777777" w:rsidR="00FC50C5" w:rsidRDefault="00FC50C5">
            <w:pPr>
              <w:widowControl w:val="0"/>
              <w:pBdr>
                <w:top w:val="nil"/>
                <w:left w:val="nil"/>
                <w:bottom w:val="nil"/>
                <w:right w:val="nil"/>
                <w:between w:val="nil"/>
              </w:pBdr>
              <w:spacing w:line="276" w:lineRule="auto"/>
              <w:rPr>
                <w:sz w:val="24"/>
                <w:szCs w:val="24"/>
              </w:rPr>
            </w:pPr>
          </w:p>
        </w:tc>
        <w:tc>
          <w:tcPr>
            <w:tcW w:w="2508" w:type="dxa"/>
            <w:vMerge/>
            <w:tcBorders>
              <w:top w:val="single" w:sz="4" w:space="0" w:color="auto"/>
              <w:left w:val="single" w:sz="4" w:space="0" w:color="auto"/>
              <w:bottom w:val="single" w:sz="4" w:space="0" w:color="auto"/>
              <w:right w:val="single" w:sz="4" w:space="0" w:color="auto"/>
            </w:tcBorders>
          </w:tcPr>
          <w:p w14:paraId="7BBE6A49" w14:textId="77777777" w:rsidR="00FC50C5" w:rsidRDefault="00FC50C5">
            <w:pPr>
              <w:widowControl w:val="0"/>
              <w:pBdr>
                <w:top w:val="nil"/>
                <w:left w:val="nil"/>
                <w:bottom w:val="nil"/>
                <w:right w:val="nil"/>
                <w:between w:val="nil"/>
              </w:pBdr>
              <w:spacing w:line="276" w:lineRule="auto"/>
              <w:rPr>
                <w:sz w:val="24"/>
                <w:szCs w:val="24"/>
              </w:rPr>
            </w:pPr>
          </w:p>
        </w:tc>
        <w:tc>
          <w:tcPr>
            <w:tcW w:w="270" w:type="dxa"/>
            <w:vMerge/>
            <w:tcBorders>
              <w:top w:val="single" w:sz="4" w:space="0" w:color="auto"/>
              <w:left w:val="single" w:sz="4" w:space="0" w:color="auto"/>
              <w:bottom w:val="single" w:sz="4" w:space="0" w:color="auto"/>
              <w:right w:val="single" w:sz="4" w:space="0" w:color="auto"/>
            </w:tcBorders>
          </w:tcPr>
          <w:p w14:paraId="53007066" w14:textId="77777777" w:rsidR="00FC50C5" w:rsidRDefault="00FC50C5">
            <w:pPr>
              <w:widowControl w:val="0"/>
              <w:pBdr>
                <w:top w:val="nil"/>
                <w:left w:val="nil"/>
                <w:bottom w:val="nil"/>
                <w:right w:val="nil"/>
                <w:between w:val="nil"/>
              </w:pBdr>
              <w:spacing w:line="276" w:lineRule="auto"/>
              <w:rPr>
                <w:sz w:val="24"/>
                <w:szCs w:val="24"/>
              </w:rPr>
            </w:pPr>
          </w:p>
        </w:tc>
        <w:tc>
          <w:tcPr>
            <w:tcW w:w="360" w:type="dxa"/>
            <w:vMerge/>
            <w:tcBorders>
              <w:top w:val="single" w:sz="4" w:space="0" w:color="auto"/>
              <w:left w:val="single" w:sz="4" w:space="0" w:color="auto"/>
              <w:bottom w:val="single" w:sz="4" w:space="0" w:color="auto"/>
              <w:right w:val="single" w:sz="4" w:space="0" w:color="auto"/>
            </w:tcBorders>
          </w:tcPr>
          <w:p w14:paraId="52E4D8E3" w14:textId="77777777" w:rsidR="00FC50C5" w:rsidRDefault="00FC50C5">
            <w:pPr>
              <w:widowControl w:val="0"/>
              <w:pBdr>
                <w:top w:val="nil"/>
                <w:left w:val="nil"/>
                <w:bottom w:val="nil"/>
                <w:right w:val="nil"/>
                <w:between w:val="nil"/>
              </w:pBdr>
              <w:spacing w:line="276" w:lineRule="auto"/>
              <w:rPr>
                <w:sz w:val="24"/>
                <w:szCs w:val="24"/>
              </w:rPr>
            </w:pPr>
          </w:p>
        </w:tc>
        <w:tc>
          <w:tcPr>
            <w:tcW w:w="394" w:type="dxa"/>
            <w:vMerge/>
            <w:tcBorders>
              <w:top w:val="single" w:sz="4" w:space="0" w:color="auto"/>
              <w:left w:val="single" w:sz="4" w:space="0" w:color="auto"/>
              <w:bottom w:val="single" w:sz="4" w:space="0" w:color="auto"/>
              <w:right w:val="single" w:sz="4" w:space="0" w:color="auto"/>
            </w:tcBorders>
          </w:tcPr>
          <w:p w14:paraId="30616285" w14:textId="77777777" w:rsidR="00FC50C5" w:rsidRDefault="00FC50C5">
            <w:pPr>
              <w:widowControl w:val="0"/>
              <w:pBdr>
                <w:top w:val="nil"/>
                <w:left w:val="nil"/>
                <w:bottom w:val="nil"/>
                <w:right w:val="nil"/>
                <w:between w:val="nil"/>
              </w:pBdr>
              <w:spacing w:line="276" w:lineRule="auto"/>
              <w:rPr>
                <w:sz w:val="24"/>
                <w:szCs w:val="24"/>
              </w:rPr>
            </w:pPr>
          </w:p>
        </w:tc>
      </w:tr>
      <w:tr w:rsidR="00FC50C5" w14:paraId="0F7D66E8" w14:textId="77777777" w:rsidTr="00E80FD8">
        <w:tc>
          <w:tcPr>
            <w:tcW w:w="663" w:type="dxa"/>
            <w:vMerge w:val="restart"/>
            <w:tcBorders>
              <w:top w:val="single" w:sz="4" w:space="0" w:color="auto"/>
              <w:left w:val="single" w:sz="4" w:space="0" w:color="auto"/>
              <w:bottom w:val="single" w:sz="4" w:space="0" w:color="auto"/>
              <w:right w:val="single" w:sz="4" w:space="0" w:color="auto"/>
            </w:tcBorders>
          </w:tcPr>
          <w:p w14:paraId="5000524B" w14:textId="77777777" w:rsidR="00FC50C5" w:rsidRDefault="00000000">
            <w:pPr>
              <w:jc w:val="center"/>
              <w:rPr>
                <w:sz w:val="24"/>
                <w:szCs w:val="24"/>
              </w:rPr>
            </w:pPr>
            <w:r>
              <w:rPr>
                <w:rFonts w:ascii="Arial" w:hAnsi="Arial"/>
                <w:color w:val="000000"/>
                <w:sz w:val="20"/>
                <w:szCs w:val="24"/>
              </w:rPr>
              <w:t>2</w:t>
            </w:r>
          </w:p>
        </w:tc>
        <w:tc>
          <w:tcPr>
            <w:tcW w:w="1395" w:type="dxa"/>
            <w:gridSpan w:val="2"/>
            <w:tcBorders>
              <w:top w:val="single" w:sz="4" w:space="0" w:color="auto"/>
              <w:left w:val="single" w:sz="4" w:space="0" w:color="auto"/>
              <w:bottom w:val="single" w:sz="4" w:space="0" w:color="auto"/>
              <w:right w:val="single" w:sz="4" w:space="0" w:color="auto"/>
            </w:tcBorders>
          </w:tcPr>
          <w:p w14:paraId="3761EC2D" w14:textId="77777777" w:rsidR="00FC50C5" w:rsidRDefault="00000000">
            <w:pPr>
              <w:jc w:val="center"/>
              <w:rPr>
                <w:sz w:val="24"/>
                <w:szCs w:val="24"/>
              </w:rPr>
            </w:pPr>
            <w:r>
              <w:rPr>
                <w:rFonts w:ascii="Arial" w:hAnsi="Arial"/>
                <w:sz w:val="20"/>
              </w:rPr>
              <w:t> </w:t>
            </w:r>
          </w:p>
        </w:tc>
        <w:tc>
          <w:tcPr>
            <w:tcW w:w="4693" w:type="dxa"/>
            <w:gridSpan w:val="3"/>
            <w:tcBorders>
              <w:top w:val="single" w:sz="4" w:space="0" w:color="auto"/>
              <w:left w:val="single" w:sz="4" w:space="0" w:color="auto"/>
              <w:bottom w:val="single" w:sz="4" w:space="0" w:color="auto"/>
              <w:right w:val="single" w:sz="4" w:space="0" w:color="auto"/>
            </w:tcBorders>
          </w:tcPr>
          <w:p w14:paraId="42AE4786" w14:textId="77777777" w:rsidR="00FC50C5" w:rsidRDefault="00000000">
            <w:pPr>
              <w:jc w:val="center"/>
              <w:rPr>
                <w:sz w:val="24"/>
                <w:szCs w:val="24"/>
              </w:rPr>
            </w:pPr>
            <w:r>
              <w:rPr>
                <w:rFonts w:ascii="Arial" w:hAnsi="Arial"/>
                <w:sz w:val="20"/>
                <w:szCs w:val="24"/>
              </w:rPr>
              <w:t>Elective – II</w:t>
            </w:r>
          </w:p>
        </w:tc>
        <w:tc>
          <w:tcPr>
            <w:tcW w:w="456" w:type="dxa"/>
            <w:vMerge w:val="restart"/>
            <w:tcBorders>
              <w:top w:val="single" w:sz="4" w:space="0" w:color="auto"/>
              <w:left w:val="single" w:sz="4" w:space="0" w:color="auto"/>
              <w:bottom w:val="single" w:sz="4" w:space="0" w:color="auto"/>
              <w:right w:val="single" w:sz="4" w:space="0" w:color="auto"/>
            </w:tcBorders>
          </w:tcPr>
          <w:p w14:paraId="32FABCF7" w14:textId="77777777" w:rsidR="00FC50C5" w:rsidRDefault="00000000">
            <w:pPr>
              <w:jc w:val="center"/>
              <w:rPr>
                <w:sz w:val="24"/>
                <w:szCs w:val="24"/>
              </w:rPr>
            </w:pPr>
            <w:r>
              <w:rPr>
                <w:rFonts w:ascii="Arial" w:hAnsi="Arial"/>
                <w:sz w:val="20"/>
              </w:rPr>
              <w:t>3</w:t>
            </w:r>
          </w:p>
        </w:tc>
        <w:tc>
          <w:tcPr>
            <w:tcW w:w="2508" w:type="dxa"/>
            <w:vMerge w:val="restart"/>
            <w:tcBorders>
              <w:top w:val="single" w:sz="4" w:space="0" w:color="auto"/>
              <w:left w:val="single" w:sz="4" w:space="0" w:color="auto"/>
              <w:bottom w:val="single" w:sz="4" w:space="0" w:color="auto"/>
              <w:right w:val="single" w:sz="4" w:space="0" w:color="auto"/>
            </w:tcBorders>
          </w:tcPr>
          <w:p w14:paraId="58302F0A" w14:textId="77777777" w:rsidR="00FC50C5" w:rsidRDefault="00000000">
            <w:pPr>
              <w:jc w:val="center"/>
              <w:rPr>
                <w:sz w:val="24"/>
                <w:szCs w:val="24"/>
              </w:rPr>
            </w:pPr>
            <w:r>
              <w:rPr>
                <w:rFonts w:ascii="Arial" w:hAnsi="Arial"/>
                <w:sz w:val="20"/>
              </w:rPr>
              <w:t>0</w:t>
            </w:r>
          </w:p>
        </w:tc>
        <w:tc>
          <w:tcPr>
            <w:tcW w:w="270" w:type="dxa"/>
            <w:vMerge w:val="restart"/>
            <w:tcBorders>
              <w:top w:val="single" w:sz="4" w:space="0" w:color="auto"/>
              <w:left w:val="single" w:sz="4" w:space="0" w:color="auto"/>
              <w:bottom w:val="single" w:sz="4" w:space="0" w:color="auto"/>
              <w:right w:val="single" w:sz="4" w:space="0" w:color="auto"/>
            </w:tcBorders>
          </w:tcPr>
          <w:p w14:paraId="4B896E45" w14:textId="77777777" w:rsidR="00FC50C5" w:rsidRDefault="00000000">
            <w:pPr>
              <w:jc w:val="center"/>
              <w:rPr>
                <w:sz w:val="24"/>
                <w:szCs w:val="24"/>
              </w:rPr>
            </w:pPr>
            <w:r>
              <w:rPr>
                <w:rFonts w:ascii="Arial" w:hAnsi="Arial"/>
                <w:sz w:val="20"/>
              </w:rPr>
              <w:t>0</w:t>
            </w:r>
          </w:p>
        </w:tc>
        <w:tc>
          <w:tcPr>
            <w:tcW w:w="360" w:type="dxa"/>
            <w:vMerge w:val="restart"/>
            <w:tcBorders>
              <w:top w:val="single" w:sz="4" w:space="0" w:color="auto"/>
              <w:left w:val="single" w:sz="4" w:space="0" w:color="auto"/>
              <w:bottom w:val="single" w:sz="4" w:space="0" w:color="auto"/>
              <w:right w:val="single" w:sz="4" w:space="0" w:color="auto"/>
            </w:tcBorders>
          </w:tcPr>
          <w:p w14:paraId="72582C86" w14:textId="77777777" w:rsidR="00FC50C5" w:rsidRDefault="00000000">
            <w:pPr>
              <w:jc w:val="center"/>
              <w:rPr>
                <w:sz w:val="24"/>
                <w:szCs w:val="24"/>
              </w:rPr>
            </w:pPr>
            <w:r>
              <w:rPr>
                <w:rFonts w:ascii="Arial" w:hAnsi="Arial"/>
                <w:sz w:val="20"/>
              </w:rPr>
              <w:t>0</w:t>
            </w:r>
          </w:p>
        </w:tc>
        <w:tc>
          <w:tcPr>
            <w:tcW w:w="394" w:type="dxa"/>
            <w:vMerge w:val="restart"/>
            <w:tcBorders>
              <w:top w:val="single" w:sz="4" w:space="0" w:color="auto"/>
              <w:left w:val="single" w:sz="4" w:space="0" w:color="auto"/>
              <w:bottom w:val="single" w:sz="4" w:space="0" w:color="auto"/>
              <w:right w:val="single" w:sz="4" w:space="0" w:color="auto"/>
            </w:tcBorders>
          </w:tcPr>
          <w:p w14:paraId="3BB0FA41" w14:textId="77777777" w:rsidR="00FC50C5" w:rsidRDefault="00000000">
            <w:pPr>
              <w:jc w:val="center"/>
              <w:rPr>
                <w:sz w:val="24"/>
                <w:szCs w:val="24"/>
              </w:rPr>
            </w:pPr>
            <w:r>
              <w:rPr>
                <w:rFonts w:ascii="Arial" w:hAnsi="Arial"/>
                <w:sz w:val="20"/>
              </w:rPr>
              <w:t>3</w:t>
            </w:r>
          </w:p>
        </w:tc>
      </w:tr>
      <w:tr w:rsidR="00FC50C5" w14:paraId="64C849E4" w14:textId="77777777" w:rsidTr="00E80FD8">
        <w:tc>
          <w:tcPr>
            <w:tcW w:w="663" w:type="dxa"/>
            <w:vMerge/>
            <w:tcBorders>
              <w:top w:val="single" w:sz="4" w:space="0" w:color="auto"/>
              <w:left w:val="single" w:sz="4" w:space="0" w:color="auto"/>
              <w:bottom w:val="single" w:sz="4" w:space="0" w:color="auto"/>
              <w:right w:val="single" w:sz="4" w:space="0" w:color="auto"/>
            </w:tcBorders>
          </w:tcPr>
          <w:p w14:paraId="58E19D35" w14:textId="77777777" w:rsidR="00FC50C5" w:rsidRDefault="00FC50C5">
            <w:pPr>
              <w:widowControl w:val="0"/>
              <w:pBdr>
                <w:top w:val="nil"/>
                <w:left w:val="nil"/>
                <w:bottom w:val="nil"/>
                <w:right w:val="nil"/>
                <w:between w:val="nil"/>
              </w:pBdr>
              <w:spacing w:line="276" w:lineRule="auto"/>
              <w:rPr>
                <w:sz w:val="24"/>
                <w:szCs w:val="24"/>
              </w:rPr>
            </w:pPr>
          </w:p>
        </w:tc>
        <w:tc>
          <w:tcPr>
            <w:tcW w:w="1395" w:type="dxa"/>
            <w:gridSpan w:val="2"/>
            <w:tcBorders>
              <w:top w:val="single" w:sz="4" w:space="0" w:color="auto"/>
              <w:left w:val="single" w:sz="4" w:space="0" w:color="auto"/>
              <w:bottom w:val="single" w:sz="4" w:space="0" w:color="auto"/>
              <w:right w:val="single" w:sz="4" w:space="0" w:color="auto"/>
            </w:tcBorders>
          </w:tcPr>
          <w:p w14:paraId="6258ECAB" w14:textId="77777777" w:rsidR="00FC50C5" w:rsidRDefault="00000000">
            <w:pPr>
              <w:jc w:val="center"/>
              <w:rPr>
                <w:sz w:val="24"/>
                <w:szCs w:val="24"/>
              </w:rPr>
            </w:pPr>
            <w:r>
              <w:rPr>
                <w:rFonts w:ascii="Arial" w:hAnsi="Arial"/>
                <w:sz w:val="20"/>
              </w:rPr>
              <w:t>CSE21849 </w:t>
            </w:r>
          </w:p>
        </w:tc>
        <w:tc>
          <w:tcPr>
            <w:tcW w:w="4693" w:type="dxa"/>
            <w:gridSpan w:val="3"/>
            <w:tcBorders>
              <w:top w:val="single" w:sz="4" w:space="0" w:color="auto"/>
              <w:left w:val="single" w:sz="4" w:space="0" w:color="auto"/>
              <w:bottom w:val="single" w:sz="4" w:space="0" w:color="auto"/>
              <w:right w:val="single" w:sz="4" w:space="0" w:color="auto"/>
            </w:tcBorders>
          </w:tcPr>
          <w:p w14:paraId="087C43FA" w14:textId="77777777" w:rsidR="00FC50C5" w:rsidRDefault="00000000">
            <w:pPr>
              <w:jc w:val="center"/>
              <w:rPr>
                <w:sz w:val="24"/>
                <w:szCs w:val="24"/>
              </w:rPr>
            </w:pPr>
            <w:r>
              <w:rPr>
                <w:rFonts w:ascii="Arial" w:hAnsi="Arial"/>
                <w:sz w:val="20"/>
                <w:szCs w:val="24"/>
              </w:rPr>
              <w:t>Computer Forensics</w:t>
            </w:r>
          </w:p>
        </w:tc>
        <w:tc>
          <w:tcPr>
            <w:tcW w:w="456" w:type="dxa"/>
            <w:vMerge/>
            <w:tcBorders>
              <w:top w:val="single" w:sz="4" w:space="0" w:color="auto"/>
              <w:left w:val="single" w:sz="4" w:space="0" w:color="auto"/>
              <w:bottom w:val="single" w:sz="4" w:space="0" w:color="auto"/>
              <w:right w:val="single" w:sz="4" w:space="0" w:color="auto"/>
            </w:tcBorders>
          </w:tcPr>
          <w:p w14:paraId="224877DB" w14:textId="77777777" w:rsidR="00FC50C5" w:rsidRDefault="00FC50C5">
            <w:pPr>
              <w:widowControl w:val="0"/>
              <w:pBdr>
                <w:top w:val="nil"/>
                <w:left w:val="nil"/>
                <w:bottom w:val="nil"/>
                <w:right w:val="nil"/>
                <w:between w:val="nil"/>
              </w:pBdr>
              <w:spacing w:line="276" w:lineRule="auto"/>
              <w:rPr>
                <w:sz w:val="24"/>
                <w:szCs w:val="24"/>
              </w:rPr>
            </w:pPr>
          </w:p>
        </w:tc>
        <w:tc>
          <w:tcPr>
            <w:tcW w:w="2508" w:type="dxa"/>
            <w:vMerge/>
            <w:tcBorders>
              <w:top w:val="single" w:sz="4" w:space="0" w:color="auto"/>
              <w:left w:val="single" w:sz="4" w:space="0" w:color="auto"/>
              <w:bottom w:val="single" w:sz="4" w:space="0" w:color="auto"/>
              <w:right w:val="single" w:sz="4" w:space="0" w:color="auto"/>
            </w:tcBorders>
          </w:tcPr>
          <w:p w14:paraId="512AE293" w14:textId="77777777" w:rsidR="00FC50C5" w:rsidRDefault="00FC50C5">
            <w:pPr>
              <w:widowControl w:val="0"/>
              <w:pBdr>
                <w:top w:val="nil"/>
                <w:left w:val="nil"/>
                <w:bottom w:val="nil"/>
                <w:right w:val="nil"/>
                <w:between w:val="nil"/>
              </w:pBdr>
              <w:spacing w:line="276" w:lineRule="auto"/>
              <w:rPr>
                <w:sz w:val="24"/>
                <w:szCs w:val="24"/>
              </w:rPr>
            </w:pPr>
          </w:p>
        </w:tc>
        <w:tc>
          <w:tcPr>
            <w:tcW w:w="270" w:type="dxa"/>
            <w:vMerge/>
            <w:tcBorders>
              <w:top w:val="single" w:sz="4" w:space="0" w:color="auto"/>
              <w:left w:val="single" w:sz="4" w:space="0" w:color="auto"/>
              <w:bottom w:val="single" w:sz="4" w:space="0" w:color="auto"/>
              <w:right w:val="single" w:sz="4" w:space="0" w:color="auto"/>
            </w:tcBorders>
          </w:tcPr>
          <w:p w14:paraId="75430F52" w14:textId="77777777" w:rsidR="00FC50C5" w:rsidRDefault="00FC50C5">
            <w:pPr>
              <w:widowControl w:val="0"/>
              <w:pBdr>
                <w:top w:val="nil"/>
                <w:left w:val="nil"/>
                <w:bottom w:val="nil"/>
                <w:right w:val="nil"/>
                <w:between w:val="nil"/>
              </w:pBdr>
              <w:spacing w:line="276" w:lineRule="auto"/>
              <w:rPr>
                <w:sz w:val="24"/>
                <w:szCs w:val="24"/>
              </w:rPr>
            </w:pPr>
          </w:p>
        </w:tc>
        <w:tc>
          <w:tcPr>
            <w:tcW w:w="360" w:type="dxa"/>
            <w:vMerge/>
            <w:tcBorders>
              <w:top w:val="single" w:sz="4" w:space="0" w:color="auto"/>
              <w:left w:val="single" w:sz="4" w:space="0" w:color="auto"/>
              <w:bottom w:val="single" w:sz="4" w:space="0" w:color="auto"/>
              <w:right w:val="single" w:sz="4" w:space="0" w:color="auto"/>
            </w:tcBorders>
          </w:tcPr>
          <w:p w14:paraId="28AFA88A" w14:textId="77777777" w:rsidR="00FC50C5" w:rsidRDefault="00FC50C5">
            <w:pPr>
              <w:widowControl w:val="0"/>
              <w:pBdr>
                <w:top w:val="nil"/>
                <w:left w:val="nil"/>
                <w:bottom w:val="nil"/>
                <w:right w:val="nil"/>
                <w:between w:val="nil"/>
              </w:pBdr>
              <w:spacing w:line="276" w:lineRule="auto"/>
              <w:rPr>
                <w:sz w:val="24"/>
                <w:szCs w:val="24"/>
              </w:rPr>
            </w:pPr>
          </w:p>
        </w:tc>
        <w:tc>
          <w:tcPr>
            <w:tcW w:w="394" w:type="dxa"/>
            <w:vMerge/>
            <w:tcBorders>
              <w:top w:val="single" w:sz="4" w:space="0" w:color="auto"/>
              <w:left w:val="single" w:sz="4" w:space="0" w:color="auto"/>
              <w:bottom w:val="single" w:sz="4" w:space="0" w:color="auto"/>
              <w:right w:val="single" w:sz="4" w:space="0" w:color="auto"/>
            </w:tcBorders>
          </w:tcPr>
          <w:p w14:paraId="75E17166" w14:textId="77777777" w:rsidR="00FC50C5" w:rsidRDefault="00FC50C5">
            <w:pPr>
              <w:widowControl w:val="0"/>
              <w:pBdr>
                <w:top w:val="nil"/>
                <w:left w:val="nil"/>
                <w:bottom w:val="nil"/>
                <w:right w:val="nil"/>
                <w:between w:val="nil"/>
              </w:pBdr>
              <w:spacing w:line="276" w:lineRule="auto"/>
              <w:rPr>
                <w:sz w:val="24"/>
                <w:szCs w:val="24"/>
              </w:rPr>
            </w:pPr>
          </w:p>
        </w:tc>
      </w:tr>
      <w:tr w:rsidR="00FC50C5" w14:paraId="3062D12A" w14:textId="77777777" w:rsidTr="00E80FD8">
        <w:tc>
          <w:tcPr>
            <w:tcW w:w="663" w:type="dxa"/>
            <w:vMerge/>
            <w:tcBorders>
              <w:top w:val="single" w:sz="4" w:space="0" w:color="auto"/>
              <w:left w:val="single" w:sz="4" w:space="0" w:color="auto"/>
              <w:bottom w:val="single" w:sz="4" w:space="0" w:color="auto"/>
              <w:right w:val="single" w:sz="4" w:space="0" w:color="auto"/>
            </w:tcBorders>
          </w:tcPr>
          <w:p w14:paraId="72C7A922" w14:textId="77777777" w:rsidR="00FC50C5" w:rsidRDefault="00FC50C5">
            <w:pPr>
              <w:widowControl w:val="0"/>
              <w:pBdr>
                <w:top w:val="nil"/>
                <w:left w:val="nil"/>
                <w:bottom w:val="nil"/>
                <w:right w:val="nil"/>
                <w:between w:val="nil"/>
              </w:pBdr>
              <w:spacing w:line="276" w:lineRule="auto"/>
              <w:rPr>
                <w:sz w:val="24"/>
                <w:szCs w:val="24"/>
              </w:rPr>
            </w:pPr>
          </w:p>
        </w:tc>
        <w:tc>
          <w:tcPr>
            <w:tcW w:w="1395" w:type="dxa"/>
            <w:gridSpan w:val="2"/>
            <w:tcBorders>
              <w:top w:val="single" w:sz="4" w:space="0" w:color="auto"/>
              <w:left w:val="single" w:sz="4" w:space="0" w:color="auto"/>
              <w:bottom w:val="single" w:sz="4" w:space="0" w:color="auto"/>
              <w:right w:val="single" w:sz="4" w:space="0" w:color="auto"/>
            </w:tcBorders>
          </w:tcPr>
          <w:p w14:paraId="70B08079" w14:textId="77777777" w:rsidR="00FC50C5" w:rsidRDefault="00000000">
            <w:pPr>
              <w:jc w:val="center"/>
              <w:rPr>
                <w:sz w:val="24"/>
                <w:szCs w:val="24"/>
              </w:rPr>
            </w:pPr>
            <w:r>
              <w:rPr>
                <w:rFonts w:ascii="Arial" w:hAnsi="Arial"/>
                <w:sz w:val="20"/>
              </w:rPr>
              <w:t>CSE21850 </w:t>
            </w:r>
          </w:p>
        </w:tc>
        <w:tc>
          <w:tcPr>
            <w:tcW w:w="4693" w:type="dxa"/>
            <w:gridSpan w:val="3"/>
            <w:tcBorders>
              <w:top w:val="single" w:sz="4" w:space="0" w:color="auto"/>
              <w:left w:val="single" w:sz="4" w:space="0" w:color="auto"/>
              <w:bottom w:val="single" w:sz="4" w:space="0" w:color="auto"/>
              <w:right w:val="single" w:sz="4" w:space="0" w:color="auto"/>
            </w:tcBorders>
          </w:tcPr>
          <w:p w14:paraId="3E3D9D5D" w14:textId="77777777" w:rsidR="00FC50C5" w:rsidRDefault="00000000">
            <w:pPr>
              <w:jc w:val="center"/>
              <w:rPr>
                <w:sz w:val="24"/>
                <w:szCs w:val="24"/>
              </w:rPr>
            </w:pPr>
            <w:r>
              <w:rPr>
                <w:rFonts w:ascii="Arial" w:hAnsi="Arial"/>
                <w:sz w:val="20"/>
                <w:szCs w:val="24"/>
              </w:rPr>
              <w:t>Software Architecture</w:t>
            </w:r>
          </w:p>
        </w:tc>
        <w:tc>
          <w:tcPr>
            <w:tcW w:w="456" w:type="dxa"/>
            <w:vMerge/>
            <w:tcBorders>
              <w:top w:val="single" w:sz="4" w:space="0" w:color="auto"/>
              <w:left w:val="single" w:sz="4" w:space="0" w:color="auto"/>
              <w:bottom w:val="single" w:sz="4" w:space="0" w:color="auto"/>
              <w:right w:val="single" w:sz="4" w:space="0" w:color="auto"/>
            </w:tcBorders>
          </w:tcPr>
          <w:p w14:paraId="5CCAD8EB" w14:textId="77777777" w:rsidR="00FC50C5" w:rsidRDefault="00FC50C5">
            <w:pPr>
              <w:widowControl w:val="0"/>
              <w:pBdr>
                <w:top w:val="nil"/>
                <w:left w:val="nil"/>
                <w:bottom w:val="nil"/>
                <w:right w:val="nil"/>
                <w:between w:val="nil"/>
              </w:pBdr>
              <w:spacing w:line="276" w:lineRule="auto"/>
              <w:rPr>
                <w:sz w:val="24"/>
                <w:szCs w:val="24"/>
              </w:rPr>
            </w:pPr>
          </w:p>
        </w:tc>
        <w:tc>
          <w:tcPr>
            <w:tcW w:w="2508" w:type="dxa"/>
            <w:vMerge/>
            <w:tcBorders>
              <w:top w:val="single" w:sz="4" w:space="0" w:color="auto"/>
              <w:left w:val="single" w:sz="4" w:space="0" w:color="auto"/>
              <w:bottom w:val="single" w:sz="4" w:space="0" w:color="auto"/>
              <w:right w:val="single" w:sz="4" w:space="0" w:color="auto"/>
            </w:tcBorders>
          </w:tcPr>
          <w:p w14:paraId="6CF08AEE" w14:textId="77777777" w:rsidR="00FC50C5" w:rsidRDefault="00FC50C5">
            <w:pPr>
              <w:widowControl w:val="0"/>
              <w:pBdr>
                <w:top w:val="nil"/>
                <w:left w:val="nil"/>
                <w:bottom w:val="nil"/>
                <w:right w:val="nil"/>
                <w:between w:val="nil"/>
              </w:pBdr>
              <w:spacing w:line="276" w:lineRule="auto"/>
              <w:rPr>
                <w:sz w:val="24"/>
                <w:szCs w:val="24"/>
              </w:rPr>
            </w:pPr>
          </w:p>
        </w:tc>
        <w:tc>
          <w:tcPr>
            <w:tcW w:w="270" w:type="dxa"/>
            <w:vMerge/>
            <w:tcBorders>
              <w:top w:val="single" w:sz="4" w:space="0" w:color="auto"/>
              <w:left w:val="single" w:sz="4" w:space="0" w:color="auto"/>
              <w:bottom w:val="single" w:sz="4" w:space="0" w:color="auto"/>
              <w:right w:val="single" w:sz="4" w:space="0" w:color="auto"/>
            </w:tcBorders>
          </w:tcPr>
          <w:p w14:paraId="630ECB50" w14:textId="77777777" w:rsidR="00FC50C5" w:rsidRDefault="00FC50C5">
            <w:pPr>
              <w:widowControl w:val="0"/>
              <w:pBdr>
                <w:top w:val="nil"/>
                <w:left w:val="nil"/>
                <w:bottom w:val="nil"/>
                <w:right w:val="nil"/>
                <w:between w:val="nil"/>
              </w:pBdr>
              <w:spacing w:line="276" w:lineRule="auto"/>
              <w:rPr>
                <w:sz w:val="24"/>
                <w:szCs w:val="24"/>
              </w:rPr>
            </w:pPr>
          </w:p>
        </w:tc>
        <w:tc>
          <w:tcPr>
            <w:tcW w:w="360" w:type="dxa"/>
            <w:vMerge/>
            <w:tcBorders>
              <w:top w:val="single" w:sz="4" w:space="0" w:color="auto"/>
              <w:left w:val="single" w:sz="4" w:space="0" w:color="auto"/>
              <w:bottom w:val="single" w:sz="4" w:space="0" w:color="auto"/>
              <w:right w:val="single" w:sz="4" w:space="0" w:color="auto"/>
            </w:tcBorders>
          </w:tcPr>
          <w:p w14:paraId="499AA9D5" w14:textId="77777777" w:rsidR="00FC50C5" w:rsidRDefault="00FC50C5">
            <w:pPr>
              <w:widowControl w:val="0"/>
              <w:pBdr>
                <w:top w:val="nil"/>
                <w:left w:val="nil"/>
                <w:bottom w:val="nil"/>
                <w:right w:val="nil"/>
                <w:between w:val="nil"/>
              </w:pBdr>
              <w:spacing w:line="276" w:lineRule="auto"/>
              <w:rPr>
                <w:sz w:val="24"/>
                <w:szCs w:val="24"/>
              </w:rPr>
            </w:pPr>
          </w:p>
        </w:tc>
        <w:tc>
          <w:tcPr>
            <w:tcW w:w="394" w:type="dxa"/>
            <w:vMerge/>
            <w:tcBorders>
              <w:top w:val="single" w:sz="4" w:space="0" w:color="auto"/>
              <w:left w:val="single" w:sz="4" w:space="0" w:color="auto"/>
              <w:bottom w:val="single" w:sz="4" w:space="0" w:color="auto"/>
              <w:right w:val="single" w:sz="4" w:space="0" w:color="auto"/>
            </w:tcBorders>
          </w:tcPr>
          <w:p w14:paraId="4D722E30" w14:textId="77777777" w:rsidR="00FC50C5" w:rsidRDefault="00FC50C5">
            <w:pPr>
              <w:widowControl w:val="0"/>
              <w:pBdr>
                <w:top w:val="nil"/>
                <w:left w:val="nil"/>
                <w:bottom w:val="nil"/>
                <w:right w:val="nil"/>
                <w:between w:val="nil"/>
              </w:pBdr>
              <w:spacing w:line="276" w:lineRule="auto"/>
              <w:rPr>
                <w:sz w:val="24"/>
                <w:szCs w:val="24"/>
              </w:rPr>
            </w:pPr>
          </w:p>
        </w:tc>
      </w:tr>
      <w:tr w:rsidR="00FC50C5" w14:paraId="356B3135" w14:textId="77777777" w:rsidTr="00E80FD8">
        <w:tc>
          <w:tcPr>
            <w:tcW w:w="663" w:type="dxa"/>
            <w:vMerge/>
            <w:tcBorders>
              <w:top w:val="single" w:sz="4" w:space="0" w:color="auto"/>
              <w:left w:val="single" w:sz="4" w:space="0" w:color="auto"/>
              <w:bottom w:val="single" w:sz="4" w:space="0" w:color="auto"/>
              <w:right w:val="single" w:sz="4" w:space="0" w:color="auto"/>
            </w:tcBorders>
          </w:tcPr>
          <w:p w14:paraId="59FEF70C" w14:textId="77777777" w:rsidR="00FC50C5" w:rsidRDefault="00FC50C5">
            <w:pPr>
              <w:widowControl w:val="0"/>
              <w:pBdr>
                <w:top w:val="nil"/>
                <w:left w:val="nil"/>
                <w:bottom w:val="nil"/>
                <w:right w:val="nil"/>
                <w:between w:val="nil"/>
              </w:pBdr>
              <w:spacing w:line="276" w:lineRule="auto"/>
              <w:rPr>
                <w:sz w:val="24"/>
                <w:szCs w:val="24"/>
              </w:rPr>
            </w:pPr>
          </w:p>
        </w:tc>
        <w:tc>
          <w:tcPr>
            <w:tcW w:w="1395" w:type="dxa"/>
            <w:gridSpan w:val="2"/>
            <w:tcBorders>
              <w:top w:val="single" w:sz="4" w:space="0" w:color="auto"/>
              <w:left w:val="single" w:sz="4" w:space="0" w:color="auto"/>
              <w:bottom w:val="single" w:sz="4" w:space="0" w:color="auto"/>
              <w:right w:val="single" w:sz="4" w:space="0" w:color="auto"/>
            </w:tcBorders>
          </w:tcPr>
          <w:p w14:paraId="25586971" w14:textId="77777777" w:rsidR="00FC50C5" w:rsidRDefault="00000000">
            <w:pPr>
              <w:jc w:val="center"/>
              <w:rPr>
                <w:sz w:val="24"/>
                <w:szCs w:val="24"/>
              </w:rPr>
            </w:pPr>
            <w:r>
              <w:rPr>
                <w:rFonts w:ascii="Arial" w:hAnsi="Arial"/>
                <w:sz w:val="20"/>
              </w:rPr>
              <w:t>CSE21851 </w:t>
            </w:r>
          </w:p>
        </w:tc>
        <w:tc>
          <w:tcPr>
            <w:tcW w:w="4693" w:type="dxa"/>
            <w:gridSpan w:val="3"/>
            <w:tcBorders>
              <w:top w:val="single" w:sz="4" w:space="0" w:color="auto"/>
              <w:left w:val="single" w:sz="4" w:space="0" w:color="auto"/>
              <w:bottom w:val="single" w:sz="4" w:space="0" w:color="auto"/>
              <w:right w:val="single" w:sz="4" w:space="0" w:color="auto"/>
            </w:tcBorders>
          </w:tcPr>
          <w:p w14:paraId="4BD1E4F9" w14:textId="77777777" w:rsidR="00FC50C5" w:rsidRDefault="00000000">
            <w:pPr>
              <w:jc w:val="center"/>
              <w:rPr>
                <w:sz w:val="24"/>
                <w:szCs w:val="24"/>
              </w:rPr>
            </w:pPr>
            <w:r>
              <w:rPr>
                <w:rFonts w:ascii="Arial" w:hAnsi="Arial"/>
                <w:sz w:val="20"/>
                <w:szCs w:val="24"/>
              </w:rPr>
              <w:t>Computer Vision</w:t>
            </w:r>
          </w:p>
        </w:tc>
        <w:tc>
          <w:tcPr>
            <w:tcW w:w="456" w:type="dxa"/>
            <w:vMerge/>
            <w:tcBorders>
              <w:top w:val="single" w:sz="4" w:space="0" w:color="auto"/>
              <w:left w:val="single" w:sz="4" w:space="0" w:color="auto"/>
              <w:bottom w:val="single" w:sz="4" w:space="0" w:color="auto"/>
              <w:right w:val="single" w:sz="4" w:space="0" w:color="auto"/>
            </w:tcBorders>
          </w:tcPr>
          <w:p w14:paraId="4E4A04E4" w14:textId="77777777" w:rsidR="00FC50C5" w:rsidRDefault="00FC50C5">
            <w:pPr>
              <w:widowControl w:val="0"/>
              <w:pBdr>
                <w:top w:val="nil"/>
                <w:left w:val="nil"/>
                <w:bottom w:val="nil"/>
                <w:right w:val="nil"/>
                <w:between w:val="nil"/>
              </w:pBdr>
              <w:spacing w:line="276" w:lineRule="auto"/>
              <w:rPr>
                <w:sz w:val="24"/>
                <w:szCs w:val="24"/>
              </w:rPr>
            </w:pPr>
          </w:p>
        </w:tc>
        <w:tc>
          <w:tcPr>
            <w:tcW w:w="2508" w:type="dxa"/>
            <w:vMerge/>
            <w:tcBorders>
              <w:top w:val="single" w:sz="4" w:space="0" w:color="auto"/>
              <w:left w:val="single" w:sz="4" w:space="0" w:color="auto"/>
              <w:bottom w:val="single" w:sz="4" w:space="0" w:color="auto"/>
              <w:right w:val="single" w:sz="4" w:space="0" w:color="auto"/>
            </w:tcBorders>
          </w:tcPr>
          <w:p w14:paraId="08AA6FE7" w14:textId="77777777" w:rsidR="00FC50C5" w:rsidRDefault="00FC50C5">
            <w:pPr>
              <w:widowControl w:val="0"/>
              <w:pBdr>
                <w:top w:val="nil"/>
                <w:left w:val="nil"/>
                <w:bottom w:val="nil"/>
                <w:right w:val="nil"/>
                <w:between w:val="nil"/>
              </w:pBdr>
              <w:spacing w:line="276" w:lineRule="auto"/>
              <w:rPr>
                <w:sz w:val="24"/>
                <w:szCs w:val="24"/>
              </w:rPr>
            </w:pPr>
          </w:p>
        </w:tc>
        <w:tc>
          <w:tcPr>
            <w:tcW w:w="270" w:type="dxa"/>
            <w:vMerge/>
            <w:tcBorders>
              <w:top w:val="single" w:sz="4" w:space="0" w:color="auto"/>
              <w:left w:val="single" w:sz="4" w:space="0" w:color="auto"/>
              <w:bottom w:val="single" w:sz="4" w:space="0" w:color="auto"/>
              <w:right w:val="single" w:sz="4" w:space="0" w:color="auto"/>
            </w:tcBorders>
          </w:tcPr>
          <w:p w14:paraId="0D93B8ED" w14:textId="77777777" w:rsidR="00FC50C5" w:rsidRDefault="00FC50C5">
            <w:pPr>
              <w:widowControl w:val="0"/>
              <w:pBdr>
                <w:top w:val="nil"/>
                <w:left w:val="nil"/>
                <w:bottom w:val="nil"/>
                <w:right w:val="nil"/>
                <w:between w:val="nil"/>
              </w:pBdr>
              <w:spacing w:line="276" w:lineRule="auto"/>
              <w:rPr>
                <w:sz w:val="24"/>
                <w:szCs w:val="24"/>
              </w:rPr>
            </w:pPr>
          </w:p>
        </w:tc>
        <w:tc>
          <w:tcPr>
            <w:tcW w:w="360" w:type="dxa"/>
            <w:vMerge/>
            <w:tcBorders>
              <w:top w:val="single" w:sz="4" w:space="0" w:color="auto"/>
              <w:left w:val="single" w:sz="4" w:space="0" w:color="auto"/>
              <w:bottom w:val="single" w:sz="4" w:space="0" w:color="auto"/>
              <w:right w:val="single" w:sz="4" w:space="0" w:color="auto"/>
            </w:tcBorders>
          </w:tcPr>
          <w:p w14:paraId="772A24ED" w14:textId="77777777" w:rsidR="00FC50C5" w:rsidRDefault="00FC50C5">
            <w:pPr>
              <w:widowControl w:val="0"/>
              <w:pBdr>
                <w:top w:val="nil"/>
                <w:left w:val="nil"/>
                <w:bottom w:val="nil"/>
                <w:right w:val="nil"/>
                <w:between w:val="nil"/>
              </w:pBdr>
              <w:spacing w:line="276" w:lineRule="auto"/>
              <w:rPr>
                <w:sz w:val="24"/>
                <w:szCs w:val="24"/>
              </w:rPr>
            </w:pPr>
          </w:p>
        </w:tc>
        <w:tc>
          <w:tcPr>
            <w:tcW w:w="394" w:type="dxa"/>
            <w:vMerge/>
            <w:tcBorders>
              <w:top w:val="single" w:sz="4" w:space="0" w:color="auto"/>
              <w:left w:val="single" w:sz="4" w:space="0" w:color="auto"/>
              <w:bottom w:val="single" w:sz="4" w:space="0" w:color="auto"/>
              <w:right w:val="single" w:sz="4" w:space="0" w:color="auto"/>
            </w:tcBorders>
          </w:tcPr>
          <w:p w14:paraId="26D78738" w14:textId="77777777" w:rsidR="00FC50C5" w:rsidRDefault="00FC50C5">
            <w:pPr>
              <w:widowControl w:val="0"/>
              <w:pBdr>
                <w:top w:val="nil"/>
                <w:left w:val="nil"/>
                <w:bottom w:val="nil"/>
                <w:right w:val="nil"/>
                <w:between w:val="nil"/>
              </w:pBdr>
              <w:spacing w:line="276" w:lineRule="auto"/>
              <w:rPr>
                <w:sz w:val="24"/>
                <w:szCs w:val="24"/>
              </w:rPr>
            </w:pPr>
          </w:p>
        </w:tc>
      </w:tr>
      <w:tr w:rsidR="00FC50C5" w14:paraId="1E8F20A7" w14:textId="77777777" w:rsidTr="00E80FD8">
        <w:tc>
          <w:tcPr>
            <w:tcW w:w="663" w:type="dxa"/>
            <w:vMerge w:val="restart"/>
            <w:tcBorders>
              <w:top w:val="single" w:sz="4" w:space="0" w:color="auto"/>
              <w:left w:val="single" w:sz="4" w:space="0" w:color="auto"/>
              <w:bottom w:val="single" w:sz="4" w:space="0" w:color="auto"/>
              <w:right w:val="single" w:sz="4" w:space="0" w:color="auto"/>
            </w:tcBorders>
          </w:tcPr>
          <w:p w14:paraId="6C4B8B21" w14:textId="77777777" w:rsidR="00FC50C5" w:rsidRDefault="00000000">
            <w:pPr>
              <w:jc w:val="center"/>
              <w:rPr>
                <w:color w:val="000000"/>
                <w:sz w:val="24"/>
                <w:szCs w:val="24"/>
              </w:rPr>
            </w:pPr>
            <w:r>
              <w:rPr>
                <w:rFonts w:ascii="Arial" w:hAnsi="Arial"/>
                <w:color w:val="000000"/>
                <w:sz w:val="20"/>
                <w:szCs w:val="24"/>
              </w:rPr>
              <w:t>3</w:t>
            </w:r>
          </w:p>
        </w:tc>
        <w:tc>
          <w:tcPr>
            <w:tcW w:w="1395" w:type="dxa"/>
            <w:gridSpan w:val="2"/>
            <w:tcBorders>
              <w:top w:val="single" w:sz="4" w:space="0" w:color="auto"/>
              <w:left w:val="single" w:sz="4" w:space="0" w:color="auto"/>
              <w:bottom w:val="single" w:sz="4" w:space="0" w:color="auto"/>
              <w:right w:val="single" w:sz="4" w:space="0" w:color="auto"/>
            </w:tcBorders>
          </w:tcPr>
          <w:p w14:paraId="292558C4" w14:textId="77777777" w:rsidR="00FC50C5" w:rsidRDefault="00000000">
            <w:pPr>
              <w:jc w:val="center"/>
              <w:rPr>
                <w:sz w:val="24"/>
                <w:szCs w:val="24"/>
              </w:rPr>
            </w:pPr>
            <w:r>
              <w:rPr>
                <w:rFonts w:ascii="Arial" w:hAnsi="Arial"/>
                <w:sz w:val="20"/>
              </w:rPr>
              <w:t> </w:t>
            </w:r>
          </w:p>
        </w:tc>
        <w:tc>
          <w:tcPr>
            <w:tcW w:w="4693" w:type="dxa"/>
            <w:gridSpan w:val="3"/>
            <w:tcBorders>
              <w:top w:val="single" w:sz="4" w:space="0" w:color="auto"/>
              <w:left w:val="single" w:sz="4" w:space="0" w:color="auto"/>
              <w:bottom w:val="single" w:sz="4" w:space="0" w:color="auto"/>
              <w:right w:val="single" w:sz="4" w:space="0" w:color="auto"/>
            </w:tcBorders>
          </w:tcPr>
          <w:p w14:paraId="18CB20B6" w14:textId="77777777" w:rsidR="00FC50C5" w:rsidRDefault="00000000">
            <w:pPr>
              <w:jc w:val="center"/>
              <w:rPr>
                <w:sz w:val="24"/>
                <w:szCs w:val="24"/>
              </w:rPr>
            </w:pPr>
            <w:r>
              <w:rPr>
                <w:rFonts w:ascii="Arial" w:hAnsi="Arial"/>
                <w:sz w:val="20"/>
                <w:szCs w:val="24"/>
              </w:rPr>
              <w:t>Elective – III</w:t>
            </w:r>
          </w:p>
        </w:tc>
        <w:tc>
          <w:tcPr>
            <w:tcW w:w="456" w:type="dxa"/>
            <w:vMerge w:val="restart"/>
            <w:tcBorders>
              <w:top w:val="single" w:sz="4" w:space="0" w:color="auto"/>
              <w:left w:val="single" w:sz="4" w:space="0" w:color="auto"/>
              <w:bottom w:val="single" w:sz="4" w:space="0" w:color="auto"/>
              <w:right w:val="single" w:sz="4" w:space="0" w:color="auto"/>
            </w:tcBorders>
          </w:tcPr>
          <w:p w14:paraId="43B2A0DC" w14:textId="77777777" w:rsidR="00FC50C5" w:rsidRDefault="00000000">
            <w:pPr>
              <w:jc w:val="center"/>
              <w:rPr>
                <w:color w:val="000000"/>
                <w:sz w:val="24"/>
                <w:szCs w:val="24"/>
              </w:rPr>
            </w:pPr>
            <w:r>
              <w:rPr>
                <w:rFonts w:ascii="Arial" w:hAnsi="Arial"/>
                <w:sz w:val="20"/>
              </w:rPr>
              <w:t>3</w:t>
            </w:r>
          </w:p>
        </w:tc>
        <w:tc>
          <w:tcPr>
            <w:tcW w:w="2508" w:type="dxa"/>
            <w:vMerge w:val="restart"/>
            <w:tcBorders>
              <w:top w:val="single" w:sz="4" w:space="0" w:color="auto"/>
              <w:left w:val="single" w:sz="4" w:space="0" w:color="auto"/>
              <w:bottom w:val="single" w:sz="4" w:space="0" w:color="auto"/>
              <w:right w:val="single" w:sz="4" w:space="0" w:color="auto"/>
            </w:tcBorders>
          </w:tcPr>
          <w:p w14:paraId="36D20159" w14:textId="77777777" w:rsidR="00FC50C5" w:rsidRDefault="00000000">
            <w:pPr>
              <w:jc w:val="center"/>
              <w:rPr>
                <w:color w:val="000000"/>
                <w:sz w:val="24"/>
                <w:szCs w:val="24"/>
              </w:rPr>
            </w:pPr>
            <w:r>
              <w:rPr>
                <w:rFonts w:ascii="Arial" w:hAnsi="Arial"/>
                <w:sz w:val="20"/>
              </w:rPr>
              <w:t>0</w:t>
            </w:r>
          </w:p>
        </w:tc>
        <w:tc>
          <w:tcPr>
            <w:tcW w:w="270" w:type="dxa"/>
            <w:vMerge w:val="restart"/>
            <w:tcBorders>
              <w:top w:val="single" w:sz="4" w:space="0" w:color="auto"/>
              <w:left w:val="single" w:sz="4" w:space="0" w:color="auto"/>
              <w:bottom w:val="single" w:sz="4" w:space="0" w:color="auto"/>
              <w:right w:val="single" w:sz="4" w:space="0" w:color="auto"/>
            </w:tcBorders>
          </w:tcPr>
          <w:p w14:paraId="318A7C9D" w14:textId="77777777" w:rsidR="00FC50C5" w:rsidRDefault="00000000">
            <w:pPr>
              <w:jc w:val="center"/>
              <w:rPr>
                <w:sz w:val="24"/>
                <w:szCs w:val="24"/>
              </w:rPr>
            </w:pPr>
            <w:r>
              <w:rPr>
                <w:rFonts w:ascii="Arial" w:hAnsi="Arial"/>
                <w:sz w:val="20"/>
              </w:rPr>
              <w:t>0</w:t>
            </w:r>
          </w:p>
        </w:tc>
        <w:tc>
          <w:tcPr>
            <w:tcW w:w="360" w:type="dxa"/>
            <w:vMerge w:val="restart"/>
            <w:tcBorders>
              <w:top w:val="single" w:sz="4" w:space="0" w:color="auto"/>
              <w:left w:val="single" w:sz="4" w:space="0" w:color="auto"/>
              <w:bottom w:val="single" w:sz="4" w:space="0" w:color="auto"/>
              <w:right w:val="single" w:sz="4" w:space="0" w:color="auto"/>
            </w:tcBorders>
          </w:tcPr>
          <w:p w14:paraId="28DB5F3D" w14:textId="77777777" w:rsidR="00FC50C5" w:rsidRDefault="00000000">
            <w:pPr>
              <w:jc w:val="center"/>
              <w:rPr>
                <w:sz w:val="24"/>
                <w:szCs w:val="24"/>
              </w:rPr>
            </w:pPr>
            <w:r>
              <w:rPr>
                <w:rFonts w:ascii="Arial" w:hAnsi="Arial"/>
                <w:sz w:val="20"/>
              </w:rPr>
              <w:t>0</w:t>
            </w:r>
          </w:p>
        </w:tc>
        <w:tc>
          <w:tcPr>
            <w:tcW w:w="394" w:type="dxa"/>
            <w:vMerge w:val="restart"/>
            <w:tcBorders>
              <w:top w:val="single" w:sz="4" w:space="0" w:color="auto"/>
              <w:left w:val="single" w:sz="4" w:space="0" w:color="auto"/>
              <w:bottom w:val="single" w:sz="4" w:space="0" w:color="auto"/>
              <w:right w:val="single" w:sz="4" w:space="0" w:color="auto"/>
            </w:tcBorders>
          </w:tcPr>
          <w:p w14:paraId="02E17697" w14:textId="77777777" w:rsidR="00FC50C5" w:rsidRDefault="00000000">
            <w:pPr>
              <w:jc w:val="center"/>
              <w:rPr>
                <w:sz w:val="24"/>
                <w:szCs w:val="24"/>
              </w:rPr>
            </w:pPr>
            <w:r>
              <w:rPr>
                <w:rFonts w:ascii="Arial" w:hAnsi="Arial"/>
                <w:sz w:val="20"/>
              </w:rPr>
              <w:t>3</w:t>
            </w:r>
          </w:p>
        </w:tc>
      </w:tr>
      <w:tr w:rsidR="00FC50C5" w14:paraId="6B7F3F86" w14:textId="77777777" w:rsidTr="00E80FD8">
        <w:tc>
          <w:tcPr>
            <w:tcW w:w="663" w:type="dxa"/>
            <w:vMerge/>
            <w:tcBorders>
              <w:top w:val="single" w:sz="4" w:space="0" w:color="auto"/>
              <w:left w:val="single" w:sz="4" w:space="0" w:color="auto"/>
              <w:bottom w:val="single" w:sz="4" w:space="0" w:color="auto"/>
              <w:right w:val="single" w:sz="4" w:space="0" w:color="auto"/>
            </w:tcBorders>
          </w:tcPr>
          <w:p w14:paraId="73E45712" w14:textId="77777777" w:rsidR="00FC50C5" w:rsidRDefault="00FC50C5">
            <w:pPr>
              <w:widowControl w:val="0"/>
              <w:pBdr>
                <w:top w:val="nil"/>
                <w:left w:val="nil"/>
                <w:bottom w:val="nil"/>
                <w:right w:val="nil"/>
                <w:between w:val="nil"/>
              </w:pBdr>
              <w:spacing w:line="276" w:lineRule="auto"/>
              <w:rPr>
                <w:sz w:val="24"/>
                <w:szCs w:val="24"/>
              </w:rPr>
            </w:pPr>
          </w:p>
        </w:tc>
        <w:tc>
          <w:tcPr>
            <w:tcW w:w="1395" w:type="dxa"/>
            <w:gridSpan w:val="2"/>
            <w:tcBorders>
              <w:top w:val="single" w:sz="4" w:space="0" w:color="auto"/>
              <w:left w:val="single" w:sz="4" w:space="0" w:color="auto"/>
              <w:bottom w:val="single" w:sz="4" w:space="0" w:color="auto"/>
              <w:right w:val="single" w:sz="4" w:space="0" w:color="auto"/>
            </w:tcBorders>
          </w:tcPr>
          <w:p w14:paraId="19ED4B6C" w14:textId="77777777" w:rsidR="00FC50C5" w:rsidRDefault="00000000">
            <w:pPr>
              <w:jc w:val="center"/>
              <w:rPr>
                <w:sz w:val="24"/>
                <w:szCs w:val="24"/>
              </w:rPr>
            </w:pPr>
            <w:r>
              <w:rPr>
                <w:rFonts w:ascii="Arial" w:hAnsi="Arial"/>
                <w:sz w:val="20"/>
              </w:rPr>
              <w:t>CSE21852 </w:t>
            </w:r>
          </w:p>
        </w:tc>
        <w:tc>
          <w:tcPr>
            <w:tcW w:w="4693" w:type="dxa"/>
            <w:gridSpan w:val="3"/>
            <w:tcBorders>
              <w:top w:val="single" w:sz="4" w:space="0" w:color="auto"/>
              <w:left w:val="single" w:sz="4" w:space="0" w:color="auto"/>
              <w:bottom w:val="single" w:sz="4" w:space="0" w:color="auto"/>
              <w:right w:val="single" w:sz="4" w:space="0" w:color="auto"/>
            </w:tcBorders>
          </w:tcPr>
          <w:p w14:paraId="3F7327B4" w14:textId="77777777" w:rsidR="00FC50C5" w:rsidRDefault="00000000">
            <w:pPr>
              <w:jc w:val="center"/>
              <w:rPr>
                <w:sz w:val="24"/>
                <w:szCs w:val="24"/>
              </w:rPr>
            </w:pPr>
            <w:r>
              <w:rPr>
                <w:rFonts w:ascii="Arial" w:hAnsi="Arial"/>
                <w:sz w:val="20"/>
                <w:szCs w:val="24"/>
              </w:rPr>
              <w:t>Introduction to Information Security Management</w:t>
            </w:r>
          </w:p>
        </w:tc>
        <w:tc>
          <w:tcPr>
            <w:tcW w:w="456" w:type="dxa"/>
            <w:vMerge/>
            <w:tcBorders>
              <w:top w:val="single" w:sz="4" w:space="0" w:color="auto"/>
              <w:left w:val="single" w:sz="4" w:space="0" w:color="auto"/>
              <w:bottom w:val="single" w:sz="4" w:space="0" w:color="auto"/>
              <w:right w:val="single" w:sz="4" w:space="0" w:color="auto"/>
            </w:tcBorders>
          </w:tcPr>
          <w:p w14:paraId="3FC70A71" w14:textId="77777777" w:rsidR="00FC50C5" w:rsidRDefault="00FC50C5">
            <w:pPr>
              <w:widowControl w:val="0"/>
              <w:pBdr>
                <w:top w:val="nil"/>
                <w:left w:val="nil"/>
                <w:bottom w:val="nil"/>
                <w:right w:val="nil"/>
                <w:between w:val="nil"/>
              </w:pBdr>
              <w:spacing w:line="276" w:lineRule="auto"/>
              <w:rPr>
                <w:sz w:val="24"/>
                <w:szCs w:val="24"/>
              </w:rPr>
            </w:pPr>
          </w:p>
        </w:tc>
        <w:tc>
          <w:tcPr>
            <w:tcW w:w="2508" w:type="dxa"/>
            <w:vMerge/>
            <w:tcBorders>
              <w:top w:val="single" w:sz="4" w:space="0" w:color="auto"/>
              <w:left w:val="single" w:sz="4" w:space="0" w:color="auto"/>
              <w:bottom w:val="single" w:sz="4" w:space="0" w:color="auto"/>
              <w:right w:val="single" w:sz="4" w:space="0" w:color="auto"/>
            </w:tcBorders>
          </w:tcPr>
          <w:p w14:paraId="51E87A06" w14:textId="77777777" w:rsidR="00FC50C5" w:rsidRDefault="00FC50C5">
            <w:pPr>
              <w:widowControl w:val="0"/>
              <w:pBdr>
                <w:top w:val="nil"/>
                <w:left w:val="nil"/>
                <w:bottom w:val="nil"/>
                <w:right w:val="nil"/>
                <w:between w:val="nil"/>
              </w:pBdr>
              <w:spacing w:line="276" w:lineRule="auto"/>
              <w:rPr>
                <w:sz w:val="24"/>
                <w:szCs w:val="24"/>
              </w:rPr>
            </w:pPr>
          </w:p>
        </w:tc>
        <w:tc>
          <w:tcPr>
            <w:tcW w:w="270" w:type="dxa"/>
            <w:vMerge/>
            <w:tcBorders>
              <w:top w:val="single" w:sz="4" w:space="0" w:color="auto"/>
              <w:left w:val="single" w:sz="4" w:space="0" w:color="auto"/>
              <w:bottom w:val="single" w:sz="4" w:space="0" w:color="auto"/>
              <w:right w:val="single" w:sz="4" w:space="0" w:color="auto"/>
            </w:tcBorders>
          </w:tcPr>
          <w:p w14:paraId="5E9E2460" w14:textId="77777777" w:rsidR="00FC50C5" w:rsidRDefault="00FC50C5">
            <w:pPr>
              <w:widowControl w:val="0"/>
              <w:pBdr>
                <w:top w:val="nil"/>
                <w:left w:val="nil"/>
                <w:bottom w:val="nil"/>
                <w:right w:val="nil"/>
                <w:between w:val="nil"/>
              </w:pBdr>
              <w:spacing w:line="276" w:lineRule="auto"/>
              <w:rPr>
                <w:sz w:val="24"/>
                <w:szCs w:val="24"/>
              </w:rPr>
            </w:pPr>
          </w:p>
        </w:tc>
        <w:tc>
          <w:tcPr>
            <w:tcW w:w="360" w:type="dxa"/>
            <w:vMerge/>
            <w:tcBorders>
              <w:top w:val="single" w:sz="4" w:space="0" w:color="auto"/>
              <w:left w:val="single" w:sz="4" w:space="0" w:color="auto"/>
              <w:bottom w:val="single" w:sz="4" w:space="0" w:color="auto"/>
              <w:right w:val="single" w:sz="4" w:space="0" w:color="auto"/>
            </w:tcBorders>
          </w:tcPr>
          <w:p w14:paraId="73E65BCD" w14:textId="77777777" w:rsidR="00FC50C5" w:rsidRDefault="00FC50C5">
            <w:pPr>
              <w:widowControl w:val="0"/>
              <w:pBdr>
                <w:top w:val="nil"/>
                <w:left w:val="nil"/>
                <w:bottom w:val="nil"/>
                <w:right w:val="nil"/>
                <w:between w:val="nil"/>
              </w:pBdr>
              <w:spacing w:line="276" w:lineRule="auto"/>
              <w:rPr>
                <w:sz w:val="24"/>
                <w:szCs w:val="24"/>
              </w:rPr>
            </w:pPr>
          </w:p>
        </w:tc>
        <w:tc>
          <w:tcPr>
            <w:tcW w:w="394" w:type="dxa"/>
            <w:vMerge/>
            <w:tcBorders>
              <w:top w:val="single" w:sz="4" w:space="0" w:color="auto"/>
              <w:left w:val="single" w:sz="4" w:space="0" w:color="auto"/>
              <w:bottom w:val="single" w:sz="4" w:space="0" w:color="auto"/>
              <w:right w:val="single" w:sz="4" w:space="0" w:color="auto"/>
            </w:tcBorders>
          </w:tcPr>
          <w:p w14:paraId="675CBB03" w14:textId="77777777" w:rsidR="00FC50C5" w:rsidRDefault="00FC50C5">
            <w:pPr>
              <w:widowControl w:val="0"/>
              <w:pBdr>
                <w:top w:val="nil"/>
                <w:left w:val="nil"/>
                <w:bottom w:val="nil"/>
                <w:right w:val="nil"/>
                <w:between w:val="nil"/>
              </w:pBdr>
              <w:spacing w:line="276" w:lineRule="auto"/>
              <w:rPr>
                <w:sz w:val="24"/>
                <w:szCs w:val="24"/>
              </w:rPr>
            </w:pPr>
          </w:p>
        </w:tc>
      </w:tr>
      <w:tr w:rsidR="00FC50C5" w14:paraId="01B9D6C0" w14:textId="77777777" w:rsidTr="00E80FD8">
        <w:tc>
          <w:tcPr>
            <w:tcW w:w="663" w:type="dxa"/>
            <w:vMerge/>
            <w:tcBorders>
              <w:top w:val="single" w:sz="4" w:space="0" w:color="auto"/>
              <w:left w:val="single" w:sz="4" w:space="0" w:color="auto"/>
              <w:bottom w:val="single" w:sz="4" w:space="0" w:color="auto"/>
              <w:right w:val="single" w:sz="4" w:space="0" w:color="auto"/>
            </w:tcBorders>
          </w:tcPr>
          <w:p w14:paraId="0BB4E4EE" w14:textId="77777777" w:rsidR="00FC50C5" w:rsidRDefault="00FC50C5">
            <w:pPr>
              <w:widowControl w:val="0"/>
              <w:pBdr>
                <w:top w:val="nil"/>
                <w:left w:val="nil"/>
                <w:bottom w:val="nil"/>
                <w:right w:val="nil"/>
                <w:between w:val="nil"/>
              </w:pBdr>
              <w:spacing w:line="276" w:lineRule="auto"/>
              <w:rPr>
                <w:sz w:val="24"/>
                <w:szCs w:val="24"/>
              </w:rPr>
            </w:pPr>
          </w:p>
        </w:tc>
        <w:tc>
          <w:tcPr>
            <w:tcW w:w="1395" w:type="dxa"/>
            <w:gridSpan w:val="2"/>
            <w:tcBorders>
              <w:top w:val="single" w:sz="4" w:space="0" w:color="auto"/>
              <w:left w:val="single" w:sz="4" w:space="0" w:color="auto"/>
              <w:bottom w:val="single" w:sz="4" w:space="0" w:color="auto"/>
              <w:right w:val="single" w:sz="4" w:space="0" w:color="auto"/>
            </w:tcBorders>
          </w:tcPr>
          <w:p w14:paraId="35BF2BA5" w14:textId="77777777" w:rsidR="00FC50C5" w:rsidRDefault="00000000">
            <w:pPr>
              <w:jc w:val="center"/>
              <w:rPr>
                <w:sz w:val="24"/>
                <w:szCs w:val="24"/>
              </w:rPr>
            </w:pPr>
            <w:r>
              <w:rPr>
                <w:rFonts w:ascii="Arial" w:hAnsi="Arial"/>
                <w:sz w:val="20"/>
              </w:rPr>
              <w:t>CSE21853 </w:t>
            </w:r>
          </w:p>
        </w:tc>
        <w:tc>
          <w:tcPr>
            <w:tcW w:w="4693" w:type="dxa"/>
            <w:gridSpan w:val="3"/>
            <w:tcBorders>
              <w:top w:val="single" w:sz="4" w:space="0" w:color="auto"/>
              <w:left w:val="single" w:sz="4" w:space="0" w:color="auto"/>
              <w:bottom w:val="single" w:sz="4" w:space="0" w:color="auto"/>
              <w:right w:val="single" w:sz="4" w:space="0" w:color="auto"/>
            </w:tcBorders>
          </w:tcPr>
          <w:p w14:paraId="01FA20BA" w14:textId="77777777" w:rsidR="00FC50C5" w:rsidRDefault="00000000">
            <w:pPr>
              <w:jc w:val="center"/>
              <w:rPr>
                <w:sz w:val="24"/>
                <w:szCs w:val="24"/>
              </w:rPr>
            </w:pPr>
            <w:r>
              <w:rPr>
                <w:rFonts w:ascii="Arial" w:hAnsi="Arial"/>
                <w:sz w:val="20"/>
                <w:szCs w:val="24"/>
              </w:rPr>
              <w:t>Software Security</w:t>
            </w:r>
          </w:p>
        </w:tc>
        <w:tc>
          <w:tcPr>
            <w:tcW w:w="456" w:type="dxa"/>
            <w:vMerge/>
            <w:tcBorders>
              <w:top w:val="single" w:sz="4" w:space="0" w:color="auto"/>
              <w:left w:val="single" w:sz="4" w:space="0" w:color="auto"/>
              <w:bottom w:val="single" w:sz="4" w:space="0" w:color="auto"/>
              <w:right w:val="single" w:sz="4" w:space="0" w:color="auto"/>
            </w:tcBorders>
          </w:tcPr>
          <w:p w14:paraId="73C6337E" w14:textId="77777777" w:rsidR="00FC50C5" w:rsidRDefault="00FC50C5">
            <w:pPr>
              <w:widowControl w:val="0"/>
              <w:pBdr>
                <w:top w:val="nil"/>
                <w:left w:val="nil"/>
                <w:bottom w:val="nil"/>
                <w:right w:val="nil"/>
                <w:between w:val="nil"/>
              </w:pBdr>
              <w:spacing w:line="276" w:lineRule="auto"/>
              <w:rPr>
                <w:sz w:val="24"/>
                <w:szCs w:val="24"/>
              </w:rPr>
            </w:pPr>
          </w:p>
        </w:tc>
        <w:tc>
          <w:tcPr>
            <w:tcW w:w="2508" w:type="dxa"/>
            <w:vMerge/>
            <w:tcBorders>
              <w:top w:val="single" w:sz="4" w:space="0" w:color="auto"/>
              <w:left w:val="single" w:sz="4" w:space="0" w:color="auto"/>
              <w:bottom w:val="single" w:sz="4" w:space="0" w:color="auto"/>
              <w:right w:val="single" w:sz="4" w:space="0" w:color="auto"/>
            </w:tcBorders>
          </w:tcPr>
          <w:p w14:paraId="15B26443" w14:textId="77777777" w:rsidR="00FC50C5" w:rsidRDefault="00FC50C5">
            <w:pPr>
              <w:widowControl w:val="0"/>
              <w:pBdr>
                <w:top w:val="nil"/>
                <w:left w:val="nil"/>
                <w:bottom w:val="nil"/>
                <w:right w:val="nil"/>
                <w:between w:val="nil"/>
              </w:pBdr>
              <w:spacing w:line="276" w:lineRule="auto"/>
              <w:rPr>
                <w:sz w:val="24"/>
                <w:szCs w:val="24"/>
              </w:rPr>
            </w:pPr>
          </w:p>
        </w:tc>
        <w:tc>
          <w:tcPr>
            <w:tcW w:w="270" w:type="dxa"/>
            <w:vMerge/>
            <w:tcBorders>
              <w:top w:val="single" w:sz="4" w:space="0" w:color="auto"/>
              <w:left w:val="single" w:sz="4" w:space="0" w:color="auto"/>
              <w:bottom w:val="single" w:sz="4" w:space="0" w:color="auto"/>
              <w:right w:val="single" w:sz="4" w:space="0" w:color="auto"/>
            </w:tcBorders>
          </w:tcPr>
          <w:p w14:paraId="77BD0FB7" w14:textId="77777777" w:rsidR="00FC50C5" w:rsidRDefault="00FC50C5">
            <w:pPr>
              <w:widowControl w:val="0"/>
              <w:pBdr>
                <w:top w:val="nil"/>
                <w:left w:val="nil"/>
                <w:bottom w:val="nil"/>
                <w:right w:val="nil"/>
                <w:between w:val="nil"/>
              </w:pBdr>
              <w:spacing w:line="276" w:lineRule="auto"/>
              <w:rPr>
                <w:sz w:val="24"/>
                <w:szCs w:val="24"/>
              </w:rPr>
            </w:pPr>
          </w:p>
        </w:tc>
        <w:tc>
          <w:tcPr>
            <w:tcW w:w="360" w:type="dxa"/>
            <w:vMerge/>
            <w:tcBorders>
              <w:top w:val="single" w:sz="4" w:space="0" w:color="auto"/>
              <w:left w:val="single" w:sz="4" w:space="0" w:color="auto"/>
              <w:bottom w:val="single" w:sz="4" w:space="0" w:color="auto"/>
              <w:right w:val="single" w:sz="4" w:space="0" w:color="auto"/>
            </w:tcBorders>
          </w:tcPr>
          <w:p w14:paraId="2B10D438" w14:textId="77777777" w:rsidR="00FC50C5" w:rsidRDefault="00FC50C5">
            <w:pPr>
              <w:widowControl w:val="0"/>
              <w:pBdr>
                <w:top w:val="nil"/>
                <w:left w:val="nil"/>
                <w:bottom w:val="nil"/>
                <w:right w:val="nil"/>
                <w:between w:val="nil"/>
              </w:pBdr>
              <w:spacing w:line="276" w:lineRule="auto"/>
              <w:rPr>
                <w:sz w:val="24"/>
                <w:szCs w:val="24"/>
              </w:rPr>
            </w:pPr>
          </w:p>
        </w:tc>
        <w:tc>
          <w:tcPr>
            <w:tcW w:w="394" w:type="dxa"/>
            <w:vMerge/>
            <w:tcBorders>
              <w:top w:val="single" w:sz="4" w:space="0" w:color="auto"/>
              <w:left w:val="single" w:sz="4" w:space="0" w:color="auto"/>
              <w:bottom w:val="single" w:sz="4" w:space="0" w:color="auto"/>
              <w:right w:val="single" w:sz="4" w:space="0" w:color="auto"/>
            </w:tcBorders>
          </w:tcPr>
          <w:p w14:paraId="3FAA422F" w14:textId="77777777" w:rsidR="00FC50C5" w:rsidRDefault="00FC50C5">
            <w:pPr>
              <w:widowControl w:val="0"/>
              <w:pBdr>
                <w:top w:val="nil"/>
                <w:left w:val="nil"/>
                <w:bottom w:val="nil"/>
                <w:right w:val="nil"/>
                <w:between w:val="nil"/>
              </w:pBdr>
              <w:spacing w:line="276" w:lineRule="auto"/>
              <w:rPr>
                <w:sz w:val="24"/>
                <w:szCs w:val="24"/>
              </w:rPr>
            </w:pPr>
          </w:p>
        </w:tc>
      </w:tr>
      <w:tr w:rsidR="00FC50C5" w14:paraId="15157C89" w14:textId="77777777" w:rsidTr="00E80FD8">
        <w:tc>
          <w:tcPr>
            <w:tcW w:w="663" w:type="dxa"/>
            <w:vMerge/>
            <w:tcBorders>
              <w:top w:val="single" w:sz="4" w:space="0" w:color="auto"/>
              <w:left w:val="single" w:sz="4" w:space="0" w:color="auto"/>
              <w:bottom w:val="single" w:sz="4" w:space="0" w:color="auto"/>
              <w:right w:val="single" w:sz="4" w:space="0" w:color="auto"/>
            </w:tcBorders>
          </w:tcPr>
          <w:p w14:paraId="517036C7" w14:textId="77777777" w:rsidR="00FC50C5" w:rsidRDefault="00FC50C5">
            <w:pPr>
              <w:widowControl w:val="0"/>
              <w:pBdr>
                <w:top w:val="nil"/>
                <w:left w:val="nil"/>
                <w:bottom w:val="nil"/>
                <w:right w:val="nil"/>
                <w:between w:val="nil"/>
              </w:pBdr>
              <w:spacing w:line="276" w:lineRule="auto"/>
              <w:rPr>
                <w:sz w:val="24"/>
                <w:szCs w:val="24"/>
              </w:rPr>
            </w:pPr>
          </w:p>
        </w:tc>
        <w:tc>
          <w:tcPr>
            <w:tcW w:w="1395" w:type="dxa"/>
            <w:gridSpan w:val="2"/>
            <w:tcBorders>
              <w:top w:val="single" w:sz="4" w:space="0" w:color="auto"/>
              <w:left w:val="single" w:sz="4" w:space="0" w:color="auto"/>
              <w:bottom w:val="single" w:sz="4" w:space="0" w:color="auto"/>
              <w:right w:val="single" w:sz="4" w:space="0" w:color="auto"/>
            </w:tcBorders>
          </w:tcPr>
          <w:p w14:paraId="58F23E85" w14:textId="77777777" w:rsidR="00FC50C5" w:rsidRDefault="00000000">
            <w:pPr>
              <w:jc w:val="center"/>
              <w:rPr>
                <w:sz w:val="24"/>
                <w:szCs w:val="24"/>
              </w:rPr>
            </w:pPr>
            <w:r>
              <w:rPr>
                <w:rFonts w:ascii="Arial" w:hAnsi="Arial"/>
                <w:sz w:val="20"/>
              </w:rPr>
              <w:t>CSE21854 </w:t>
            </w:r>
          </w:p>
        </w:tc>
        <w:tc>
          <w:tcPr>
            <w:tcW w:w="4693" w:type="dxa"/>
            <w:gridSpan w:val="3"/>
            <w:tcBorders>
              <w:top w:val="single" w:sz="4" w:space="0" w:color="auto"/>
              <w:left w:val="single" w:sz="4" w:space="0" w:color="auto"/>
              <w:bottom w:val="single" w:sz="4" w:space="0" w:color="auto"/>
              <w:right w:val="single" w:sz="4" w:space="0" w:color="auto"/>
            </w:tcBorders>
          </w:tcPr>
          <w:p w14:paraId="60555712" w14:textId="77777777" w:rsidR="00FC50C5" w:rsidRDefault="00000000">
            <w:pPr>
              <w:jc w:val="center"/>
              <w:rPr>
                <w:sz w:val="24"/>
                <w:szCs w:val="24"/>
              </w:rPr>
            </w:pPr>
            <w:r>
              <w:rPr>
                <w:rFonts w:ascii="Arial" w:hAnsi="Arial"/>
                <w:sz w:val="20"/>
                <w:szCs w:val="24"/>
              </w:rPr>
              <w:t>Social Network Analysis</w:t>
            </w:r>
          </w:p>
        </w:tc>
        <w:tc>
          <w:tcPr>
            <w:tcW w:w="456" w:type="dxa"/>
            <w:vMerge/>
            <w:tcBorders>
              <w:top w:val="single" w:sz="4" w:space="0" w:color="auto"/>
              <w:left w:val="single" w:sz="4" w:space="0" w:color="auto"/>
              <w:bottom w:val="single" w:sz="4" w:space="0" w:color="auto"/>
              <w:right w:val="single" w:sz="4" w:space="0" w:color="auto"/>
            </w:tcBorders>
          </w:tcPr>
          <w:p w14:paraId="44FA36D0" w14:textId="77777777" w:rsidR="00FC50C5" w:rsidRDefault="00FC50C5">
            <w:pPr>
              <w:widowControl w:val="0"/>
              <w:pBdr>
                <w:top w:val="nil"/>
                <w:left w:val="nil"/>
                <w:bottom w:val="nil"/>
                <w:right w:val="nil"/>
                <w:between w:val="nil"/>
              </w:pBdr>
              <w:spacing w:line="276" w:lineRule="auto"/>
              <w:rPr>
                <w:sz w:val="24"/>
                <w:szCs w:val="24"/>
              </w:rPr>
            </w:pPr>
          </w:p>
        </w:tc>
        <w:tc>
          <w:tcPr>
            <w:tcW w:w="2508" w:type="dxa"/>
            <w:vMerge/>
            <w:tcBorders>
              <w:top w:val="single" w:sz="4" w:space="0" w:color="auto"/>
              <w:left w:val="single" w:sz="4" w:space="0" w:color="auto"/>
              <w:bottom w:val="single" w:sz="4" w:space="0" w:color="auto"/>
              <w:right w:val="single" w:sz="4" w:space="0" w:color="auto"/>
            </w:tcBorders>
          </w:tcPr>
          <w:p w14:paraId="4E15AB45" w14:textId="77777777" w:rsidR="00FC50C5" w:rsidRDefault="00FC50C5">
            <w:pPr>
              <w:widowControl w:val="0"/>
              <w:pBdr>
                <w:top w:val="nil"/>
                <w:left w:val="nil"/>
                <w:bottom w:val="nil"/>
                <w:right w:val="nil"/>
                <w:between w:val="nil"/>
              </w:pBdr>
              <w:spacing w:line="276" w:lineRule="auto"/>
              <w:rPr>
                <w:sz w:val="24"/>
                <w:szCs w:val="24"/>
              </w:rPr>
            </w:pPr>
          </w:p>
        </w:tc>
        <w:tc>
          <w:tcPr>
            <w:tcW w:w="270" w:type="dxa"/>
            <w:vMerge/>
            <w:tcBorders>
              <w:top w:val="single" w:sz="4" w:space="0" w:color="auto"/>
              <w:left w:val="single" w:sz="4" w:space="0" w:color="auto"/>
              <w:bottom w:val="single" w:sz="4" w:space="0" w:color="auto"/>
              <w:right w:val="single" w:sz="4" w:space="0" w:color="auto"/>
            </w:tcBorders>
          </w:tcPr>
          <w:p w14:paraId="30584A83" w14:textId="77777777" w:rsidR="00FC50C5" w:rsidRDefault="00FC50C5">
            <w:pPr>
              <w:widowControl w:val="0"/>
              <w:pBdr>
                <w:top w:val="nil"/>
                <w:left w:val="nil"/>
                <w:bottom w:val="nil"/>
                <w:right w:val="nil"/>
                <w:between w:val="nil"/>
              </w:pBdr>
              <w:spacing w:line="276" w:lineRule="auto"/>
              <w:rPr>
                <w:sz w:val="24"/>
                <w:szCs w:val="24"/>
              </w:rPr>
            </w:pPr>
          </w:p>
        </w:tc>
        <w:tc>
          <w:tcPr>
            <w:tcW w:w="360" w:type="dxa"/>
            <w:vMerge/>
            <w:tcBorders>
              <w:top w:val="single" w:sz="4" w:space="0" w:color="auto"/>
              <w:left w:val="single" w:sz="4" w:space="0" w:color="auto"/>
              <w:bottom w:val="single" w:sz="4" w:space="0" w:color="auto"/>
              <w:right w:val="single" w:sz="4" w:space="0" w:color="auto"/>
            </w:tcBorders>
          </w:tcPr>
          <w:p w14:paraId="462F5244" w14:textId="77777777" w:rsidR="00FC50C5" w:rsidRDefault="00FC50C5">
            <w:pPr>
              <w:widowControl w:val="0"/>
              <w:pBdr>
                <w:top w:val="nil"/>
                <w:left w:val="nil"/>
                <w:bottom w:val="nil"/>
                <w:right w:val="nil"/>
                <w:between w:val="nil"/>
              </w:pBdr>
              <w:spacing w:line="276" w:lineRule="auto"/>
              <w:rPr>
                <w:sz w:val="24"/>
                <w:szCs w:val="24"/>
              </w:rPr>
            </w:pPr>
          </w:p>
        </w:tc>
        <w:tc>
          <w:tcPr>
            <w:tcW w:w="394" w:type="dxa"/>
            <w:vMerge/>
            <w:tcBorders>
              <w:top w:val="single" w:sz="4" w:space="0" w:color="auto"/>
              <w:left w:val="single" w:sz="4" w:space="0" w:color="auto"/>
              <w:bottom w:val="single" w:sz="4" w:space="0" w:color="auto"/>
              <w:right w:val="single" w:sz="4" w:space="0" w:color="auto"/>
            </w:tcBorders>
          </w:tcPr>
          <w:p w14:paraId="2073C9E8" w14:textId="77777777" w:rsidR="00FC50C5" w:rsidRDefault="00FC50C5">
            <w:pPr>
              <w:widowControl w:val="0"/>
              <w:pBdr>
                <w:top w:val="nil"/>
                <w:left w:val="nil"/>
                <w:bottom w:val="nil"/>
                <w:right w:val="nil"/>
                <w:between w:val="nil"/>
              </w:pBdr>
              <w:spacing w:line="276" w:lineRule="auto"/>
              <w:rPr>
                <w:sz w:val="24"/>
                <w:szCs w:val="24"/>
              </w:rPr>
            </w:pPr>
          </w:p>
        </w:tc>
      </w:tr>
      <w:tr w:rsidR="00FC50C5" w14:paraId="735D3905" w14:textId="77777777" w:rsidTr="00E80FD8">
        <w:tc>
          <w:tcPr>
            <w:tcW w:w="663" w:type="dxa"/>
            <w:tcBorders>
              <w:top w:val="single" w:sz="4" w:space="0" w:color="auto"/>
              <w:left w:val="single" w:sz="4" w:space="0" w:color="auto"/>
              <w:bottom w:val="single" w:sz="4" w:space="0" w:color="auto"/>
              <w:right w:val="single" w:sz="4" w:space="0" w:color="auto"/>
            </w:tcBorders>
          </w:tcPr>
          <w:p w14:paraId="74575089" w14:textId="77777777" w:rsidR="00FC50C5" w:rsidRDefault="00000000">
            <w:pPr>
              <w:jc w:val="center"/>
              <w:rPr>
                <w:color w:val="000000"/>
                <w:sz w:val="24"/>
                <w:szCs w:val="24"/>
              </w:rPr>
            </w:pPr>
            <w:r>
              <w:rPr>
                <w:rFonts w:ascii="Arial" w:hAnsi="Arial"/>
                <w:color w:val="000000"/>
                <w:sz w:val="20"/>
                <w:szCs w:val="24"/>
              </w:rPr>
              <w:t>4</w:t>
            </w:r>
          </w:p>
        </w:tc>
        <w:tc>
          <w:tcPr>
            <w:tcW w:w="1395" w:type="dxa"/>
            <w:gridSpan w:val="2"/>
            <w:tcBorders>
              <w:top w:val="single" w:sz="4" w:space="0" w:color="auto"/>
              <w:left w:val="single" w:sz="4" w:space="0" w:color="auto"/>
              <w:bottom w:val="single" w:sz="4" w:space="0" w:color="auto"/>
              <w:right w:val="single" w:sz="4" w:space="0" w:color="auto"/>
            </w:tcBorders>
          </w:tcPr>
          <w:p w14:paraId="54B97D85" w14:textId="77777777" w:rsidR="00FC50C5" w:rsidRDefault="00000000">
            <w:pPr>
              <w:jc w:val="center"/>
              <w:rPr>
                <w:sz w:val="24"/>
                <w:szCs w:val="24"/>
              </w:rPr>
            </w:pPr>
            <w:r>
              <w:rPr>
                <w:rFonts w:ascii="Arial" w:hAnsi="Arial"/>
                <w:sz w:val="20"/>
              </w:rPr>
              <w:t>CSE21855 </w:t>
            </w:r>
          </w:p>
        </w:tc>
        <w:tc>
          <w:tcPr>
            <w:tcW w:w="4693" w:type="dxa"/>
            <w:gridSpan w:val="3"/>
            <w:tcBorders>
              <w:top w:val="single" w:sz="4" w:space="0" w:color="auto"/>
              <w:left w:val="single" w:sz="4" w:space="0" w:color="auto"/>
              <w:bottom w:val="single" w:sz="4" w:space="0" w:color="auto"/>
              <w:right w:val="single" w:sz="4" w:space="0" w:color="auto"/>
            </w:tcBorders>
          </w:tcPr>
          <w:p w14:paraId="6B114AEE" w14:textId="77777777" w:rsidR="00FC50C5" w:rsidRDefault="00000000">
            <w:pPr>
              <w:jc w:val="center"/>
              <w:rPr>
                <w:sz w:val="24"/>
                <w:szCs w:val="24"/>
              </w:rPr>
            </w:pPr>
            <w:r>
              <w:rPr>
                <w:rFonts w:ascii="Arial" w:hAnsi="Arial"/>
                <w:sz w:val="20"/>
                <w:szCs w:val="24"/>
              </w:rPr>
              <w:t>Research Methodologies</w:t>
            </w:r>
          </w:p>
        </w:tc>
        <w:tc>
          <w:tcPr>
            <w:tcW w:w="456" w:type="dxa"/>
            <w:tcBorders>
              <w:top w:val="single" w:sz="4" w:space="0" w:color="auto"/>
              <w:left w:val="single" w:sz="4" w:space="0" w:color="auto"/>
              <w:bottom w:val="single" w:sz="4" w:space="0" w:color="auto"/>
              <w:right w:val="single" w:sz="4" w:space="0" w:color="auto"/>
            </w:tcBorders>
          </w:tcPr>
          <w:p w14:paraId="117470B8" w14:textId="77777777" w:rsidR="00FC50C5" w:rsidRDefault="00000000">
            <w:pPr>
              <w:jc w:val="center"/>
            </w:pPr>
            <w:r>
              <w:rPr>
                <w:rFonts w:ascii="Arial" w:hAnsi="Arial"/>
                <w:sz w:val="20"/>
              </w:rPr>
              <w:t>2</w:t>
            </w:r>
          </w:p>
        </w:tc>
        <w:tc>
          <w:tcPr>
            <w:tcW w:w="2508" w:type="dxa"/>
            <w:tcBorders>
              <w:top w:val="single" w:sz="4" w:space="0" w:color="auto"/>
              <w:left w:val="single" w:sz="4" w:space="0" w:color="auto"/>
              <w:bottom w:val="single" w:sz="4" w:space="0" w:color="auto"/>
              <w:right w:val="single" w:sz="4" w:space="0" w:color="auto"/>
            </w:tcBorders>
          </w:tcPr>
          <w:p w14:paraId="3B14F7D2" w14:textId="77777777" w:rsidR="00FC50C5" w:rsidRDefault="00000000">
            <w:pPr>
              <w:jc w:val="center"/>
            </w:pPr>
            <w:r>
              <w:rPr>
                <w:rFonts w:ascii="Arial" w:hAnsi="Arial"/>
                <w:sz w:val="20"/>
              </w:rPr>
              <w:t>0</w:t>
            </w:r>
          </w:p>
        </w:tc>
        <w:tc>
          <w:tcPr>
            <w:tcW w:w="270" w:type="dxa"/>
            <w:tcBorders>
              <w:top w:val="single" w:sz="4" w:space="0" w:color="auto"/>
              <w:left w:val="single" w:sz="4" w:space="0" w:color="auto"/>
              <w:bottom w:val="single" w:sz="4" w:space="0" w:color="auto"/>
              <w:right w:val="single" w:sz="4" w:space="0" w:color="auto"/>
            </w:tcBorders>
          </w:tcPr>
          <w:p w14:paraId="2E73F6E0" w14:textId="77777777" w:rsidR="00FC50C5" w:rsidRDefault="00000000">
            <w:pPr>
              <w:jc w:val="center"/>
            </w:pPr>
            <w:r>
              <w:rPr>
                <w:rFonts w:ascii="Arial" w:hAnsi="Arial"/>
                <w:sz w:val="20"/>
              </w:rPr>
              <w:t>0</w:t>
            </w:r>
          </w:p>
        </w:tc>
        <w:tc>
          <w:tcPr>
            <w:tcW w:w="360" w:type="dxa"/>
            <w:tcBorders>
              <w:top w:val="single" w:sz="4" w:space="0" w:color="auto"/>
              <w:left w:val="single" w:sz="4" w:space="0" w:color="auto"/>
              <w:bottom w:val="single" w:sz="4" w:space="0" w:color="auto"/>
              <w:right w:val="single" w:sz="4" w:space="0" w:color="auto"/>
            </w:tcBorders>
          </w:tcPr>
          <w:p w14:paraId="31D2C312" w14:textId="77777777" w:rsidR="00FC50C5" w:rsidRDefault="00000000">
            <w:pPr>
              <w:jc w:val="center"/>
            </w:pPr>
            <w:r>
              <w:rPr>
                <w:rFonts w:ascii="Arial" w:hAnsi="Arial"/>
                <w:sz w:val="20"/>
              </w:rPr>
              <w:t>2</w:t>
            </w:r>
          </w:p>
        </w:tc>
        <w:tc>
          <w:tcPr>
            <w:tcW w:w="394" w:type="dxa"/>
            <w:tcBorders>
              <w:top w:val="single" w:sz="4" w:space="0" w:color="auto"/>
              <w:left w:val="single" w:sz="4" w:space="0" w:color="auto"/>
              <w:bottom w:val="single" w:sz="4" w:space="0" w:color="auto"/>
              <w:right w:val="single" w:sz="4" w:space="0" w:color="auto"/>
            </w:tcBorders>
          </w:tcPr>
          <w:p w14:paraId="7D925F41" w14:textId="77777777" w:rsidR="00FC50C5" w:rsidRDefault="00000000">
            <w:pPr>
              <w:jc w:val="center"/>
            </w:pPr>
            <w:r>
              <w:rPr>
                <w:rFonts w:ascii="Arial" w:hAnsi="Arial"/>
                <w:sz w:val="20"/>
              </w:rPr>
              <w:t>2</w:t>
            </w:r>
          </w:p>
        </w:tc>
      </w:tr>
      <w:tr w:rsidR="00FC50C5" w14:paraId="21FF9402" w14:textId="77777777" w:rsidTr="00E80FD8">
        <w:tc>
          <w:tcPr>
            <w:tcW w:w="663" w:type="dxa"/>
            <w:tcBorders>
              <w:top w:val="single" w:sz="4" w:space="0" w:color="auto"/>
              <w:left w:val="single" w:sz="4" w:space="0" w:color="auto"/>
              <w:bottom w:val="single" w:sz="4" w:space="0" w:color="auto"/>
              <w:right w:val="single" w:sz="4" w:space="0" w:color="auto"/>
            </w:tcBorders>
          </w:tcPr>
          <w:p w14:paraId="5A61711F" w14:textId="77777777" w:rsidR="00FC50C5" w:rsidRDefault="00000000">
            <w:pPr>
              <w:jc w:val="center"/>
              <w:rPr>
                <w:color w:val="000000"/>
                <w:sz w:val="24"/>
                <w:szCs w:val="24"/>
              </w:rPr>
            </w:pPr>
            <w:r>
              <w:rPr>
                <w:rFonts w:ascii="Arial" w:hAnsi="Arial"/>
                <w:color w:val="000000"/>
                <w:sz w:val="20"/>
                <w:szCs w:val="24"/>
              </w:rPr>
              <w:t>5</w:t>
            </w:r>
          </w:p>
        </w:tc>
        <w:tc>
          <w:tcPr>
            <w:tcW w:w="1395" w:type="dxa"/>
            <w:gridSpan w:val="2"/>
            <w:tcBorders>
              <w:top w:val="single" w:sz="4" w:space="0" w:color="auto"/>
              <w:left w:val="single" w:sz="4" w:space="0" w:color="auto"/>
              <w:bottom w:val="single" w:sz="4" w:space="0" w:color="auto"/>
              <w:right w:val="single" w:sz="4" w:space="0" w:color="auto"/>
            </w:tcBorders>
          </w:tcPr>
          <w:p w14:paraId="673D9949" w14:textId="77777777" w:rsidR="00FC50C5" w:rsidRDefault="00000000">
            <w:pPr>
              <w:jc w:val="center"/>
              <w:rPr>
                <w:sz w:val="24"/>
                <w:szCs w:val="24"/>
              </w:rPr>
            </w:pPr>
            <w:r>
              <w:rPr>
                <w:rFonts w:ascii="Arial" w:hAnsi="Arial"/>
                <w:sz w:val="20"/>
              </w:rPr>
              <w:t>CSE21856 </w:t>
            </w:r>
          </w:p>
        </w:tc>
        <w:tc>
          <w:tcPr>
            <w:tcW w:w="4693" w:type="dxa"/>
            <w:gridSpan w:val="3"/>
            <w:tcBorders>
              <w:top w:val="single" w:sz="4" w:space="0" w:color="auto"/>
              <w:left w:val="single" w:sz="4" w:space="0" w:color="auto"/>
              <w:bottom w:val="single" w:sz="4" w:space="0" w:color="auto"/>
              <w:right w:val="single" w:sz="4" w:space="0" w:color="auto"/>
            </w:tcBorders>
          </w:tcPr>
          <w:p w14:paraId="412E7C5B" w14:textId="77777777" w:rsidR="00FC50C5" w:rsidRDefault="00000000">
            <w:pPr>
              <w:jc w:val="center"/>
              <w:rPr>
                <w:sz w:val="24"/>
                <w:szCs w:val="24"/>
              </w:rPr>
            </w:pPr>
            <w:r>
              <w:rPr>
                <w:rFonts w:ascii="Arial" w:hAnsi="Arial"/>
                <w:sz w:val="20"/>
                <w:szCs w:val="24"/>
              </w:rPr>
              <w:t>Parallel and Distributed Computing</w:t>
            </w:r>
          </w:p>
        </w:tc>
        <w:tc>
          <w:tcPr>
            <w:tcW w:w="456" w:type="dxa"/>
            <w:tcBorders>
              <w:top w:val="single" w:sz="4" w:space="0" w:color="auto"/>
              <w:left w:val="single" w:sz="4" w:space="0" w:color="auto"/>
              <w:bottom w:val="single" w:sz="4" w:space="0" w:color="auto"/>
              <w:right w:val="single" w:sz="4" w:space="0" w:color="auto"/>
            </w:tcBorders>
          </w:tcPr>
          <w:p w14:paraId="2F658C0C" w14:textId="77777777" w:rsidR="00FC50C5" w:rsidRDefault="00000000">
            <w:pPr>
              <w:jc w:val="center"/>
            </w:pPr>
            <w:r>
              <w:rPr>
                <w:rFonts w:ascii="Arial" w:hAnsi="Arial"/>
                <w:sz w:val="20"/>
              </w:rPr>
              <w:t>3</w:t>
            </w:r>
          </w:p>
        </w:tc>
        <w:tc>
          <w:tcPr>
            <w:tcW w:w="2508" w:type="dxa"/>
            <w:tcBorders>
              <w:top w:val="single" w:sz="4" w:space="0" w:color="auto"/>
              <w:left w:val="single" w:sz="4" w:space="0" w:color="auto"/>
              <w:bottom w:val="single" w:sz="4" w:space="0" w:color="auto"/>
              <w:right w:val="single" w:sz="4" w:space="0" w:color="auto"/>
            </w:tcBorders>
          </w:tcPr>
          <w:p w14:paraId="65BA6BCB" w14:textId="77777777" w:rsidR="00FC50C5" w:rsidRDefault="00000000">
            <w:pPr>
              <w:jc w:val="center"/>
            </w:pPr>
            <w:r>
              <w:rPr>
                <w:rFonts w:ascii="Arial" w:hAnsi="Arial"/>
                <w:sz w:val="20"/>
              </w:rPr>
              <w:t>0</w:t>
            </w:r>
          </w:p>
        </w:tc>
        <w:tc>
          <w:tcPr>
            <w:tcW w:w="270" w:type="dxa"/>
            <w:tcBorders>
              <w:top w:val="single" w:sz="4" w:space="0" w:color="auto"/>
              <w:left w:val="single" w:sz="4" w:space="0" w:color="auto"/>
              <w:bottom w:val="single" w:sz="4" w:space="0" w:color="auto"/>
              <w:right w:val="single" w:sz="4" w:space="0" w:color="auto"/>
            </w:tcBorders>
          </w:tcPr>
          <w:p w14:paraId="3BC636DE" w14:textId="77777777" w:rsidR="00FC50C5" w:rsidRDefault="00000000">
            <w:pPr>
              <w:jc w:val="center"/>
            </w:pPr>
            <w:r>
              <w:rPr>
                <w:rFonts w:ascii="Arial" w:hAnsi="Arial"/>
                <w:sz w:val="20"/>
              </w:rPr>
              <w:t>0</w:t>
            </w:r>
          </w:p>
        </w:tc>
        <w:tc>
          <w:tcPr>
            <w:tcW w:w="360" w:type="dxa"/>
            <w:tcBorders>
              <w:top w:val="single" w:sz="4" w:space="0" w:color="auto"/>
              <w:left w:val="single" w:sz="4" w:space="0" w:color="auto"/>
              <w:bottom w:val="single" w:sz="4" w:space="0" w:color="auto"/>
              <w:right w:val="single" w:sz="4" w:space="0" w:color="auto"/>
            </w:tcBorders>
          </w:tcPr>
          <w:p w14:paraId="3E33C09C" w14:textId="77777777" w:rsidR="00FC50C5" w:rsidRDefault="00000000">
            <w:pPr>
              <w:jc w:val="center"/>
            </w:pPr>
            <w:r>
              <w:rPr>
                <w:rFonts w:ascii="Arial" w:hAnsi="Arial"/>
                <w:sz w:val="20"/>
              </w:rPr>
              <w:t>3</w:t>
            </w:r>
          </w:p>
        </w:tc>
        <w:tc>
          <w:tcPr>
            <w:tcW w:w="394" w:type="dxa"/>
            <w:tcBorders>
              <w:top w:val="single" w:sz="4" w:space="0" w:color="auto"/>
              <w:left w:val="single" w:sz="4" w:space="0" w:color="auto"/>
              <w:bottom w:val="single" w:sz="4" w:space="0" w:color="auto"/>
              <w:right w:val="single" w:sz="4" w:space="0" w:color="auto"/>
            </w:tcBorders>
          </w:tcPr>
          <w:p w14:paraId="6270F1F8" w14:textId="77777777" w:rsidR="00FC50C5" w:rsidRDefault="00000000">
            <w:pPr>
              <w:jc w:val="center"/>
            </w:pPr>
            <w:r>
              <w:rPr>
                <w:rFonts w:ascii="Arial" w:hAnsi="Arial"/>
                <w:sz w:val="20"/>
              </w:rPr>
              <w:t>3</w:t>
            </w:r>
          </w:p>
        </w:tc>
      </w:tr>
      <w:tr w:rsidR="00FC50C5" w14:paraId="68AEC0DD" w14:textId="77777777" w:rsidTr="00E80FD8">
        <w:tc>
          <w:tcPr>
            <w:tcW w:w="663" w:type="dxa"/>
            <w:tcBorders>
              <w:top w:val="single" w:sz="4" w:space="0" w:color="auto"/>
              <w:left w:val="single" w:sz="4" w:space="0" w:color="auto"/>
              <w:bottom w:val="single" w:sz="4" w:space="0" w:color="auto"/>
              <w:right w:val="single" w:sz="4" w:space="0" w:color="auto"/>
            </w:tcBorders>
          </w:tcPr>
          <w:p w14:paraId="64DDCD31" w14:textId="77777777" w:rsidR="00FC50C5" w:rsidRDefault="00000000">
            <w:pPr>
              <w:jc w:val="center"/>
              <w:rPr>
                <w:color w:val="000000"/>
                <w:sz w:val="24"/>
                <w:szCs w:val="24"/>
              </w:rPr>
            </w:pPr>
            <w:r>
              <w:rPr>
                <w:rFonts w:ascii="Arial" w:hAnsi="Arial"/>
                <w:color w:val="000000"/>
                <w:sz w:val="20"/>
                <w:szCs w:val="24"/>
              </w:rPr>
              <w:t>6</w:t>
            </w:r>
          </w:p>
        </w:tc>
        <w:tc>
          <w:tcPr>
            <w:tcW w:w="1395" w:type="dxa"/>
            <w:gridSpan w:val="2"/>
            <w:tcBorders>
              <w:top w:val="single" w:sz="4" w:space="0" w:color="auto"/>
              <w:left w:val="single" w:sz="4" w:space="0" w:color="auto"/>
              <w:bottom w:val="single" w:sz="4" w:space="0" w:color="auto"/>
              <w:right w:val="single" w:sz="4" w:space="0" w:color="auto"/>
            </w:tcBorders>
          </w:tcPr>
          <w:p w14:paraId="2C15C10B" w14:textId="77777777" w:rsidR="00FC50C5" w:rsidRDefault="00000000">
            <w:pPr>
              <w:jc w:val="center"/>
              <w:rPr>
                <w:sz w:val="24"/>
                <w:szCs w:val="24"/>
              </w:rPr>
            </w:pPr>
            <w:r>
              <w:rPr>
                <w:rFonts w:ascii="Arial" w:hAnsi="Arial"/>
                <w:sz w:val="20"/>
              </w:rPr>
              <w:t>CSE22857 </w:t>
            </w:r>
          </w:p>
        </w:tc>
        <w:tc>
          <w:tcPr>
            <w:tcW w:w="4693" w:type="dxa"/>
            <w:gridSpan w:val="3"/>
            <w:tcBorders>
              <w:top w:val="single" w:sz="4" w:space="0" w:color="auto"/>
              <w:left w:val="single" w:sz="4" w:space="0" w:color="auto"/>
              <w:bottom w:val="single" w:sz="4" w:space="0" w:color="auto"/>
              <w:right w:val="single" w:sz="4" w:space="0" w:color="auto"/>
            </w:tcBorders>
          </w:tcPr>
          <w:p w14:paraId="599BA095" w14:textId="77777777" w:rsidR="00FC50C5" w:rsidRDefault="00000000">
            <w:pPr>
              <w:jc w:val="center"/>
              <w:rPr>
                <w:sz w:val="24"/>
                <w:szCs w:val="24"/>
              </w:rPr>
            </w:pPr>
            <w:r>
              <w:rPr>
                <w:rFonts w:ascii="Arial" w:hAnsi="Arial"/>
                <w:sz w:val="20"/>
                <w:szCs w:val="24"/>
              </w:rPr>
              <w:t>Applied Computing Lab-II</w:t>
            </w:r>
          </w:p>
        </w:tc>
        <w:tc>
          <w:tcPr>
            <w:tcW w:w="456" w:type="dxa"/>
            <w:tcBorders>
              <w:top w:val="single" w:sz="4" w:space="0" w:color="auto"/>
              <w:left w:val="single" w:sz="4" w:space="0" w:color="auto"/>
              <w:bottom w:val="single" w:sz="4" w:space="0" w:color="auto"/>
              <w:right w:val="single" w:sz="4" w:space="0" w:color="auto"/>
            </w:tcBorders>
          </w:tcPr>
          <w:p w14:paraId="426C48F3" w14:textId="77777777" w:rsidR="00FC50C5" w:rsidRDefault="00000000">
            <w:pPr>
              <w:jc w:val="center"/>
            </w:pPr>
            <w:r>
              <w:rPr>
                <w:rFonts w:ascii="Arial" w:hAnsi="Arial"/>
                <w:sz w:val="20"/>
              </w:rPr>
              <w:t>0</w:t>
            </w:r>
          </w:p>
        </w:tc>
        <w:tc>
          <w:tcPr>
            <w:tcW w:w="2508" w:type="dxa"/>
            <w:tcBorders>
              <w:top w:val="single" w:sz="4" w:space="0" w:color="auto"/>
              <w:left w:val="single" w:sz="4" w:space="0" w:color="auto"/>
              <w:bottom w:val="single" w:sz="4" w:space="0" w:color="auto"/>
              <w:right w:val="single" w:sz="4" w:space="0" w:color="auto"/>
            </w:tcBorders>
          </w:tcPr>
          <w:p w14:paraId="4F375D6E" w14:textId="77777777" w:rsidR="00FC50C5" w:rsidRDefault="00000000">
            <w:pPr>
              <w:jc w:val="center"/>
            </w:pPr>
            <w:r>
              <w:rPr>
                <w:rFonts w:ascii="Arial" w:hAnsi="Arial"/>
                <w:sz w:val="20"/>
              </w:rPr>
              <w:t>0</w:t>
            </w:r>
          </w:p>
        </w:tc>
        <w:tc>
          <w:tcPr>
            <w:tcW w:w="270" w:type="dxa"/>
            <w:tcBorders>
              <w:top w:val="single" w:sz="4" w:space="0" w:color="auto"/>
              <w:left w:val="single" w:sz="4" w:space="0" w:color="auto"/>
              <w:bottom w:val="single" w:sz="4" w:space="0" w:color="auto"/>
              <w:right w:val="single" w:sz="4" w:space="0" w:color="auto"/>
            </w:tcBorders>
          </w:tcPr>
          <w:p w14:paraId="1A0825EC" w14:textId="77777777" w:rsidR="00FC50C5" w:rsidRDefault="00000000">
            <w:pPr>
              <w:jc w:val="center"/>
            </w:pPr>
            <w:r>
              <w:rPr>
                <w:rFonts w:ascii="Arial" w:hAnsi="Arial"/>
                <w:sz w:val="20"/>
              </w:rPr>
              <w:t>2</w:t>
            </w:r>
          </w:p>
        </w:tc>
        <w:tc>
          <w:tcPr>
            <w:tcW w:w="360" w:type="dxa"/>
            <w:tcBorders>
              <w:top w:val="single" w:sz="4" w:space="0" w:color="auto"/>
              <w:left w:val="single" w:sz="4" w:space="0" w:color="auto"/>
              <w:bottom w:val="single" w:sz="4" w:space="0" w:color="auto"/>
              <w:right w:val="single" w:sz="4" w:space="0" w:color="auto"/>
            </w:tcBorders>
          </w:tcPr>
          <w:p w14:paraId="45A383DC" w14:textId="77777777" w:rsidR="00FC50C5" w:rsidRDefault="00000000">
            <w:pPr>
              <w:jc w:val="center"/>
            </w:pPr>
            <w:r>
              <w:rPr>
                <w:rFonts w:ascii="Arial" w:hAnsi="Arial"/>
                <w:sz w:val="20"/>
              </w:rPr>
              <w:t>2</w:t>
            </w:r>
          </w:p>
        </w:tc>
        <w:tc>
          <w:tcPr>
            <w:tcW w:w="394" w:type="dxa"/>
            <w:tcBorders>
              <w:top w:val="single" w:sz="4" w:space="0" w:color="auto"/>
              <w:left w:val="single" w:sz="4" w:space="0" w:color="auto"/>
              <w:bottom w:val="single" w:sz="4" w:space="0" w:color="auto"/>
              <w:right w:val="single" w:sz="4" w:space="0" w:color="auto"/>
            </w:tcBorders>
          </w:tcPr>
          <w:p w14:paraId="2D066072" w14:textId="77777777" w:rsidR="00FC50C5" w:rsidRDefault="00000000">
            <w:pPr>
              <w:jc w:val="center"/>
            </w:pPr>
            <w:r>
              <w:rPr>
                <w:rFonts w:ascii="Arial" w:hAnsi="Arial"/>
                <w:sz w:val="20"/>
              </w:rPr>
              <w:t>3</w:t>
            </w:r>
          </w:p>
        </w:tc>
      </w:tr>
      <w:tr w:rsidR="00FC50C5" w14:paraId="1FFA8B81" w14:textId="77777777" w:rsidTr="00E80FD8">
        <w:tc>
          <w:tcPr>
            <w:tcW w:w="6751" w:type="dxa"/>
            <w:gridSpan w:val="6"/>
            <w:tcBorders>
              <w:top w:val="single" w:sz="4" w:space="0" w:color="auto"/>
              <w:left w:val="single" w:sz="4" w:space="0" w:color="auto"/>
              <w:bottom w:val="single" w:sz="4" w:space="0" w:color="auto"/>
              <w:right w:val="single" w:sz="4" w:space="0" w:color="auto"/>
            </w:tcBorders>
          </w:tcPr>
          <w:p w14:paraId="1329DB1E" w14:textId="77777777" w:rsidR="00FC50C5" w:rsidRDefault="00000000">
            <w:pPr>
              <w:jc w:val="center"/>
              <w:rPr>
                <w:sz w:val="24"/>
                <w:szCs w:val="24"/>
              </w:rPr>
            </w:pPr>
            <w:r>
              <w:rPr>
                <w:rFonts w:ascii="Arial" w:hAnsi="Arial"/>
                <w:b/>
                <w:sz w:val="20"/>
                <w:szCs w:val="24"/>
              </w:rPr>
              <w:t>Total</w:t>
            </w:r>
          </w:p>
        </w:tc>
        <w:tc>
          <w:tcPr>
            <w:tcW w:w="456" w:type="dxa"/>
            <w:tcBorders>
              <w:top w:val="single" w:sz="4" w:space="0" w:color="auto"/>
              <w:left w:val="single" w:sz="4" w:space="0" w:color="auto"/>
              <w:bottom w:val="single" w:sz="4" w:space="0" w:color="auto"/>
              <w:right w:val="single" w:sz="4" w:space="0" w:color="auto"/>
            </w:tcBorders>
          </w:tcPr>
          <w:p w14:paraId="47C7D8E7" w14:textId="77777777" w:rsidR="00FC50C5" w:rsidRDefault="00000000">
            <w:pPr>
              <w:jc w:val="center"/>
              <w:rPr>
                <w:sz w:val="24"/>
                <w:szCs w:val="24"/>
              </w:rPr>
            </w:pPr>
            <w:r>
              <w:rPr>
                <w:rFonts w:ascii="Arial" w:hAnsi="Arial"/>
                <w:b/>
                <w:color w:val="000000"/>
                <w:sz w:val="20"/>
                <w:szCs w:val="24"/>
              </w:rPr>
              <w:t>14</w:t>
            </w:r>
          </w:p>
        </w:tc>
        <w:tc>
          <w:tcPr>
            <w:tcW w:w="2508" w:type="dxa"/>
            <w:tcBorders>
              <w:top w:val="single" w:sz="4" w:space="0" w:color="auto"/>
              <w:left w:val="single" w:sz="4" w:space="0" w:color="auto"/>
              <w:bottom w:val="single" w:sz="4" w:space="0" w:color="auto"/>
              <w:right w:val="single" w:sz="4" w:space="0" w:color="auto"/>
            </w:tcBorders>
          </w:tcPr>
          <w:p w14:paraId="58D8E8F0" w14:textId="77777777" w:rsidR="00FC50C5" w:rsidRDefault="00000000">
            <w:pPr>
              <w:jc w:val="center"/>
              <w:rPr>
                <w:sz w:val="24"/>
                <w:szCs w:val="24"/>
              </w:rPr>
            </w:pPr>
            <w:r>
              <w:rPr>
                <w:rFonts w:ascii="Arial" w:hAnsi="Arial"/>
                <w:b/>
                <w:color w:val="000000"/>
                <w:sz w:val="20"/>
                <w:szCs w:val="24"/>
              </w:rPr>
              <w:t>0</w:t>
            </w:r>
          </w:p>
        </w:tc>
        <w:tc>
          <w:tcPr>
            <w:tcW w:w="270" w:type="dxa"/>
            <w:tcBorders>
              <w:top w:val="single" w:sz="4" w:space="0" w:color="auto"/>
              <w:left w:val="single" w:sz="4" w:space="0" w:color="auto"/>
              <w:bottom w:val="single" w:sz="4" w:space="0" w:color="auto"/>
              <w:right w:val="single" w:sz="4" w:space="0" w:color="auto"/>
            </w:tcBorders>
          </w:tcPr>
          <w:p w14:paraId="146D22EC" w14:textId="77777777" w:rsidR="00FC50C5" w:rsidRDefault="00000000">
            <w:pPr>
              <w:jc w:val="center"/>
              <w:rPr>
                <w:sz w:val="24"/>
                <w:szCs w:val="24"/>
              </w:rPr>
            </w:pPr>
            <w:r>
              <w:rPr>
                <w:rFonts w:ascii="Arial" w:hAnsi="Arial"/>
                <w:b/>
                <w:color w:val="000000"/>
                <w:sz w:val="20"/>
                <w:szCs w:val="24"/>
              </w:rPr>
              <w:t>2</w:t>
            </w:r>
          </w:p>
        </w:tc>
        <w:tc>
          <w:tcPr>
            <w:tcW w:w="360" w:type="dxa"/>
            <w:tcBorders>
              <w:top w:val="single" w:sz="4" w:space="0" w:color="auto"/>
              <w:left w:val="single" w:sz="4" w:space="0" w:color="auto"/>
              <w:bottom w:val="single" w:sz="4" w:space="0" w:color="auto"/>
              <w:right w:val="single" w:sz="4" w:space="0" w:color="auto"/>
            </w:tcBorders>
          </w:tcPr>
          <w:p w14:paraId="39E16225" w14:textId="77777777" w:rsidR="00FC50C5" w:rsidRDefault="00000000">
            <w:pPr>
              <w:jc w:val="center"/>
              <w:rPr>
                <w:sz w:val="24"/>
                <w:szCs w:val="24"/>
              </w:rPr>
            </w:pPr>
            <w:r>
              <w:rPr>
                <w:rFonts w:ascii="Arial" w:hAnsi="Arial"/>
                <w:b/>
                <w:color w:val="000000"/>
                <w:sz w:val="20"/>
                <w:szCs w:val="24"/>
              </w:rPr>
              <w:t>16</w:t>
            </w:r>
          </w:p>
        </w:tc>
        <w:tc>
          <w:tcPr>
            <w:tcW w:w="394" w:type="dxa"/>
            <w:tcBorders>
              <w:top w:val="single" w:sz="4" w:space="0" w:color="auto"/>
              <w:left w:val="single" w:sz="4" w:space="0" w:color="auto"/>
              <w:bottom w:val="single" w:sz="4" w:space="0" w:color="auto"/>
              <w:right w:val="single" w:sz="4" w:space="0" w:color="auto"/>
            </w:tcBorders>
          </w:tcPr>
          <w:p w14:paraId="167EF7F1" w14:textId="77777777" w:rsidR="00FC50C5" w:rsidRDefault="00000000">
            <w:pPr>
              <w:jc w:val="center"/>
              <w:rPr>
                <w:sz w:val="24"/>
                <w:szCs w:val="24"/>
              </w:rPr>
            </w:pPr>
            <w:r>
              <w:rPr>
                <w:rFonts w:ascii="Arial" w:hAnsi="Arial"/>
                <w:b/>
                <w:color w:val="000000"/>
                <w:sz w:val="20"/>
                <w:szCs w:val="24"/>
              </w:rPr>
              <w:t>17</w:t>
            </w:r>
          </w:p>
        </w:tc>
      </w:tr>
      <w:tr w:rsidR="00FC50C5" w14:paraId="0D4BF4F1" w14:textId="77777777" w:rsidTr="00E80FD8">
        <w:tc>
          <w:tcPr>
            <w:tcW w:w="663" w:type="dxa"/>
            <w:tcBorders>
              <w:top w:val="single" w:sz="4" w:space="0" w:color="auto"/>
            </w:tcBorders>
          </w:tcPr>
          <w:p w14:paraId="69C69B1E" w14:textId="77777777" w:rsidR="00FC50C5" w:rsidRDefault="00FC50C5">
            <w:pPr>
              <w:jc w:val="center"/>
            </w:pPr>
          </w:p>
        </w:tc>
        <w:tc>
          <w:tcPr>
            <w:tcW w:w="1395" w:type="dxa"/>
            <w:gridSpan w:val="2"/>
            <w:tcBorders>
              <w:top w:val="single" w:sz="4" w:space="0" w:color="auto"/>
            </w:tcBorders>
          </w:tcPr>
          <w:p w14:paraId="0339C424" w14:textId="77777777" w:rsidR="00FC50C5" w:rsidRDefault="00FC50C5">
            <w:pPr>
              <w:jc w:val="center"/>
            </w:pPr>
          </w:p>
        </w:tc>
        <w:tc>
          <w:tcPr>
            <w:tcW w:w="4693" w:type="dxa"/>
            <w:gridSpan w:val="3"/>
            <w:tcBorders>
              <w:top w:val="single" w:sz="4" w:space="0" w:color="auto"/>
            </w:tcBorders>
          </w:tcPr>
          <w:p w14:paraId="5A263E51" w14:textId="77777777" w:rsidR="00FC50C5" w:rsidRDefault="00FC50C5">
            <w:pPr>
              <w:jc w:val="center"/>
              <w:rPr>
                <w:sz w:val="24"/>
                <w:szCs w:val="24"/>
              </w:rPr>
            </w:pPr>
          </w:p>
        </w:tc>
        <w:tc>
          <w:tcPr>
            <w:tcW w:w="456" w:type="dxa"/>
            <w:tcBorders>
              <w:top w:val="single" w:sz="4" w:space="0" w:color="auto"/>
            </w:tcBorders>
          </w:tcPr>
          <w:p w14:paraId="08318DD6" w14:textId="77777777" w:rsidR="00FC50C5" w:rsidRDefault="00FC50C5">
            <w:pPr>
              <w:jc w:val="center"/>
              <w:rPr>
                <w:sz w:val="24"/>
                <w:szCs w:val="24"/>
              </w:rPr>
            </w:pPr>
          </w:p>
        </w:tc>
        <w:tc>
          <w:tcPr>
            <w:tcW w:w="2508" w:type="dxa"/>
            <w:tcBorders>
              <w:top w:val="single" w:sz="4" w:space="0" w:color="auto"/>
            </w:tcBorders>
          </w:tcPr>
          <w:p w14:paraId="701AFE24" w14:textId="77777777" w:rsidR="00FC50C5" w:rsidRDefault="00FC50C5">
            <w:pPr>
              <w:jc w:val="center"/>
            </w:pPr>
          </w:p>
        </w:tc>
        <w:tc>
          <w:tcPr>
            <w:tcW w:w="270" w:type="dxa"/>
            <w:tcBorders>
              <w:top w:val="single" w:sz="4" w:space="0" w:color="auto"/>
            </w:tcBorders>
          </w:tcPr>
          <w:p w14:paraId="56949C25" w14:textId="77777777" w:rsidR="00FC50C5" w:rsidRDefault="00FC50C5">
            <w:pPr>
              <w:jc w:val="center"/>
            </w:pPr>
          </w:p>
        </w:tc>
        <w:tc>
          <w:tcPr>
            <w:tcW w:w="360" w:type="dxa"/>
            <w:tcBorders>
              <w:top w:val="single" w:sz="4" w:space="0" w:color="auto"/>
            </w:tcBorders>
          </w:tcPr>
          <w:p w14:paraId="1E371507" w14:textId="77777777" w:rsidR="00FC50C5" w:rsidRDefault="00FC50C5">
            <w:pPr>
              <w:jc w:val="center"/>
            </w:pPr>
          </w:p>
        </w:tc>
        <w:tc>
          <w:tcPr>
            <w:tcW w:w="394" w:type="dxa"/>
            <w:tcBorders>
              <w:top w:val="single" w:sz="4" w:space="0" w:color="auto"/>
            </w:tcBorders>
          </w:tcPr>
          <w:p w14:paraId="422E825D" w14:textId="77777777" w:rsidR="00FC50C5" w:rsidRDefault="00FC50C5">
            <w:pPr>
              <w:jc w:val="center"/>
            </w:pPr>
          </w:p>
        </w:tc>
      </w:tr>
      <w:tr w:rsidR="00FC50C5" w14:paraId="71F0E5FB" w14:textId="77777777" w:rsidTr="00E80FD8">
        <w:trPr>
          <w:gridAfter w:val="3"/>
          <w:wAfter w:w="1024" w:type="dxa"/>
        </w:trPr>
        <w:tc>
          <w:tcPr>
            <w:tcW w:w="9715" w:type="dxa"/>
            <w:gridSpan w:val="8"/>
          </w:tcPr>
          <w:p w14:paraId="36007C25" w14:textId="77777777" w:rsidR="00FC50C5" w:rsidRDefault="00000000">
            <w:pPr>
              <w:rPr>
                <w:b/>
                <w:sz w:val="24"/>
                <w:szCs w:val="24"/>
              </w:rPr>
            </w:pPr>
            <w:r>
              <w:rPr>
                <w:rFonts w:ascii="Arial" w:hAnsi="Arial"/>
                <w:b/>
                <w:sz w:val="20"/>
                <w:szCs w:val="24"/>
              </w:rPr>
              <w:t>1</w:t>
            </w:r>
            <w:r>
              <w:rPr>
                <w:b/>
                <w:sz w:val="24"/>
                <w:szCs w:val="24"/>
                <w:vertAlign w:val="superscript"/>
              </w:rPr>
              <w:t>st</w:t>
            </w:r>
            <w:r>
              <w:rPr>
                <w:b/>
                <w:sz w:val="24"/>
                <w:szCs w:val="24"/>
              </w:rPr>
              <w:t xml:space="preserve"> Year Credits = 32</w:t>
            </w:r>
          </w:p>
          <w:p w14:paraId="4BA772EE" w14:textId="77777777" w:rsidR="00FC50C5" w:rsidRDefault="00FC50C5">
            <w:pPr>
              <w:rPr>
                <w:sz w:val="24"/>
                <w:szCs w:val="24"/>
              </w:rPr>
            </w:pPr>
          </w:p>
        </w:tc>
      </w:tr>
      <w:tr w:rsidR="00FC50C5" w14:paraId="61712477" w14:textId="77777777" w:rsidTr="00E80FD8">
        <w:trPr>
          <w:gridAfter w:val="3"/>
          <w:wAfter w:w="1024" w:type="dxa"/>
        </w:trPr>
        <w:tc>
          <w:tcPr>
            <w:tcW w:w="9715" w:type="dxa"/>
            <w:gridSpan w:val="8"/>
          </w:tcPr>
          <w:p w14:paraId="41B3C000" w14:textId="77777777" w:rsidR="00FC50C5" w:rsidRDefault="00FC50C5">
            <w:pPr>
              <w:jc w:val="center"/>
              <w:rPr>
                <w:b/>
                <w:sz w:val="24"/>
                <w:szCs w:val="24"/>
                <w:u w:val="single"/>
              </w:rPr>
            </w:pPr>
          </w:p>
          <w:p w14:paraId="27D9968B" w14:textId="77777777" w:rsidR="00FC50C5" w:rsidRDefault="00000000">
            <w:pPr>
              <w:jc w:val="center"/>
              <w:rPr>
                <w:b/>
                <w:sz w:val="24"/>
                <w:szCs w:val="24"/>
                <w:u w:val="single"/>
              </w:rPr>
            </w:pPr>
            <w:r>
              <w:rPr>
                <w:rFonts w:ascii="Arial" w:hAnsi="Arial"/>
                <w:b/>
                <w:sz w:val="20"/>
                <w:szCs w:val="32"/>
                <w:u w:val="single"/>
              </w:rPr>
              <w:t>SECOND YEAR</w:t>
            </w:r>
            <w:r>
              <w:rPr>
                <w:b/>
                <w:sz w:val="24"/>
                <w:szCs w:val="24"/>
                <w:u w:val="single"/>
              </w:rPr>
              <w:br/>
            </w:r>
          </w:p>
        </w:tc>
      </w:tr>
      <w:tr w:rsidR="00FC50C5" w14:paraId="6CB46BE0" w14:textId="77777777" w:rsidTr="00E80FD8">
        <w:trPr>
          <w:gridAfter w:val="3"/>
          <w:wAfter w:w="1024" w:type="dxa"/>
        </w:trPr>
        <w:tc>
          <w:tcPr>
            <w:tcW w:w="9715" w:type="dxa"/>
            <w:gridSpan w:val="8"/>
          </w:tcPr>
          <w:p w14:paraId="4C90DE7E" w14:textId="77777777" w:rsidR="00FC50C5" w:rsidRDefault="00000000">
            <w:pPr>
              <w:jc w:val="center"/>
              <w:rPr>
                <w:sz w:val="24"/>
                <w:szCs w:val="24"/>
              </w:rPr>
            </w:pPr>
            <w:r>
              <w:rPr>
                <w:rFonts w:ascii="Arial" w:hAnsi="Arial"/>
                <w:b/>
                <w:sz w:val="20"/>
                <w:szCs w:val="24"/>
              </w:rPr>
              <w:t>SEMESTER III</w:t>
            </w:r>
          </w:p>
        </w:tc>
      </w:tr>
      <w:tr w:rsidR="00FC50C5" w14:paraId="3AF727C3" w14:textId="77777777" w:rsidTr="00E80FD8">
        <w:tc>
          <w:tcPr>
            <w:tcW w:w="750" w:type="dxa"/>
            <w:gridSpan w:val="2"/>
            <w:tcBorders>
              <w:top w:val="single" w:sz="4" w:space="0" w:color="auto"/>
              <w:left w:val="single" w:sz="4" w:space="0" w:color="auto"/>
              <w:bottom w:val="single" w:sz="4" w:space="0" w:color="auto"/>
              <w:right w:val="single" w:sz="4" w:space="0" w:color="auto"/>
            </w:tcBorders>
          </w:tcPr>
          <w:p w14:paraId="609B63FD" w14:textId="77777777" w:rsidR="00FC50C5" w:rsidRDefault="00000000">
            <w:pPr>
              <w:jc w:val="center"/>
              <w:rPr>
                <w:sz w:val="24"/>
                <w:szCs w:val="24"/>
              </w:rPr>
            </w:pPr>
            <w:proofErr w:type="spellStart"/>
            <w:r>
              <w:rPr>
                <w:rFonts w:ascii="Arial" w:hAnsi="Arial"/>
                <w:b/>
                <w:sz w:val="20"/>
                <w:szCs w:val="24"/>
              </w:rPr>
              <w:t>S.No</w:t>
            </w:r>
            <w:proofErr w:type="spellEnd"/>
            <w:r>
              <w:rPr>
                <w:rFonts w:ascii="Arial" w:hAnsi="Arial"/>
                <w:b/>
                <w:sz w:val="20"/>
                <w:szCs w:val="24"/>
              </w:rPr>
              <w:t>.</w:t>
            </w:r>
          </w:p>
        </w:tc>
        <w:tc>
          <w:tcPr>
            <w:tcW w:w="1331" w:type="dxa"/>
            <w:gridSpan w:val="2"/>
            <w:tcBorders>
              <w:top w:val="single" w:sz="4" w:space="0" w:color="auto"/>
              <w:left w:val="single" w:sz="4" w:space="0" w:color="auto"/>
              <w:bottom w:val="single" w:sz="4" w:space="0" w:color="auto"/>
              <w:right w:val="single" w:sz="4" w:space="0" w:color="auto"/>
            </w:tcBorders>
          </w:tcPr>
          <w:p w14:paraId="4457C53D" w14:textId="77777777" w:rsidR="00FC50C5" w:rsidRDefault="00000000">
            <w:pPr>
              <w:jc w:val="center"/>
              <w:rPr>
                <w:sz w:val="24"/>
                <w:szCs w:val="24"/>
              </w:rPr>
            </w:pPr>
            <w:r>
              <w:rPr>
                <w:rFonts w:ascii="Arial" w:hAnsi="Arial"/>
                <w:b/>
                <w:sz w:val="20"/>
                <w:szCs w:val="24"/>
              </w:rPr>
              <w:t>Course Code</w:t>
            </w:r>
          </w:p>
        </w:tc>
        <w:tc>
          <w:tcPr>
            <w:tcW w:w="4670" w:type="dxa"/>
            <w:gridSpan w:val="2"/>
            <w:tcBorders>
              <w:top w:val="single" w:sz="4" w:space="0" w:color="auto"/>
              <w:left w:val="single" w:sz="4" w:space="0" w:color="auto"/>
              <w:bottom w:val="single" w:sz="4" w:space="0" w:color="auto"/>
              <w:right w:val="single" w:sz="4" w:space="0" w:color="auto"/>
            </w:tcBorders>
          </w:tcPr>
          <w:p w14:paraId="76369750" w14:textId="77777777" w:rsidR="00FC50C5" w:rsidRDefault="00000000">
            <w:pPr>
              <w:jc w:val="center"/>
              <w:rPr>
                <w:sz w:val="24"/>
                <w:szCs w:val="24"/>
              </w:rPr>
            </w:pPr>
            <w:r>
              <w:rPr>
                <w:rFonts w:ascii="Arial" w:hAnsi="Arial"/>
                <w:b/>
                <w:sz w:val="20"/>
                <w:szCs w:val="24"/>
              </w:rPr>
              <w:t>Course Title</w:t>
            </w:r>
          </w:p>
        </w:tc>
        <w:tc>
          <w:tcPr>
            <w:tcW w:w="456" w:type="dxa"/>
            <w:tcBorders>
              <w:top w:val="single" w:sz="4" w:space="0" w:color="auto"/>
              <w:left w:val="single" w:sz="4" w:space="0" w:color="auto"/>
              <w:bottom w:val="single" w:sz="4" w:space="0" w:color="auto"/>
              <w:right w:val="single" w:sz="4" w:space="0" w:color="auto"/>
            </w:tcBorders>
          </w:tcPr>
          <w:p w14:paraId="2757D652" w14:textId="77777777" w:rsidR="00FC50C5" w:rsidRDefault="00000000">
            <w:pPr>
              <w:jc w:val="center"/>
              <w:rPr>
                <w:sz w:val="24"/>
                <w:szCs w:val="24"/>
              </w:rPr>
            </w:pPr>
            <w:r>
              <w:rPr>
                <w:rFonts w:ascii="Arial" w:hAnsi="Arial"/>
                <w:b/>
                <w:sz w:val="20"/>
                <w:szCs w:val="24"/>
              </w:rPr>
              <w:t>L</w:t>
            </w:r>
          </w:p>
        </w:tc>
        <w:tc>
          <w:tcPr>
            <w:tcW w:w="2508" w:type="dxa"/>
            <w:tcBorders>
              <w:top w:val="single" w:sz="4" w:space="0" w:color="auto"/>
              <w:left w:val="single" w:sz="4" w:space="0" w:color="auto"/>
              <w:bottom w:val="single" w:sz="4" w:space="0" w:color="auto"/>
              <w:right w:val="single" w:sz="4" w:space="0" w:color="auto"/>
            </w:tcBorders>
          </w:tcPr>
          <w:p w14:paraId="6FC5BDCF" w14:textId="77777777" w:rsidR="00FC50C5" w:rsidRDefault="00000000">
            <w:pPr>
              <w:jc w:val="center"/>
              <w:rPr>
                <w:sz w:val="24"/>
                <w:szCs w:val="24"/>
              </w:rPr>
            </w:pPr>
            <w:r>
              <w:rPr>
                <w:rFonts w:ascii="Arial" w:hAnsi="Arial"/>
                <w:b/>
                <w:sz w:val="20"/>
                <w:szCs w:val="24"/>
              </w:rPr>
              <w:t>T</w:t>
            </w:r>
          </w:p>
        </w:tc>
        <w:tc>
          <w:tcPr>
            <w:tcW w:w="270" w:type="dxa"/>
            <w:tcBorders>
              <w:top w:val="single" w:sz="4" w:space="0" w:color="auto"/>
              <w:left w:val="single" w:sz="4" w:space="0" w:color="auto"/>
              <w:bottom w:val="single" w:sz="4" w:space="0" w:color="auto"/>
              <w:right w:val="single" w:sz="4" w:space="0" w:color="auto"/>
            </w:tcBorders>
          </w:tcPr>
          <w:p w14:paraId="100FACFB" w14:textId="77777777" w:rsidR="00FC50C5" w:rsidRDefault="00000000">
            <w:pPr>
              <w:jc w:val="center"/>
              <w:rPr>
                <w:sz w:val="24"/>
                <w:szCs w:val="24"/>
              </w:rPr>
            </w:pPr>
            <w:r>
              <w:rPr>
                <w:rFonts w:ascii="Arial" w:hAnsi="Arial"/>
                <w:b/>
                <w:sz w:val="20"/>
                <w:szCs w:val="24"/>
              </w:rPr>
              <w:t>P</w:t>
            </w:r>
          </w:p>
        </w:tc>
        <w:tc>
          <w:tcPr>
            <w:tcW w:w="360" w:type="dxa"/>
            <w:tcBorders>
              <w:top w:val="single" w:sz="4" w:space="0" w:color="auto"/>
              <w:left w:val="single" w:sz="4" w:space="0" w:color="auto"/>
              <w:bottom w:val="single" w:sz="4" w:space="0" w:color="auto"/>
              <w:right w:val="single" w:sz="4" w:space="0" w:color="auto"/>
            </w:tcBorders>
          </w:tcPr>
          <w:p w14:paraId="446BD98C" w14:textId="77777777" w:rsidR="00FC50C5" w:rsidRDefault="00000000">
            <w:pPr>
              <w:jc w:val="center"/>
              <w:rPr>
                <w:sz w:val="24"/>
                <w:szCs w:val="24"/>
              </w:rPr>
            </w:pPr>
            <w:r>
              <w:rPr>
                <w:rFonts w:ascii="Arial" w:hAnsi="Arial"/>
                <w:b/>
                <w:sz w:val="20"/>
                <w:szCs w:val="24"/>
              </w:rPr>
              <w:t>H</w:t>
            </w:r>
          </w:p>
        </w:tc>
        <w:tc>
          <w:tcPr>
            <w:tcW w:w="394" w:type="dxa"/>
            <w:tcBorders>
              <w:top w:val="single" w:sz="4" w:space="0" w:color="auto"/>
              <w:left w:val="single" w:sz="4" w:space="0" w:color="auto"/>
              <w:bottom w:val="single" w:sz="4" w:space="0" w:color="auto"/>
              <w:right w:val="single" w:sz="4" w:space="0" w:color="auto"/>
            </w:tcBorders>
          </w:tcPr>
          <w:p w14:paraId="7885AAD2" w14:textId="77777777" w:rsidR="00FC50C5" w:rsidRDefault="00000000" w:rsidP="00BB2100">
            <w:pPr>
              <w:ind w:left="252"/>
              <w:jc w:val="center"/>
              <w:rPr>
                <w:sz w:val="24"/>
                <w:szCs w:val="24"/>
              </w:rPr>
            </w:pPr>
            <w:r>
              <w:rPr>
                <w:rFonts w:ascii="Arial" w:hAnsi="Arial"/>
                <w:b/>
                <w:sz w:val="20"/>
                <w:szCs w:val="24"/>
              </w:rPr>
              <w:t>C</w:t>
            </w:r>
          </w:p>
        </w:tc>
      </w:tr>
      <w:tr w:rsidR="00FC50C5" w14:paraId="547399E2" w14:textId="77777777" w:rsidTr="00E80FD8">
        <w:tc>
          <w:tcPr>
            <w:tcW w:w="750" w:type="dxa"/>
            <w:gridSpan w:val="2"/>
            <w:vMerge w:val="restart"/>
            <w:tcBorders>
              <w:top w:val="single" w:sz="4" w:space="0" w:color="auto"/>
              <w:left w:val="single" w:sz="4" w:space="0" w:color="auto"/>
              <w:bottom w:val="single" w:sz="4" w:space="0" w:color="auto"/>
              <w:right w:val="single" w:sz="4" w:space="0" w:color="auto"/>
            </w:tcBorders>
          </w:tcPr>
          <w:p w14:paraId="36BD25DA" w14:textId="77777777" w:rsidR="00FC50C5" w:rsidRDefault="00000000">
            <w:pPr>
              <w:jc w:val="center"/>
              <w:rPr>
                <w:sz w:val="24"/>
                <w:szCs w:val="24"/>
              </w:rPr>
            </w:pPr>
            <w:r>
              <w:rPr>
                <w:rFonts w:ascii="Arial" w:hAnsi="Arial"/>
                <w:sz w:val="20"/>
                <w:szCs w:val="24"/>
              </w:rPr>
              <w:t>1</w:t>
            </w:r>
          </w:p>
        </w:tc>
        <w:tc>
          <w:tcPr>
            <w:tcW w:w="1331" w:type="dxa"/>
            <w:gridSpan w:val="2"/>
            <w:tcBorders>
              <w:top w:val="single" w:sz="4" w:space="0" w:color="auto"/>
              <w:left w:val="single" w:sz="4" w:space="0" w:color="auto"/>
              <w:bottom w:val="single" w:sz="4" w:space="0" w:color="auto"/>
              <w:right w:val="single" w:sz="4" w:space="0" w:color="auto"/>
            </w:tcBorders>
          </w:tcPr>
          <w:p w14:paraId="1161F703" w14:textId="77777777" w:rsidR="00FC50C5" w:rsidRDefault="00000000">
            <w:pPr>
              <w:jc w:val="center"/>
              <w:rPr>
                <w:sz w:val="24"/>
                <w:szCs w:val="24"/>
              </w:rPr>
            </w:pPr>
            <w:r>
              <w:rPr>
                <w:rFonts w:ascii="Arial" w:hAnsi="Arial"/>
                <w:sz w:val="20"/>
              </w:rPr>
              <w:t> </w:t>
            </w:r>
          </w:p>
        </w:tc>
        <w:tc>
          <w:tcPr>
            <w:tcW w:w="4670" w:type="dxa"/>
            <w:gridSpan w:val="2"/>
            <w:tcBorders>
              <w:top w:val="single" w:sz="4" w:space="0" w:color="auto"/>
              <w:left w:val="single" w:sz="4" w:space="0" w:color="auto"/>
              <w:bottom w:val="single" w:sz="4" w:space="0" w:color="auto"/>
              <w:right w:val="single" w:sz="4" w:space="0" w:color="auto"/>
            </w:tcBorders>
          </w:tcPr>
          <w:p w14:paraId="764DE742" w14:textId="77777777" w:rsidR="00FC50C5" w:rsidRDefault="00000000">
            <w:pPr>
              <w:jc w:val="center"/>
              <w:rPr>
                <w:sz w:val="24"/>
                <w:szCs w:val="24"/>
              </w:rPr>
            </w:pPr>
            <w:r>
              <w:rPr>
                <w:rFonts w:ascii="Arial" w:hAnsi="Arial"/>
                <w:sz w:val="20"/>
                <w:szCs w:val="24"/>
              </w:rPr>
              <w:t>Elective – IV</w:t>
            </w:r>
          </w:p>
        </w:tc>
        <w:tc>
          <w:tcPr>
            <w:tcW w:w="456" w:type="dxa"/>
            <w:vMerge w:val="restart"/>
            <w:tcBorders>
              <w:top w:val="single" w:sz="4" w:space="0" w:color="auto"/>
              <w:left w:val="single" w:sz="4" w:space="0" w:color="auto"/>
              <w:bottom w:val="single" w:sz="4" w:space="0" w:color="auto"/>
              <w:right w:val="single" w:sz="4" w:space="0" w:color="auto"/>
            </w:tcBorders>
          </w:tcPr>
          <w:p w14:paraId="25ADBF85" w14:textId="77777777" w:rsidR="00FC50C5" w:rsidRDefault="00000000">
            <w:pPr>
              <w:jc w:val="center"/>
              <w:rPr>
                <w:sz w:val="24"/>
                <w:szCs w:val="24"/>
              </w:rPr>
            </w:pPr>
            <w:r>
              <w:rPr>
                <w:rFonts w:ascii="Arial" w:hAnsi="Arial"/>
                <w:sz w:val="20"/>
                <w:szCs w:val="24"/>
              </w:rPr>
              <w:t>3</w:t>
            </w:r>
          </w:p>
        </w:tc>
        <w:tc>
          <w:tcPr>
            <w:tcW w:w="2508" w:type="dxa"/>
            <w:vMerge w:val="restart"/>
            <w:tcBorders>
              <w:top w:val="single" w:sz="4" w:space="0" w:color="auto"/>
              <w:left w:val="single" w:sz="4" w:space="0" w:color="auto"/>
              <w:bottom w:val="single" w:sz="4" w:space="0" w:color="auto"/>
              <w:right w:val="single" w:sz="4" w:space="0" w:color="auto"/>
            </w:tcBorders>
          </w:tcPr>
          <w:p w14:paraId="15992491" w14:textId="77777777" w:rsidR="00FC50C5" w:rsidRDefault="00000000">
            <w:pPr>
              <w:jc w:val="center"/>
              <w:rPr>
                <w:sz w:val="24"/>
                <w:szCs w:val="24"/>
              </w:rPr>
            </w:pPr>
            <w:r>
              <w:rPr>
                <w:rFonts w:ascii="Arial" w:hAnsi="Arial"/>
                <w:sz w:val="20"/>
                <w:szCs w:val="24"/>
              </w:rPr>
              <w:t>0</w:t>
            </w:r>
          </w:p>
        </w:tc>
        <w:tc>
          <w:tcPr>
            <w:tcW w:w="270" w:type="dxa"/>
            <w:vMerge w:val="restart"/>
            <w:tcBorders>
              <w:top w:val="single" w:sz="4" w:space="0" w:color="auto"/>
              <w:left w:val="single" w:sz="4" w:space="0" w:color="auto"/>
              <w:bottom w:val="single" w:sz="4" w:space="0" w:color="auto"/>
              <w:right w:val="single" w:sz="4" w:space="0" w:color="auto"/>
            </w:tcBorders>
          </w:tcPr>
          <w:p w14:paraId="2F1C7A96" w14:textId="77777777" w:rsidR="00FC50C5" w:rsidRDefault="00000000">
            <w:pPr>
              <w:jc w:val="center"/>
              <w:rPr>
                <w:sz w:val="24"/>
                <w:szCs w:val="24"/>
              </w:rPr>
            </w:pPr>
            <w:r>
              <w:rPr>
                <w:rFonts w:ascii="Arial" w:hAnsi="Arial"/>
                <w:sz w:val="20"/>
                <w:szCs w:val="24"/>
              </w:rPr>
              <w:t>0</w:t>
            </w:r>
          </w:p>
        </w:tc>
        <w:tc>
          <w:tcPr>
            <w:tcW w:w="360" w:type="dxa"/>
            <w:vMerge w:val="restart"/>
            <w:tcBorders>
              <w:top w:val="single" w:sz="4" w:space="0" w:color="auto"/>
              <w:left w:val="single" w:sz="4" w:space="0" w:color="auto"/>
              <w:bottom w:val="single" w:sz="4" w:space="0" w:color="auto"/>
              <w:right w:val="single" w:sz="4" w:space="0" w:color="auto"/>
            </w:tcBorders>
          </w:tcPr>
          <w:p w14:paraId="729790E6" w14:textId="77777777" w:rsidR="00FC50C5" w:rsidRDefault="00000000">
            <w:pPr>
              <w:jc w:val="center"/>
              <w:rPr>
                <w:sz w:val="24"/>
                <w:szCs w:val="24"/>
              </w:rPr>
            </w:pPr>
            <w:r>
              <w:rPr>
                <w:rFonts w:ascii="Arial" w:hAnsi="Arial"/>
                <w:sz w:val="20"/>
                <w:szCs w:val="24"/>
              </w:rPr>
              <w:t>3</w:t>
            </w:r>
          </w:p>
        </w:tc>
        <w:tc>
          <w:tcPr>
            <w:tcW w:w="394" w:type="dxa"/>
            <w:vMerge w:val="restart"/>
            <w:tcBorders>
              <w:top w:val="single" w:sz="4" w:space="0" w:color="auto"/>
              <w:left w:val="single" w:sz="4" w:space="0" w:color="auto"/>
              <w:bottom w:val="single" w:sz="4" w:space="0" w:color="auto"/>
              <w:right w:val="single" w:sz="4" w:space="0" w:color="auto"/>
            </w:tcBorders>
          </w:tcPr>
          <w:p w14:paraId="3B9EC18A" w14:textId="77777777" w:rsidR="00FC50C5" w:rsidRDefault="00000000">
            <w:pPr>
              <w:jc w:val="center"/>
              <w:rPr>
                <w:sz w:val="24"/>
                <w:szCs w:val="24"/>
              </w:rPr>
            </w:pPr>
            <w:r>
              <w:rPr>
                <w:rFonts w:ascii="Arial" w:hAnsi="Arial"/>
                <w:sz w:val="20"/>
                <w:szCs w:val="24"/>
              </w:rPr>
              <w:t>3</w:t>
            </w:r>
          </w:p>
        </w:tc>
      </w:tr>
      <w:tr w:rsidR="00FC50C5" w14:paraId="16FF440E" w14:textId="77777777" w:rsidTr="00E80FD8">
        <w:tc>
          <w:tcPr>
            <w:tcW w:w="750" w:type="dxa"/>
            <w:gridSpan w:val="2"/>
            <w:vMerge/>
            <w:tcBorders>
              <w:top w:val="single" w:sz="4" w:space="0" w:color="auto"/>
              <w:left w:val="single" w:sz="4" w:space="0" w:color="auto"/>
              <w:bottom w:val="single" w:sz="4" w:space="0" w:color="auto"/>
              <w:right w:val="single" w:sz="4" w:space="0" w:color="auto"/>
            </w:tcBorders>
          </w:tcPr>
          <w:p w14:paraId="71E34944" w14:textId="77777777" w:rsidR="00FC50C5" w:rsidRDefault="00FC50C5">
            <w:pPr>
              <w:widowControl w:val="0"/>
              <w:pBdr>
                <w:top w:val="nil"/>
                <w:left w:val="nil"/>
                <w:bottom w:val="nil"/>
                <w:right w:val="nil"/>
                <w:between w:val="nil"/>
              </w:pBdr>
              <w:spacing w:line="276" w:lineRule="auto"/>
              <w:rPr>
                <w:sz w:val="24"/>
                <w:szCs w:val="24"/>
              </w:rPr>
            </w:pPr>
          </w:p>
        </w:tc>
        <w:tc>
          <w:tcPr>
            <w:tcW w:w="1331" w:type="dxa"/>
            <w:gridSpan w:val="2"/>
            <w:tcBorders>
              <w:top w:val="single" w:sz="4" w:space="0" w:color="auto"/>
              <w:left w:val="single" w:sz="4" w:space="0" w:color="auto"/>
              <w:bottom w:val="single" w:sz="4" w:space="0" w:color="auto"/>
              <w:right w:val="single" w:sz="4" w:space="0" w:color="auto"/>
            </w:tcBorders>
          </w:tcPr>
          <w:p w14:paraId="377EB18F" w14:textId="77777777" w:rsidR="00FC50C5" w:rsidRDefault="00000000">
            <w:pPr>
              <w:jc w:val="center"/>
              <w:rPr>
                <w:sz w:val="24"/>
                <w:szCs w:val="24"/>
              </w:rPr>
            </w:pPr>
            <w:r>
              <w:rPr>
                <w:rFonts w:ascii="Arial" w:hAnsi="Arial"/>
                <w:sz w:val="20"/>
              </w:rPr>
              <w:t>CSE21858 </w:t>
            </w:r>
          </w:p>
        </w:tc>
        <w:tc>
          <w:tcPr>
            <w:tcW w:w="4670" w:type="dxa"/>
            <w:gridSpan w:val="2"/>
            <w:tcBorders>
              <w:top w:val="single" w:sz="4" w:space="0" w:color="auto"/>
              <w:left w:val="single" w:sz="4" w:space="0" w:color="auto"/>
              <w:bottom w:val="single" w:sz="4" w:space="0" w:color="auto"/>
              <w:right w:val="single" w:sz="4" w:space="0" w:color="auto"/>
            </w:tcBorders>
          </w:tcPr>
          <w:p w14:paraId="126E9E88" w14:textId="77777777" w:rsidR="00FC50C5" w:rsidRDefault="00000000">
            <w:pPr>
              <w:jc w:val="center"/>
              <w:rPr>
                <w:sz w:val="24"/>
                <w:szCs w:val="24"/>
              </w:rPr>
            </w:pPr>
            <w:r>
              <w:rPr>
                <w:rFonts w:ascii="Arial" w:hAnsi="Arial"/>
                <w:sz w:val="20"/>
                <w:szCs w:val="24"/>
              </w:rPr>
              <w:t>Advanced Network Security</w:t>
            </w:r>
          </w:p>
        </w:tc>
        <w:tc>
          <w:tcPr>
            <w:tcW w:w="456" w:type="dxa"/>
            <w:vMerge/>
            <w:tcBorders>
              <w:top w:val="single" w:sz="4" w:space="0" w:color="auto"/>
              <w:left w:val="single" w:sz="4" w:space="0" w:color="auto"/>
              <w:bottom w:val="single" w:sz="4" w:space="0" w:color="auto"/>
              <w:right w:val="single" w:sz="4" w:space="0" w:color="auto"/>
            </w:tcBorders>
          </w:tcPr>
          <w:p w14:paraId="38C48A3E" w14:textId="77777777" w:rsidR="00FC50C5" w:rsidRDefault="00FC50C5">
            <w:pPr>
              <w:widowControl w:val="0"/>
              <w:pBdr>
                <w:top w:val="nil"/>
                <w:left w:val="nil"/>
                <w:bottom w:val="nil"/>
                <w:right w:val="nil"/>
                <w:between w:val="nil"/>
              </w:pBdr>
              <w:spacing w:line="276" w:lineRule="auto"/>
              <w:rPr>
                <w:sz w:val="24"/>
                <w:szCs w:val="24"/>
              </w:rPr>
            </w:pPr>
          </w:p>
        </w:tc>
        <w:tc>
          <w:tcPr>
            <w:tcW w:w="2508" w:type="dxa"/>
            <w:vMerge/>
            <w:tcBorders>
              <w:top w:val="single" w:sz="4" w:space="0" w:color="auto"/>
              <w:left w:val="single" w:sz="4" w:space="0" w:color="auto"/>
              <w:bottom w:val="single" w:sz="4" w:space="0" w:color="auto"/>
              <w:right w:val="single" w:sz="4" w:space="0" w:color="auto"/>
            </w:tcBorders>
          </w:tcPr>
          <w:p w14:paraId="66F84742" w14:textId="77777777" w:rsidR="00FC50C5" w:rsidRDefault="00FC50C5">
            <w:pPr>
              <w:widowControl w:val="0"/>
              <w:pBdr>
                <w:top w:val="nil"/>
                <w:left w:val="nil"/>
                <w:bottom w:val="nil"/>
                <w:right w:val="nil"/>
                <w:between w:val="nil"/>
              </w:pBdr>
              <w:spacing w:line="276" w:lineRule="auto"/>
              <w:rPr>
                <w:sz w:val="24"/>
                <w:szCs w:val="24"/>
              </w:rPr>
            </w:pPr>
          </w:p>
        </w:tc>
        <w:tc>
          <w:tcPr>
            <w:tcW w:w="270" w:type="dxa"/>
            <w:vMerge/>
            <w:tcBorders>
              <w:top w:val="single" w:sz="4" w:space="0" w:color="auto"/>
              <w:left w:val="single" w:sz="4" w:space="0" w:color="auto"/>
              <w:bottom w:val="single" w:sz="4" w:space="0" w:color="auto"/>
              <w:right w:val="single" w:sz="4" w:space="0" w:color="auto"/>
            </w:tcBorders>
          </w:tcPr>
          <w:p w14:paraId="5DD2ADE7" w14:textId="77777777" w:rsidR="00FC50C5" w:rsidRDefault="00FC50C5">
            <w:pPr>
              <w:widowControl w:val="0"/>
              <w:pBdr>
                <w:top w:val="nil"/>
                <w:left w:val="nil"/>
                <w:bottom w:val="nil"/>
                <w:right w:val="nil"/>
                <w:between w:val="nil"/>
              </w:pBdr>
              <w:spacing w:line="276" w:lineRule="auto"/>
              <w:rPr>
                <w:sz w:val="24"/>
                <w:szCs w:val="24"/>
              </w:rPr>
            </w:pPr>
          </w:p>
        </w:tc>
        <w:tc>
          <w:tcPr>
            <w:tcW w:w="360" w:type="dxa"/>
            <w:vMerge/>
            <w:tcBorders>
              <w:top w:val="single" w:sz="4" w:space="0" w:color="auto"/>
              <w:left w:val="single" w:sz="4" w:space="0" w:color="auto"/>
              <w:bottom w:val="single" w:sz="4" w:space="0" w:color="auto"/>
              <w:right w:val="single" w:sz="4" w:space="0" w:color="auto"/>
            </w:tcBorders>
          </w:tcPr>
          <w:p w14:paraId="76666B94" w14:textId="77777777" w:rsidR="00FC50C5" w:rsidRDefault="00FC50C5">
            <w:pPr>
              <w:widowControl w:val="0"/>
              <w:pBdr>
                <w:top w:val="nil"/>
                <w:left w:val="nil"/>
                <w:bottom w:val="nil"/>
                <w:right w:val="nil"/>
                <w:between w:val="nil"/>
              </w:pBdr>
              <w:spacing w:line="276" w:lineRule="auto"/>
              <w:rPr>
                <w:sz w:val="24"/>
                <w:szCs w:val="24"/>
              </w:rPr>
            </w:pPr>
          </w:p>
        </w:tc>
        <w:tc>
          <w:tcPr>
            <w:tcW w:w="394" w:type="dxa"/>
            <w:vMerge/>
            <w:tcBorders>
              <w:top w:val="single" w:sz="4" w:space="0" w:color="auto"/>
              <w:left w:val="single" w:sz="4" w:space="0" w:color="auto"/>
              <w:bottom w:val="single" w:sz="4" w:space="0" w:color="auto"/>
              <w:right w:val="single" w:sz="4" w:space="0" w:color="auto"/>
            </w:tcBorders>
          </w:tcPr>
          <w:p w14:paraId="523A05D9" w14:textId="77777777" w:rsidR="00FC50C5" w:rsidRDefault="00FC50C5">
            <w:pPr>
              <w:widowControl w:val="0"/>
              <w:pBdr>
                <w:top w:val="nil"/>
                <w:left w:val="nil"/>
                <w:bottom w:val="nil"/>
                <w:right w:val="nil"/>
                <w:between w:val="nil"/>
              </w:pBdr>
              <w:spacing w:line="276" w:lineRule="auto"/>
              <w:rPr>
                <w:sz w:val="24"/>
                <w:szCs w:val="24"/>
              </w:rPr>
            </w:pPr>
          </w:p>
        </w:tc>
      </w:tr>
      <w:tr w:rsidR="00FC50C5" w14:paraId="51D5FE7F" w14:textId="77777777" w:rsidTr="00E80FD8">
        <w:tc>
          <w:tcPr>
            <w:tcW w:w="750" w:type="dxa"/>
            <w:gridSpan w:val="2"/>
            <w:vMerge/>
            <w:tcBorders>
              <w:top w:val="single" w:sz="4" w:space="0" w:color="auto"/>
              <w:left w:val="single" w:sz="4" w:space="0" w:color="auto"/>
              <w:bottom w:val="single" w:sz="4" w:space="0" w:color="auto"/>
              <w:right w:val="single" w:sz="4" w:space="0" w:color="auto"/>
            </w:tcBorders>
          </w:tcPr>
          <w:p w14:paraId="59E287FA" w14:textId="77777777" w:rsidR="00FC50C5" w:rsidRDefault="00FC50C5">
            <w:pPr>
              <w:widowControl w:val="0"/>
              <w:pBdr>
                <w:top w:val="nil"/>
                <w:left w:val="nil"/>
                <w:bottom w:val="nil"/>
                <w:right w:val="nil"/>
                <w:between w:val="nil"/>
              </w:pBdr>
              <w:spacing w:line="276" w:lineRule="auto"/>
              <w:rPr>
                <w:sz w:val="24"/>
                <w:szCs w:val="24"/>
              </w:rPr>
            </w:pPr>
          </w:p>
        </w:tc>
        <w:tc>
          <w:tcPr>
            <w:tcW w:w="1331" w:type="dxa"/>
            <w:gridSpan w:val="2"/>
            <w:tcBorders>
              <w:top w:val="single" w:sz="4" w:space="0" w:color="auto"/>
              <w:left w:val="single" w:sz="4" w:space="0" w:color="auto"/>
              <w:bottom w:val="single" w:sz="4" w:space="0" w:color="auto"/>
              <w:right w:val="single" w:sz="4" w:space="0" w:color="auto"/>
            </w:tcBorders>
          </w:tcPr>
          <w:p w14:paraId="6287792E" w14:textId="77777777" w:rsidR="00FC50C5" w:rsidRDefault="00000000">
            <w:pPr>
              <w:jc w:val="center"/>
              <w:rPr>
                <w:sz w:val="24"/>
                <w:szCs w:val="24"/>
              </w:rPr>
            </w:pPr>
            <w:r>
              <w:rPr>
                <w:rFonts w:ascii="Arial" w:hAnsi="Arial"/>
                <w:sz w:val="20"/>
              </w:rPr>
              <w:t>CSE21859 </w:t>
            </w:r>
          </w:p>
        </w:tc>
        <w:tc>
          <w:tcPr>
            <w:tcW w:w="4670" w:type="dxa"/>
            <w:gridSpan w:val="2"/>
            <w:tcBorders>
              <w:top w:val="single" w:sz="4" w:space="0" w:color="auto"/>
              <w:left w:val="single" w:sz="4" w:space="0" w:color="auto"/>
              <w:bottom w:val="single" w:sz="4" w:space="0" w:color="auto"/>
              <w:right w:val="single" w:sz="4" w:space="0" w:color="auto"/>
            </w:tcBorders>
          </w:tcPr>
          <w:p w14:paraId="0240C11E" w14:textId="77777777" w:rsidR="00FC50C5" w:rsidRDefault="00000000">
            <w:pPr>
              <w:jc w:val="center"/>
              <w:rPr>
                <w:sz w:val="24"/>
                <w:szCs w:val="24"/>
              </w:rPr>
            </w:pPr>
            <w:r>
              <w:rPr>
                <w:rFonts w:ascii="Arial" w:hAnsi="Arial"/>
                <w:sz w:val="20"/>
                <w:szCs w:val="24"/>
              </w:rPr>
              <w:t>Data Mining</w:t>
            </w:r>
          </w:p>
        </w:tc>
        <w:tc>
          <w:tcPr>
            <w:tcW w:w="456" w:type="dxa"/>
            <w:vMerge/>
            <w:tcBorders>
              <w:top w:val="single" w:sz="4" w:space="0" w:color="auto"/>
              <w:left w:val="single" w:sz="4" w:space="0" w:color="auto"/>
              <w:bottom w:val="single" w:sz="4" w:space="0" w:color="auto"/>
              <w:right w:val="single" w:sz="4" w:space="0" w:color="auto"/>
            </w:tcBorders>
          </w:tcPr>
          <w:p w14:paraId="093D427D" w14:textId="77777777" w:rsidR="00FC50C5" w:rsidRDefault="00FC50C5">
            <w:pPr>
              <w:widowControl w:val="0"/>
              <w:pBdr>
                <w:top w:val="nil"/>
                <w:left w:val="nil"/>
                <w:bottom w:val="nil"/>
                <w:right w:val="nil"/>
                <w:between w:val="nil"/>
              </w:pBdr>
              <w:spacing w:line="276" w:lineRule="auto"/>
              <w:rPr>
                <w:sz w:val="24"/>
                <w:szCs w:val="24"/>
              </w:rPr>
            </w:pPr>
          </w:p>
        </w:tc>
        <w:tc>
          <w:tcPr>
            <w:tcW w:w="2508" w:type="dxa"/>
            <w:vMerge/>
            <w:tcBorders>
              <w:top w:val="single" w:sz="4" w:space="0" w:color="auto"/>
              <w:left w:val="single" w:sz="4" w:space="0" w:color="auto"/>
              <w:bottom w:val="single" w:sz="4" w:space="0" w:color="auto"/>
              <w:right w:val="single" w:sz="4" w:space="0" w:color="auto"/>
            </w:tcBorders>
          </w:tcPr>
          <w:p w14:paraId="0E2C7DCC" w14:textId="77777777" w:rsidR="00FC50C5" w:rsidRDefault="00FC50C5">
            <w:pPr>
              <w:widowControl w:val="0"/>
              <w:pBdr>
                <w:top w:val="nil"/>
                <w:left w:val="nil"/>
                <w:bottom w:val="nil"/>
                <w:right w:val="nil"/>
                <w:between w:val="nil"/>
              </w:pBdr>
              <w:spacing w:line="276" w:lineRule="auto"/>
              <w:rPr>
                <w:sz w:val="24"/>
                <w:szCs w:val="24"/>
              </w:rPr>
            </w:pPr>
          </w:p>
        </w:tc>
        <w:tc>
          <w:tcPr>
            <w:tcW w:w="270" w:type="dxa"/>
            <w:vMerge/>
            <w:tcBorders>
              <w:top w:val="single" w:sz="4" w:space="0" w:color="auto"/>
              <w:left w:val="single" w:sz="4" w:space="0" w:color="auto"/>
              <w:bottom w:val="single" w:sz="4" w:space="0" w:color="auto"/>
              <w:right w:val="single" w:sz="4" w:space="0" w:color="auto"/>
            </w:tcBorders>
          </w:tcPr>
          <w:p w14:paraId="5BE2B10C" w14:textId="77777777" w:rsidR="00FC50C5" w:rsidRDefault="00FC50C5">
            <w:pPr>
              <w:widowControl w:val="0"/>
              <w:pBdr>
                <w:top w:val="nil"/>
                <w:left w:val="nil"/>
                <w:bottom w:val="nil"/>
                <w:right w:val="nil"/>
                <w:between w:val="nil"/>
              </w:pBdr>
              <w:spacing w:line="276" w:lineRule="auto"/>
              <w:rPr>
                <w:sz w:val="24"/>
                <w:szCs w:val="24"/>
              </w:rPr>
            </w:pPr>
          </w:p>
        </w:tc>
        <w:tc>
          <w:tcPr>
            <w:tcW w:w="360" w:type="dxa"/>
            <w:vMerge/>
            <w:tcBorders>
              <w:top w:val="single" w:sz="4" w:space="0" w:color="auto"/>
              <w:left w:val="single" w:sz="4" w:space="0" w:color="auto"/>
              <w:bottom w:val="single" w:sz="4" w:space="0" w:color="auto"/>
              <w:right w:val="single" w:sz="4" w:space="0" w:color="auto"/>
            </w:tcBorders>
          </w:tcPr>
          <w:p w14:paraId="22AF01ED" w14:textId="77777777" w:rsidR="00FC50C5" w:rsidRDefault="00FC50C5">
            <w:pPr>
              <w:widowControl w:val="0"/>
              <w:pBdr>
                <w:top w:val="nil"/>
                <w:left w:val="nil"/>
                <w:bottom w:val="nil"/>
                <w:right w:val="nil"/>
                <w:between w:val="nil"/>
              </w:pBdr>
              <w:spacing w:line="276" w:lineRule="auto"/>
              <w:rPr>
                <w:sz w:val="24"/>
                <w:szCs w:val="24"/>
              </w:rPr>
            </w:pPr>
          </w:p>
        </w:tc>
        <w:tc>
          <w:tcPr>
            <w:tcW w:w="394" w:type="dxa"/>
            <w:vMerge/>
            <w:tcBorders>
              <w:top w:val="single" w:sz="4" w:space="0" w:color="auto"/>
              <w:left w:val="single" w:sz="4" w:space="0" w:color="auto"/>
              <w:bottom w:val="single" w:sz="4" w:space="0" w:color="auto"/>
              <w:right w:val="single" w:sz="4" w:space="0" w:color="auto"/>
            </w:tcBorders>
          </w:tcPr>
          <w:p w14:paraId="2EE993C0" w14:textId="77777777" w:rsidR="00FC50C5" w:rsidRDefault="00FC50C5">
            <w:pPr>
              <w:widowControl w:val="0"/>
              <w:pBdr>
                <w:top w:val="nil"/>
                <w:left w:val="nil"/>
                <w:bottom w:val="nil"/>
                <w:right w:val="nil"/>
                <w:between w:val="nil"/>
              </w:pBdr>
              <w:spacing w:line="276" w:lineRule="auto"/>
              <w:rPr>
                <w:sz w:val="24"/>
                <w:szCs w:val="24"/>
              </w:rPr>
            </w:pPr>
          </w:p>
        </w:tc>
      </w:tr>
      <w:tr w:rsidR="00FC50C5" w14:paraId="6F8BF122" w14:textId="77777777" w:rsidTr="00E80FD8">
        <w:tc>
          <w:tcPr>
            <w:tcW w:w="750" w:type="dxa"/>
            <w:gridSpan w:val="2"/>
            <w:vMerge/>
            <w:tcBorders>
              <w:top w:val="single" w:sz="4" w:space="0" w:color="auto"/>
              <w:left w:val="single" w:sz="4" w:space="0" w:color="auto"/>
              <w:bottom w:val="single" w:sz="4" w:space="0" w:color="auto"/>
              <w:right w:val="single" w:sz="4" w:space="0" w:color="auto"/>
            </w:tcBorders>
          </w:tcPr>
          <w:p w14:paraId="19912E7F" w14:textId="77777777" w:rsidR="00FC50C5" w:rsidRDefault="00FC50C5">
            <w:pPr>
              <w:widowControl w:val="0"/>
              <w:pBdr>
                <w:top w:val="nil"/>
                <w:left w:val="nil"/>
                <w:bottom w:val="nil"/>
                <w:right w:val="nil"/>
                <w:between w:val="nil"/>
              </w:pBdr>
              <w:spacing w:line="276" w:lineRule="auto"/>
              <w:rPr>
                <w:sz w:val="24"/>
                <w:szCs w:val="24"/>
              </w:rPr>
            </w:pPr>
          </w:p>
        </w:tc>
        <w:tc>
          <w:tcPr>
            <w:tcW w:w="1331" w:type="dxa"/>
            <w:gridSpan w:val="2"/>
            <w:tcBorders>
              <w:top w:val="single" w:sz="4" w:space="0" w:color="auto"/>
              <w:left w:val="single" w:sz="4" w:space="0" w:color="auto"/>
              <w:bottom w:val="single" w:sz="4" w:space="0" w:color="auto"/>
              <w:right w:val="single" w:sz="4" w:space="0" w:color="auto"/>
            </w:tcBorders>
          </w:tcPr>
          <w:p w14:paraId="71B1883D" w14:textId="77777777" w:rsidR="00FC50C5" w:rsidRDefault="00000000">
            <w:pPr>
              <w:jc w:val="center"/>
              <w:rPr>
                <w:sz w:val="24"/>
                <w:szCs w:val="24"/>
              </w:rPr>
            </w:pPr>
            <w:r>
              <w:rPr>
                <w:rFonts w:ascii="Arial" w:hAnsi="Arial"/>
                <w:sz w:val="20"/>
              </w:rPr>
              <w:t>CSE21860 </w:t>
            </w:r>
          </w:p>
        </w:tc>
        <w:tc>
          <w:tcPr>
            <w:tcW w:w="4670" w:type="dxa"/>
            <w:gridSpan w:val="2"/>
            <w:tcBorders>
              <w:top w:val="single" w:sz="4" w:space="0" w:color="auto"/>
              <w:left w:val="single" w:sz="4" w:space="0" w:color="auto"/>
              <w:bottom w:val="single" w:sz="4" w:space="0" w:color="auto"/>
              <w:right w:val="single" w:sz="4" w:space="0" w:color="auto"/>
            </w:tcBorders>
          </w:tcPr>
          <w:p w14:paraId="42C47EA7" w14:textId="77777777" w:rsidR="00FC50C5" w:rsidRDefault="00000000">
            <w:pPr>
              <w:jc w:val="center"/>
              <w:rPr>
                <w:sz w:val="24"/>
                <w:szCs w:val="24"/>
              </w:rPr>
            </w:pPr>
            <w:r>
              <w:rPr>
                <w:rFonts w:ascii="Arial" w:hAnsi="Arial"/>
                <w:sz w:val="20"/>
                <w:szCs w:val="24"/>
              </w:rPr>
              <w:t>Computational Biology</w:t>
            </w:r>
          </w:p>
        </w:tc>
        <w:tc>
          <w:tcPr>
            <w:tcW w:w="456" w:type="dxa"/>
            <w:vMerge/>
            <w:tcBorders>
              <w:top w:val="single" w:sz="4" w:space="0" w:color="auto"/>
              <w:left w:val="single" w:sz="4" w:space="0" w:color="auto"/>
              <w:bottom w:val="single" w:sz="4" w:space="0" w:color="auto"/>
              <w:right w:val="single" w:sz="4" w:space="0" w:color="auto"/>
            </w:tcBorders>
          </w:tcPr>
          <w:p w14:paraId="073B9521" w14:textId="77777777" w:rsidR="00FC50C5" w:rsidRDefault="00FC50C5">
            <w:pPr>
              <w:widowControl w:val="0"/>
              <w:pBdr>
                <w:top w:val="nil"/>
                <w:left w:val="nil"/>
                <w:bottom w:val="nil"/>
                <w:right w:val="nil"/>
                <w:between w:val="nil"/>
              </w:pBdr>
              <w:spacing w:line="276" w:lineRule="auto"/>
              <w:rPr>
                <w:sz w:val="24"/>
                <w:szCs w:val="24"/>
              </w:rPr>
            </w:pPr>
          </w:p>
        </w:tc>
        <w:tc>
          <w:tcPr>
            <w:tcW w:w="2508" w:type="dxa"/>
            <w:vMerge/>
            <w:tcBorders>
              <w:top w:val="single" w:sz="4" w:space="0" w:color="auto"/>
              <w:left w:val="single" w:sz="4" w:space="0" w:color="auto"/>
              <w:bottom w:val="single" w:sz="4" w:space="0" w:color="auto"/>
              <w:right w:val="single" w:sz="4" w:space="0" w:color="auto"/>
            </w:tcBorders>
          </w:tcPr>
          <w:p w14:paraId="13D4B8E8" w14:textId="77777777" w:rsidR="00FC50C5" w:rsidRDefault="00FC50C5">
            <w:pPr>
              <w:widowControl w:val="0"/>
              <w:pBdr>
                <w:top w:val="nil"/>
                <w:left w:val="nil"/>
                <w:bottom w:val="nil"/>
                <w:right w:val="nil"/>
                <w:between w:val="nil"/>
              </w:pBdr>
              <w:spacing w:line="276" w:lineRule="auto"/>
              <w:rPr>
                <w:sz w:val="24"/>
                <w:szCs w:val="24"/>
              </w:rPr>
            </w:pPr>
          </w:p>
        </w:tc>
        <w:tc>
          <w:tcPr>
            <w:tcW w:w="270" w:type="dxa"/>
            <w:vMerge/>
            <w:tcBorders>
              <w:top w:val="single" w:sz="4" w:space="0" w:color="auto"/>
              <w:left w:val="single" w:sz="4" w:space="0" w:color="auto"/>
              <w:bottom w:val="single" w:sz="4" w:space="0" w:color="auto"/>
              <w:right w:val="single" w:sz="4" w:space="0" w:color="auto"/>
            </w:tcBorders>
          </w:tcPr>
          <w:p w14:paraId="62C64C4F" w14:textId="77777777" w:rsidR="00FC50C5" w:rsidRDefault="00FC50C5">
            <w:pPr>
              <w:widowControl w:val="0"/>
              <w:pBdr>
                <w:top w:val="nil"/>
                <w:left w:val="nil"/>
                <w:bottom w:val="nil"/>
                <w:right w:val="nil"/>
                <w:between w:val="nil"/>
              </w:pBdr>
              <w:spacing w:line="276" w:lineRule="auto"/>
              <w:rPr>
                <w:sz w:val="24"/>
                <w:szCs w:val="24"/>
              </w:rPr>
            </w:pPr>
          </w:p>
        </w:tc>
        <w:tc>
          <w:tcPr>
            <w:tcW w:w="360" w:type="dxa"/>
            <w:vMerge/>
            <w:tcBorders>
              <w:top w:val="single" w:sz="4" w:space="0" w:color="auto"/>
              <w:left w:val="single" w:sz="4" w:space="0" w:color="auto"/>
              <w:bottom w:val="single" w:sz="4" w:space="0" w:color="auto"/>
              <w:right w:val="single" w:sz="4" w:space="0" w:color="auto"/>
            </w:tcBorders>
          </w:tcPr>
          <w:p w14:paraId="6C6A5D18" w14:textId="77777777" w:rsidR="00FC50C5" w:rsidRDefault="00FC50C5">
            <w:pPr>
              <w:widowControl w:val="0"/>
              <w:pBdr>
                <w:top w:val="nil"/>
                <w:left w:val="nil"/>
                <w:bottom w:val="nil"/>
                <w:right w:val="nil"/>
                <w:between w:val="nil"/>
              </w:pBdr>
              <w:spacing w:line="276" w:lineRule="auto"/>
              <w:rPr>
                <w:sz w:val="24"/>
                <w:szCs w:val="24"/>
              </w:rPr>
            </w:pPr>
          </w:p>
        </w:tc>
        <w:tc>
          <w:tcPr>
            <w:tcW w:w="394" w:type="dxa"/>
            <w:vMerge/>
            <w:tcBorders>
              <w:top w:val="single" w:sz="4" w:space="0" w:color="auto"/>
              <w:left w:val="single" w:sz="4" w:space="0" w:color="auto"/>
              <w:bottom w:val="single" w:sz="4" w:space="0" w:color="auto"/>
              <w:right w:val="single" w:sz="4" w:space="0" w:color="auto"/>
            </w:tcBorders>
          </w:tcPr>
          <w:p w14:paraId="47825F39" w14:textId="77777777" w:rsidR="00FC50C5" w:rsidRDefault="00FC50C5">
            <w:pPr>
              <w:widowControl w:val="0"/>
              <w:pBdr>
                <w:top w:val="nil"/>
                <w:left w:val="nil"/>
                <w:bottom w:val="nil"/>
                <w:right w:val="nil"/>
                <w:between w:val="nil"/>
              </w:pBdr>
              <w:spacing w:line="276" w:lineRule="auto"/>
              <w:rPr>
                <w:sz w:val="24"/>
                <w:szCs w:val="24"/>
              </w:rPr>
            </w:pPr>
          </w:p>
        </w:tc>
      </w:tr>
      <w:tr w:rsidR="00FC50C5" w14:paraId="29FA1487" w14:textId="77777777" w:rsidTr="00E80FD8">
        <w:tc>
          <w:tcPr>
            <w:tcW w:w="750" w:type="dxa"/>
            <w:gridSpan w:val="2"/>
            <w:tcBorders>
              <w:top w:val="single" w:sz="4" w:space="0" w:color="auto"/>
              <w:left w:val="single" w:sz="4" w:space="0" w:color="auto"/>
              <w:bottom w:val="single" w:sz="4" w:space="0" w:color="auto"/>
              <w:right w:val="single" w:sz="4" w:space="0" w:color="auto"/>
            </w:tcBorders>
          </w:tcPr>
          <w:p w14:paraId="66AEA6FA" w14:textId="77777777" w:rsidR="00FC50C5" w:rsidRDefault="00000000">
            <w:pPr>
              <w:jc w:val="center"/>
              <w:rPr>
                <w:sz w:val="24"/>
                <w:szCs w:val="24"/>
              </w:rPr>
            </w:pPr>
            <w:r>
              <w:rPr>
                <w:rFonts w:ascii="Arial" w:hAnsi="Arial"/>
                <w:color w:val="000000"/>
                <w:sz w:val="20"/>
                <w:szCs w:val="24"/>
              </w:rPr>
              <w:lastRenderedPageBreak/>
              <w:t>2</w:t>
            </w:r>
          </w:p>
        </w:tc>
        <w:tc>
          <w:tcPr>
            <w:tcW w:w="1331" w:type="dxa"/>
            <w:gridSpan w:val="2"/>
            <w:tcBorders>
              <w:top w:val="single" w:sz="4" w:space="0" w:color="auto"/>
              <w:left w:val="single" w:sz="4" w:space="0" w:color="auto"/>
              <w:bottom w:val="single" w:sz="4" w:space="0" w:color="auto"/>
              <w:right w:val="single" w:sz="4" w:space="0" w:color="auto"/>
            </w:tcBorders>
          </w:tcPr>
          <w:p w14:paraId="5548A7F3" w14:textId="77777777" w:rsidR="00FC50C5" w:rsidRDefault="00000000">
            <w:pPr>
              <w:jc w:val="center"/>
              <w:rPr>
                <w:sz w:val="24"/>
                <w:szCs w:val="24"/>
              </w:rPr>
            </w:pPr>
            <w:r>
              <w:rPr>
                <w:rFonts w:ascii="Arial" w:hAnsi="Arial"/>
                <w:sz w:val="20"/>
              </w:rPr>
              <w:t>CSE25861 </w:t>
            </w:r>
          </w:p>
        </w:tc>
        <w:tc>
          <w:tcPr>
            <w:tcW w:w="4670" w:type="dxa"/>
            <w:gridSpan w:val="2"/>
            <w:tcBorders>
              <w:top w:val="single" w:sz="4" w:space="0" w:color="auto"/>
              <w:left w:val="single" w:sz="4" w:space="0" w:color="auto"/>
              <w:bottom w:val="single" w:sz="4" w:space="0" w:color="auto"/>
              <w:right w:val="single" w:sz="4" w:space="0" w:color="auto"/>
            </w:tcBorders>
          </w:tcPr>
          <w:p w14:paraId="5F5FFB07" w14:textId="77777777" w:rsidR="00FC50C5" w:rsidRDefault="00000000">
            <w:pPr>
              <w:jc w:val="center"/>
              <w:rPr>
                <w:sz w:val="24"/>
                <w:szCs w:val="24"/>
              </w:rPr>
            </w:pPr>
            <w:r>
              <w:rPr>
                <w:rFonts w:ascii="Arial" w:hAnsi="Arial"/>
                <w:sz w:val="20"/>
                <w:szCs w:val="24"/>
              </w:rPr>
              <w:t>Thesis – I</w:t>
            </w:r>
          </w:p>
        </w:tc>
        <w:tc>
          <w:tcPr>
            <w:tcW w:w="456" w:type="dxa"/>
            <w:tcBorders>
              <w:top w:val="single" w:sz="4" w:space="0" w:color="auto"/>
              <w:left w:val="single" w:sz="4" w:space="0" w:color="auto"/>
              <w:bottom w:val="single" w:sz="4" w:space="0" w:color="auto"/>
              <w:right w:val="single" w:sz="4" w:space="0" w:color="auto"/>
            </w:tcBorders>
          </w:tcPr>
          <w:p w14:paraId="002E2F03" w14:textId="77777777" w:rsidR="00FC50C5" w:rsidRDefault="00000000">
            <w:pPr>
              <w:jc w:val="center"/>
              <w:rPr>
                <w:sz w:val="24"/>
                <w:szCs w:val="24"/>
              </w:rPr>
            </w:pPr>
            <w:r>
              <w:rPr>
                <w:rFonts w:ascii="Arial" w:hAnsi="Arial"/>
                <w:sz w:val="20"/>
                <w:szCs w:val="24"/>
              </w:rPr>
              <w:t>0</w:t>
            </w:r>
          </w:p>
        </w:tc>
        <w:tc>
          <w:tcPr>
            <w:tcW w:w="2508" w:type="dxa"/>
            <w:tcBorders>
              <w:top w:val="single" w:sz="4" w:space="0" w:color="auto"/>
              <w:left w:val="single" w:sz="4" w:space="0" w:color="auto"/>
              <w:bottom w:val="single" w:sz="4" w:space="0" w:color="auto"/>
              <w:right w:val="single" w:sz="4" w:space="0" w:color="auto"/>
            </w:tcBorders>
          </w:tcPr>
          <w:p w14:paraId="06CE360C" w14:textId="77777777" w:rsidR="00FC50C5" w:rsidRDefault="00000000">
            <w:pPr>
              <w:jc w:val="center"/>
              <w:rPr>
                <w:sz w:val="24"/>
                <w:szCs w:val="24"/>
              </w:rPr>
            </w:pPr>
            <w:r>
              <w:rPr>
                <w:rFonts w:ascii="Arial" w:hAnsi="Arial"/>
                <w:sz w:val="20"/>
                <w:szCs w:val="24"/>
              </w:rPr>
              <w:t>0</w:t>
            </w:r>
          </w:p>
        </w:tc>
        <w:tc>
          <w:tcPr>
            <w:tcW w:w="270" w:type="dxa"/>
            <w:tcBorders>
              <w:top w:val="single" w:sz="4" w:space="0" w:color="auto"/>
              <w:left w:val="single" w:sz="4" w:space="0" w:color="auto"/>
              <w:bottom w:val="single" w:sz="4" w:space="0" w:color="auto"/>
              <w:right w:val="single" w:sz="4" w:space="0" w:color="auto"/>
            </w:tcBorders>
          </w:tcPr>
          <w:p w14:paraId="2FFC276E" w14:textId="77777777" w:rsidR="00FC50C5" w:rsidRDefault="00000000">
            <w:pPr>
              <w:jc w:val="center"/>
              <w:rPr>
                <w:sz w:val="24"/>
                <w:szCs w:val="24"/>
              </w:rPr>
            </w:pPr>
            <w:r>
              <w:rPr>
                <w:rFonts w:ascii="Arial" w:hAnsi="Arial"/>
                <w:sz w:val="20"/>
                <w:szCs w:val="24"/>
              </w:rPr>
              <w:t>24</w:t>
            </w:r>
          </w:p>
        </w:tc>
        <w:tc>
          <w:tcPr>
            <w:tcW w:w="360" w:type="dxa"/>
            <w:tcBorders>
              <w:top w:val="single" w:sz="4" w:space="0" w:color="auto"/>
              <w:left w:val="single" w:sz="4" w:space="0" w:color="auto"/>
              <w:bottom w:val="single" w:sz="4" w:space="0" w:color="auto"/>
              <w:right w:val="single" w:sz="4" w:space="0" w:color="auto"/>
            </w:tcBorders>
          </w:tcPr>
          <w:p w14:paraId="77816A3C" w14:textId="77777777" w:rsidR="00FC50C5" w:rsidRDefault="00000000">
            <w:pPr>
              <w:jc w:val="center"/>
              <w:rPr>
                <w:sz w:val="24"/>
                <w:szCs w:val="24"/>
              </w:rPr>
            </w:pPr>
            <w:r>
              <w:rPr>
                <w:rFonts w:ascii="Arial" w:hAnsi="Arial"/>
                <w:sz w:val="20"/>
                <w:szCs w:val="24"/>
              </w:rPr>
              <w:t>24</w:t>
            </w:r>
          </w:p>
        </w:tc>
        <w:tc>
          <w:tcPr>
            <w:tcW w:w="394" w:type="dxa"/>
            <w:tcBorders>
              <w:top w:val="single" w:sz="4" w:space="0" w:color="auto"/>
              <w:left w:val="single" w:sz="4" w:space="0" w:color="auto"/>
              <w:bottom w:val="single" w:sz="4" w:space="0" w:color="auto"/>
              <w:right w:val="single" w:sz="4" w:space="0" w:color="auto"/>
            </w:tcBorders>
          </w:tcPr>
          <w:p w14:paraId="3AD57519" w14:textId="77777777" w:rsidR="00FC50C5" w:rsidRDefault="00000000">
            <w:pPr>
              <w:jc w:val="center"/>
              <w:rPr>
                <w:sz w:val="24"/>
                <w:szCs w:val="24"/>
              </w:rPr>
            </w:pPr>
            <w:r>
              <w:rPr>
                <w:rFonts w:ascii="Arial" w:hAnsi="Arial"/>
                <w:sz w:val="20"/>
                <w:szCs w:val="24"/>
              </w:rPr>
              <w:t>16</w:t>
            </w:r>
          </w:p>
        </w:tc>
      </w:tr>
      <w:tr w:rsidR="00FC50C5" w14:paraId="310C7741" w14:textId="77777777" w:rsidTr="00E80FD8">
        <w:tc>
          <w:tcPr>
            <w:tcW w:w="750" w:type="dxa"/>
            <w:gridSpan w:val="2"/>
            <w:tcBorders>
              <w:top w:val="single" w:sz="4" w:space="0" w:color="auto"/>
              <w:left w:val="single" w:sz="4" w:space="0" w:color="auto"/>
              <w:bottom w:val="single" w:sz="4" w:space="0" w:color="auto"/>
              <w:right w:val="single" w:sz="4" w:space="0" w:color="auto"/>
            </w:tcBorders>
          </w:tcPr>
          <w:p w14:paraId="79F24DB7" w14:textId="77777777" w:rsidR="00FC50C5" w:rsidRDefault="00000000">
            <w:pPr>
              <w:jc w:val="center"/>
              <w:rPr>
                <w:sz w:val="24"/>
                <w:szCs w:val="24"/>
              </w:rPr>
            </w:pPr>
            <w:r>
              <w:rPr>
                <w:rFonts w:ascii="Arial" w:hAnsi="Arial"/>
                <w:color w:val="000000"/>
                <w:sz w:val="20"/>
                <w:szCs w:val="24"/>
              </w:rPr>
              <w:t>3</w:t>
            </w:r>
          </w:p>
        </w:tc>
        <w:tc>
          <w:tcPr>
            <w:tcW w:w="1331" w:type="dxa"/>
            <w:gridSpan w:val="2"/>
            <w:tcBorders>
              <w:top w:val="single" w:sz="4" w:space="0" w:color="auto"/>
              <w:left w:val="single" w:sz="4" w:space="0" w:color="auto"/>
              <w:bottom w:val="single" w:sz="4" w:space="0" w:color="auto"/>
              <w:right w:val="single" w:sz="4" w:space="0" w:color="auto"/>
            </w:tcBorders>
          </w:tcPr>
          <w:p w14:paraId="5F9C5B0B" w14:textId="77777777" w:rsidR="00FC50C5" w:rsidRDefault="00000000">
            <w:pPr>
              <w:jc w:val="center"/>
              <w:rPr>
                <w:sz w:val="24"/>
                <w:szCs w:val="24"/>
              </w:rPr>
            </w:pPr>
            <w:r>
              <w:rPr>
                <w:rFonts w:ascii="Arial" w:hAnsi="Arial"/>
                <w:sz w:val="20"/>
              </w:rPr>
              <w:t>CSE25862 </w:t>
            </w:r>
          </w:p>
        </w:tc>
        <w:tc>
          <w:tcPr>
            <w:tcW w:w="4670" w:type="dxa"/>
            <w:gridSpan w:val="2"/>
            <w:tcBorders>
              <w:top w:val="single" w:sz="4" w:space="0" w:color="auto"/>
              <w:left w:val="single" w:sz="4" w:space="0" w:color="auto"/>
              <w:bottom w:val="single" w:sz="4" w:space="0" w:color="auto"/>
              <w:right w:val="single" w:sz="4" w:space="0" w:color="auto"/>
            </w:tcBorders>
          </w:tcPr>
          <w:p w14:paraId="0C5D8EB0" w14:textId="77777777" w:rsidR="00FC50C5" w:rsidRDefault="00000000">
            <w:pPr>
              <w:jc w:val="center"/>
              <w:rPr>
                <w:sz w:val="24"/>
                <w:szCs w:val="24"/>
              </w:rPr>
            </w:pPr>
            <w:r>
              <w:rPr>
                <w:rFonts w:ascii="Arial" w:hAnsi="Arial"/>
                <w:sz w:val="20"/>
                <w:szCs w:val="24"/>
              </w:rPr>
              <w:t>Seminar – I</w:t>
            </w:r>
          </w:p>
        </w:tc>
        <w:tc>
          <w:tcPr>
            <w:tcW w:w="456" w:type="dxa"/>
            <w:tcBorders>
              <w:top w:val="single" w:sz="4" w:space="0" w:color="auto"/>
              <w:left w:val="single" w:sz="4" w:space="0" w:color="auto"/>
              <w:bottom w:val="single" w:sz="4" w:space="0" w:color="auto"/>
              <w:right w:val="single" w:sz="4" w:space="0" w:color="auto"/>
            </w:tcBorders>
          </w:tcPr>
          <w:p w14:paraId="7C37B9AB" w14:textId="77777777" w:rsidR="00FC50C5" w:rsidRDefault="00000000">
            <w:pPr>
              <w:jc w:val="center"/>
              <w:rPr>
                <w:sz w:val="24"/>
                <w:szCs w:val="24"/>
              </w:rPr>
            </w:pPr>
            <w:r>
              <w:rPr>
                <w:rFonts w:ascii="Arial" w:hAnsi="Arial"/>
                <w:sz w:val="20"/>
                <w:szCs w:val="24"/>
              </w:rPr>
              <w:t>0</w:t>
            </w:r>
          </w:p>
        </w:tc>
        <w:tc>
          <w:tcPr>
            <w:tcW w:w="2508" w:type="dxa"/>
            <w:tcBorders>
              <w:top w:val="single" w:sz="4" w:space="0" w:color="auto"/>
              <w:left w:val="single" w:sz="4" w:space="0" w:color="auto"/>
              <w:bottom w:val="single" w:sz="4" w:space="0" w:color="auto"/>
              <w:right w:val="single" w:sz="4" w:space="0" w:color="auto"/>
            </w:tcBorders>
          </w:tcPr>
          <w:p w14:paraId="00DADD1F" w14:textId="77777777" w:rsidR="00FC50C5" w:rsidRDefault="00000000">
            <w:pPr>
              <w:jc w:val="center"/>
              <w:rPr>
                <w:sz w:val="24"/>
                <w:szCs w:val="24"/>
              </w:rPr>
            </w:pPr>
            <w:r>
              <w:rPr>
                <w:rFonts w:ascii="Arial" w:hAnsi="Arial"/>
                <w:sz w:val="20"/>
                <w:szCs w:val="24"/>
              </w:rPr>
              <w:t>0</w:t>
            </w:r>
          </w:p>
        </w:tc>
        <w:tc>
          <w:tcPr>
            <w:tcW w:w="270" w:type="dxa"/>
            <w:tcBorders>
              <w:top w:val="single" w:sz="4" w:space="0" w:color="auto"/>
              <w:left w:val="single" w:sz="4" w:space="0" w:color="auto"/>
              <w:bottom w:val="single" w:sz="4" w:space="0" w:color="auto"/>
              <w:right w:val="single" w:sz="4" w:space="0" w:color="auto"/>
            </w:tcBorders>
          </w:tcPr>
          <w:p w14:paraId="67619572" w14:textId="77777777" w:rsidR="00FC50C5" w:rsidRDefault="00000000">
            <w:pPr>
              <w:jc w:val="center"/>
              <w:rPr>
                <w:sz w:val="24"/>
                <w:szCs w:val="24"/>
              </w:rPr>
            </w:pPr>
            <w:r>
              <w:rPr>
                <w:rFonts w:ascii="Arial" w:hAnsi="Arial"/>
                <w:sz w:val="20"/>
                <w:szCs w:val="24"/>
              </w:rPr>
              <w:t>6</w:t>
            </w:r>
          </w:p>
        </w:tc>
        <w:tc>
          <w:tcPr>
            <w:tcW w:w="360" w:type="dxa"/>
            <w:tcBorders>
              <w:top w:val="single" w:sz="4" w:space="0" w:color="auto"/>
              <w:left w:val="single" w:sz="4" w:space="0" w:color="auto"/>
              <w:bottom w:val="single" w:sz="4" w:space="0" w:color="auto"/>
              <w:right w:val="single" w:sz="4" w:space="0" w:color="auto"/>
            </w:tcBorders>
          </w:tcPr>
          <w:p w14:paraId="25AF368B" w14:textId="77777777" w:rsidR="00FC50C5" w:rsidRDefault="00000000">
            <w:pPr>
              <w:jc w:val="center"/>
              <w:rPr>
                <w:sz w:val="24"/>
                <w:szCs w:val="24"/>
              </w:rPr>
            </w:pPr>
            <w:r>
              <w:rPr>
                <w:rFonts w:ascii="Arial" w:hAnsi="Arial"/>
                <w:sz w:val="20"/>
                <w:szCs w:val="24"/>
              </w:rPr>
              <w:t>6</w:t>
            </w:r>
          </w:p>
        </w:tc>
        <w:tc>
          <w:tcPr>
            <w:tcW w:w="394" w:type="dxa"/>
            <w:tcBorders>
              <w:top w:val="single" w:sz="4" w:space="0" w:color="auto"/>
              <w:left w:val="single" w:sz="4" w:space="0" w:color="auto"/>
              <w:bottom w:val="single" w:sz="4" w:space="0" w:color="auto"/>
              <w:right w:val="single" w:sz="4" w:space="0" w:color="auto"/>
            </w:tcBorders>
          </w:tcPr>
          <w:p w14:paraId="4DCC48AA" w14:textId="77777777" w:rsidR="00FC50C5" w:rsidRDefault="00000000">
            <w:pPr>
              <w:jc w:val="center"/>
              <w:rPr>
                <w:sz w:val="24"/>
                <w:szCs w:val="24"/>
              </w:rPr>
            </w:pPr>
            <w:r>
              <w:rPr>
                <w:rFonts w:ascii="Arial" w:hAnsi="Arial"/>
                <w:sz w:val="20"/>
                <w:szCs w:val="24"/>
              </w:rPr>
              <w:t>4</w:t>
            </w:r>
          </w:p>
        </w:tc>
      </w:tr>
      <w:tr w:rsidR="00FC50C5" w14:paraId="060D5A6C" w14:textId="77777777" w:rsidTr="00E80FD8">
        <w:tc>
          <w:tcPr>
            <w:tcW w:w="6751" w:type="dxa"/>
            <w:gridSpan w:val="6"/>
            <w:tcBorders>
              <w:top w:val="single" w:sz="4" w:space="0" w:color="auto"/>
              <w:left w:val="single" w:sz="4" w:space="0" w:color="auto"/>
              <w:bottom w:val="single" w:sz="4" w:space="0" w:color="auto"/>
              <w:right w:val="single" w:sz="4" w:space="0" w:color="auto"/>
            </w:tcBorders>
          </w:tcPr>
          <w:p w14:paraId="4647B5C1" w14:textId="77777777" w:rsidR="00FC50C5" w:rsidRDefault="00000000">
            <w:pPr>
              <w:jc w:val="center"/>
              <w:rPr>
                <w:sz w:val="24"/>
                <w:szCs w:val="24"/>
              </w:rPr>
            </w:pPr>
            <w:r>
              <w:rPr>
                <w:rFonts w:ascii="Arial" w:hAnsi="Arial"/>
                <w:b/>
                <w:sz w:val="20"/>
                <w:szCs w:val="24"/>
              </w:rPr>
              <w:t>Total</w:t>
            </w:r>
          </w:p>
        </w:tc>
        <w:tc>
          <w:tcPr>
            <w:tcW w:w="456" w:type="dxa"/>
            <w:tcBorders>
              <w:top w:val="single" w:sz="4" w:space="0" w:color="auto"/>
              <w:left w:val="single" w:sz="4" w:space="0" w:color="auto"/>
              <w:bottom w:val="single" w:sz="4" w:space="0" w:color="auto"/>
              <w:right w:val="single" w:sz="4" w:space="0" w:color="auto"/>
            </w:tcBorders>
          </w:tcPr>
          <w:p w14:paraId="48148F58" w14:textId="77777777" w:rsidR="00FC50C5" w:rsidRDefault="00000000">
            <w:pPr>
              <w:jc w:val="center"/>
              <w:rPr>
                <w:sz w:val="24"/>
                <w:szCs w:val="24"/>
              </w:rPr>
            </w:pPr>
            <w:r>
              <w:rPr>
                <w:rFonts w:ascii="Arial" w:hAnsi="Arial"/>
                <w:b/>
                <w:color w:val="000000"/>
                <w:sz w:val="20"/>
                <w:szCs w:val="24"/>
              </w:rPr>
              <w:t>3</w:t>
            </w:r>
          </w:p>
        </w:tc>
        <w:tc>
          <w:tcPr>
            <w:tcW w:w="2508" w:type="dxa"/>
            <w:tcBorders>
              <w:top w:val="single" w:sz="4" w:space="0" w:color="auto"/>
              <w:left w:val="single" w:sz="4" w:space="0" w:color="auto"/>
              <w:bottom w:val="single" w:sz="4" w:space="0" w:color="auto"/>
              <w:right w:val="single" w:sz="4" w:space="0" w:color="auto"/>
            </w:tcBorders>
          </w:tcPr>
          <w:p w14:paraId="57CC01D4" w14:textId="77777777" w:rsidR="00FC50C5" w:rsidRDefault="00000000">
            <w:pPr>
              <w:jc w:val="center"/>
              <w:rPr>
                <w:sz w:val="24"/>
                <w:szCs w:val="24"/>
              </w:rPr>
            </w:pPr>
            <w:r>
              <w:rPr>
                <w:rFonts w:ascii="Arial" w:hAnsi="Arial"/>
                <w:b/>
                <w:color w:val="000000"/>
                <w:sz w:val="20"/>
                <w:szCs w:val="24"/>
              </w:rPr>
              <w:t>0</w:t>
            </w:r>
          </w:p>
        </w:tc>
        <w:tc>
          <w:tcPr>
            <w:tcW w:w="270" w:type="dxa"/>
            <w:tcBorders>
              <w:top w:val="single" w:sz="4" w:space="0" w:color="auto"/>
              <w:left w:val="single" w:sz="4" w:space="0" w:color="auto"/>
              <w:bottom w:val="single" w:sz="4" w:space="0" w:color="auto"/>
              <w:right w:val="single" w:sz="4" w:space="0" w:color="auto"/>
            </w:tcBorders>
          </w:tcPr>
          <w:p w14:paraId="486EFA35" w14:textId="77777777" w:rsidR="00FC50C5" w:rsidRDefault="00000000">
            <w:pPr>
              <w:jc w:val="center"/>
              <w:rPr>
                <w:sz w:val="24"/>
                <w:szCs w:val="24"/>
              </w:rPr>
            </w:pPr>
            <w:r>
              <w:rPr>
                <w:rFonts w:ascii="Arial" w:hAnsi="Arial"/>
                <w:b/>
                <w:color w:val="000000"/>
                <w:sz w:val="20"/>
                <w:szCs w:val="24"/>
              </w:rPr>
              <w:t>30</w:t>
            </w:r>
          </w:p>
        </w:tc>
        <w:tc>
          <w:tcPr>
            <w:tcW w:w="360" w:type="dxa"/>
            <w:tcBorders>
              <w:top w:val="single" w:sz="4" w:space="0" w:color="auto"/>
              <w:left w:val="single" w:sz="4" w:space="0" w:color="auto"/>
              <w:bottom w:val="single" w:sz="4" w:space="0" w:color="auto"/>
              <w:right w:val="single" w:sz="4" w:space="0" w:color="auto"/>
            </w:tcBorders>
          </w:tcPr>
          <w:p w14:paraId="64819513" w14:textId="77777777" w:rsidR="00FC50C5" w:rsidRDefault="00000000">
            <w:pPr>
              <w:jc w:val="center"/>
              <w:rPr>
                <w:sz w:val="24"/>
                <w:szCs w:val="24"/>
              </w:rPr>
            </w:pPr>
            <w:r>
              <w:rPr>
                <w:rFonts w:ascii="Arial" w:hAnsi="Arial"/>
                <w:b/>
                <w:color w:val="000000"/>
                <w:sz w:val="20"/>
                <w:szCs w:val="24"/>
              </w:rPr>
              <w:t>33</w:t>
            </w:r>
          </w:p>
        </w:tc>
        <w:tc>
          <w:tcPr>
            <w:tcW w:w="394" w:type="dxa"/>
            <w:tcBorders>
              <w:top w:val="single" w:sz="4" w:space="0" w:color="auto"/>
              <w:left w:val="single" w:sz="4" w:space="0" w:color="auto"/>
              <w:bottom w:val="single" w:sz="4" w:space="0" w:color="auto"/>
              <w:right w:val="single" w:sz="4" w:space="0" w:color="auto"/>
            </w:tcBorders>
          </w:tcPr>
          <w:p w14:paraId="5A40E13A" w14:textId="77777777" w:rsidR="00FC50C5" w:rsidRDefault="00000000">
            <w:pPr>
              <w:jc w:val="center"/>
              <w:rPr>
                <w:sz w:val="24"/>
                <w:szCs w:val="24"/>
              </w:rPr>
            </w:pPr>
            <w:r>
              <w:rPr>
                <w:rFonts w:ascii="Arial" w:hAnsi="Arial"/>
                <w:b/>
                <w:color w:val="000000"/>
                <w:sz w:val="20"/>
                <w:szCs w:val="24"/>
              </w:rPr>
              <w:t>23</w:t>
            </w:r>
          </w:p>
        </w:tc>
      </w:tr>
      <w:tr w:rsidR="00FC50C5" w14:paraId="7E2032CE" w14:textId="77777777" w:rsidTr="00E80FD8">
        <w:trPr>
          <w:gridAfter w:val="3"/>
          <w:wAfter w:w="1024" w:type="dxa"/>
        </w:trPr>
        <w:tc>
          <w:tcPr>
            <w:tcW w:w="9715" w:type="dxa"/>
            <w:gridSpan w:val="8"/>
            <w:tcBorders>
              <w:top w:val="single" w:sz="4" w:space="0" w:color="auto"/>
              <w:left w:val="single" w:sz="4" w:space="0" w:color="auto"/>
              <w:bottom w:val="single" w:sz="4" w:space="0" w:color="auto"/>
              <w:right w:val="single" w:sz="4" w:space="0" w:color="auto"/>
            </w:tcBorders>
          </w:tcPr>
          <w:p w14:paraId="4952875F" w14:textId="77777777" w:rsidR="00FC50C5" w:rsidRDefault="00FC50C5">
            <w:pPr>
              <w:rPr>
                <w:sz w:val="24"/>
                <w:szCs w:val="24"/>
              </w:rPr>
            </w:pPr>
          </w:p>
        </w:tc>
      </w:tr>
      <w:tr w:rsidR="00FC50C5" w14:paraId="17EA8F24" w14:textId="77777777" w:rsidTr="00E80FD8">
        <w:trPr>
          <w:gridAfter w:val="3"/>
          <w:wAfter w:w="1024" w:type="dxa"/>
        </w:trPr>
        <w:tc>
          <w:tcPr>
            <w:tcW w:w="9715" w:type="dxa"/>
            <w:gridSpan w:val="8"/>
            <w:tcBorders>
              <w:top w:val="single" w:sz="4" w:space="0" w:color="auto"/>
              <w:left w:val="single" w:sz="4" w:space="0" w:color="auto"/>
              <w:bottom w:val="single" w:sz="4" w:space="0" w:color="auto"/>
              <w:right w:val="single" w:sz="4" w:space="0" w:color="auto"/>
            </w:tcBorders>
          </w:tcPr>
          <w:p w14:paraId="344A0D3C" w14:textId="77777777" w:rsidR="00FC50C5" w:rsidRDefault="00000000">
            <w:pPr>
              <w:jc w:val="center"/>
              <w:rPr>
                <w:b/>
                <w:sz w:val="24"/>
                <w:szCs w:val="24"/>
              </w:rPr>
            </w:pPr>
            <w:r>
              <w:rPr>
                <w:rFonts w:ascii="Arial" w:hAnsi="Arial"/>
                <w:b/>
                <w:sz w:val="20"/>
                <w:szCs w:val="24"/>
              </w:rPr>
              <w:t>SEMESTER IV</w:t>
            </w:r>
          </w:p>
        </w:tc>
      </w:tr>
      <w:tr w:rsidR="00FC50C5" w14:paraId="509CD9C2" w14:textId="77777777" w:rsidTr="00E80FD8">
        <w:tc>
          <w:tcPr>
            <w:tcW w:w="750" w:type="dxa"/>
            <w:gridSpan w:val="2"/>
            <w:tcBorders>
              <w:top w:val="single" w:sz="4" w:space="0" w:color="auto"/>
              <w:left w:val="single" w:sz="4" w:space="0" w:color="auto"/>
              <w:bottom w:val="single" w:sz="4" w:space="0" w:color="auto"/>
              <w:right w:val="single" w:sz="4" w:space="0" w:color="auto"/>
            </w:tcBorders>
          </w:tcPr>
          <w:p w14:paraId="1C82117A" w14:textId="77777777" w:rsidR="00FC50C5" w:rsidRDefault="00000000">
            <w:pPr>
              <w:jc w:val="center"/>
              <w:rPr>
                <w:sz w:val="24"/>
                <w:szCs w:val="24"/>
              </w:rPr>
            </w:pPr>
            <w:proofErr w:type="spellStart"/>
            <w:r>
              <w:rPr>
                <w:rFonts w:ascii="Arial" w:hAnsi="Arial"/>
                <w:b/>
                <w:sz w:val="20"/>
                <w:szCs w:val="24"/>
              </w:rPr>
              <w:t>S.No</w:t>
            </w:r>
            <w:proofErr w:type="spellEnd"/>
            <w:r>
              <w:rPr>
                <w:rFonts w:ascii="Arial" w:hAnsi="Arial"/>
                <w:b/>
                <w:sz w:val="20"/>
                <w:szCs w:val="24"/>
              </w:rPr>
              <w:t>.</w:t>
            </w:r>
          </w:p>
        </w:tc>
        <w:tc>
          <w:tcPr>
            <w:tcW w:w="1331" w:type="dxa"/>
            <w:gridSpan w:val="2"/>
            <w:tcBorders>
              <w:top w:val="single" w:sz="4" w:space="0" w:color="auto"/>
              <w:left w:val="single" w:sz="4" w:space="0" w:color="auto"/>
              <w:bottom w:val="single" w:sz="4" w:space="0" w:color="auto"/>
              <w:right w:val="single" w:sz="4" w:space="0" w:color="auto"/>
            </w:tcBorders>
          </w:tcPr>
          <w:p w14:paraId="44E52E0B" w14:textId="77777777" w:rsidR="00FC50C5" w:rsidRDefault="00000000">
            <w:pPr>
              <w:jc w:val="center"/>
              <w:rPr>
                <w:sz w:val="24"/>
                <w:szCs w:val="24"/>
              </w:rPr>
            </w:pPr>
            <w:r>
              <w:rPr>
                <w:rFonts w:ascii="Arial" w:hAnsi="Arial"/>
                <w:b/>
                <w:sz w:val="20"/>
                <w:szCs w:val="24"/>
              </w:rPr>
              <w:t>Course Code</w:t>
            </w:r>
          </w:p>
        </w:tc>
        <w:tc>
          <w:tcPr>
            <w:tcW w:w="4670" w:type="dxa"/>
            <w:gridSpan w:val="2"/>
            <w:tcBorders>
              <w:top w:val="single" w:sz="4" w:space="0" w:color="auto"/>
              <w:left w:val="single" w:sz="4" w:space="0" w:color="auto"/>
              <w:bottom w:val="single" w:sz="4" w:space="0" w:color="auto"/>
              <w:right w:val="single" w:sz="4" w:space="0" w:color="auto"/>
            </w:tcBorders>
          </w:tcPr>
          <w:p w14:paraId="272422BB" w14:textId="77777777" w:rsidR="00FC50C5" w:rsidRDefault="00000000">
            <w:pPr>
              <w:jc w:val="center"/>
              <w:rPr>
                <w:sz w:val="24"/>
                <w:szCs w:val="24"/>
              </w:rPr>
            </w:pPr>
            <w:r>
              <w:rPr>
                <w:rFonts w:ascii="Arial" w:hAnsi="Arial"/>
                <w:b/>
                <w:sz w:val="20"/>
                <w:szCs w:val="24"/>
              </w:rPr>
              <w:t>Course Title</w:t>
            </w:r>
          </w:p>
        </w:tc>
        <w:tc>
          <w:tcPr>
            <w:tcW w:w="456" w:type="dxa"/>
            <w:tcBorders>
              <w:top w:val="single" w:sz="4" w:space="0" w:color="auto"/>
              <w:left w:val="single" w:sz="4" w:space="0" w:color="auto"/>
              <w:bottom w:val="single" w:sz="4" w:space="0" w:color="auto"/>
              <w:right w:val="single" w:sz="4" w:space="0" w:color="auto"/>
            </w:tcBorders>
          </w:tcPr>
          <w:p w14:paraId="30552565" w14:textId="77777777" w:rsidR="00FC50C5" w:rsidRDefault="00000000">
            <w:pPr>
              <w:jc w:val="center"/>
              <w:rPr>
                <w:sz w:val="24"/>
                <w:szCs w:val="24"/>
              </w:rPr>
            </w:pPr>
            <w:r>
              <w:rPr>
                <w:rFonts w:ascii="Arial" w:hAnsi="Arial"/>
                <w:b/>
                <w:sz w:val="20"/>
                <w:szCs w:val="24"/>
              </w:rPr>
              <w:t>L</w:t>
            </w:r>
          </w:p>
        </w:tc>
        <w:tc>
          <w:tcPr>
            <w:tcW w:w="2508" w:type="dxa"/>
            <w:tcBorders>
              <w:top w:val="single" w:sz="4" w:space="0" w:color="auto"/>
              <w:left w:val="single" w:sz="4" w:space="0" w:color="auto"/>
              <w:bottom w:val="single" w:sz="4" w:space="0" w:color="auto"/>
              <w:right w:val="single" w:sz="4" w:space="0" w:color="auto"/>
            </w:tcBorders>
          </w:tcPr>
          <w:p w14:paraId="4D8855C7" w14:textId="77777777" w:rsidR="00FC50C5" w:rsidRDefault="00000000">
            <w:pPr>
              <w:jc w:val="center"/>
              <w:rPr>
                <w:sz w:val="24"/>
                <w:szCs w:val="24"/>
              </w:rPr>
            </w:pPr>
            <w:r>
              <w:rPr>
                <w:rFonts w:ascii="Arial" w:hAnsi="Arial"/>
                <w:b/>
                <w:sz w:val="20"/>
                <w:szCs w:val="24"/>
              </w:rPr>
              <w:t>T</w:t>
            </w:r>
          </w:p>
        </w:tc>
        <w:tc>
          <w:tcPr>
            <w:tcW w:w="270" w:type="dxa"/>
            <w:tcBorders>
              <w:top w:val="single" w:sz="4" w:space="0" w:color="auto"/>
              <w:left w:val="single" w:sz="4" w:space="0" w:color="auto"/>
              <w:bottom w:val="single" w:sz="4" w:space="0" w:color="auto"/>
              <w:right w:val="single" w:sz="4" w:space="0" w:color="auto"/>
            </w:tcBorders>
          </w:tcPr>
          <w:p w14:paraId="024F9514" w14:textId="77777777" w:rsidR="00FC50C5" w:rsidRDefault="00000000">
            <w:pPr>
              <w:jc w:val="center"/>
              <w:rPr>
                <w:sz w:val="24"/>
                <w:szCs w:val="24"/>
              </w:rPr>
            </w:pPr>
            <w:r>
              <w:rPr>
                <w:rFonts w:ascii="Arial" w:hAnsi="Arial"/>
                <w:b/>
                <w:sz w:val="20"/>
                <w:szCs w:val="24"/>
              </w:rPr>
              <w:t>P</w:t>
            </w:r>
          </w:p>
        </w:tc>
        <w:tc>
          <w:tcPr>
            <w:tcW w:w="360" w:type="dxa"/>
            <w:tcBorders>
              <w:top w:val="single" w:sz="4" w:space="0" w:color="auto"/>
              <w:left w:val="single" w:sz="4" w:space="0" w:color="auto"/>
              <w:bottom w:val="single" w:sz="4" w:space="0" w:color="auto"/>
              <w:right w:val="single" w:sz="4" w:space="0" w:color="auto"/>
            </w:tcBorders>
          </w:tcPr>
          <w:p w14:paraId="4216D551" w14:textId="77777777" w:rsidR="00FC50C5" w:rsidRDefault="00000000">
            <w:pPr>
              <w:jc w:val="center"/>
              <w:rPr>
                <w:sz w:val="24"/>
                <w:szCs w:val="24"/>
              </w:rPr>
            </w:pPr>
            <w:r>
              <w:rPr>
                <w:rFonts w:ascii="Arial" w:hAnsi="Arial"/>
                <w:b/>
                <w:sz w:val="20"/>
                <w:szCs w:val="24"/>
              </w:rPr>
              <w:t>H</w:t>
            </w:r>
          </w:p>
        </w:tc>
        <w:tc>
          <w:tcPr>
            <w:tcW w:w="394" w:type="dxa"/>
            <w:tcBorders>
              <w:top w:val="single" w:sz="4" w:space="0" w:color="auto"/>
              <w:left w:val="single" w:sz="4" w:space="0" w:color="auto"/>
              <w:bottom w:val="single" w:sz="4" w:space="0" w:color="auto"/>
              <w:right w:val="single" w:sz="4" w:space="0" w:color="auto"/>
            </w:tcBorders>
          </w:tcPr>
          <w:p w14:paraId="01024EFC" w14:textId="77777777" w:rsidR="00FC50C5" w:rsidRDefault="00000000">
            <w:pPr>
              <w:jc w:val="center"/>
              <w:rPr>
                <w:sz w:val="24"/>
                <w:szCs w:val="24"/>
              </w:rPr>
            </w:pPr>
            <w:r>
              <w:rPr>
                <w:rFonts w:ascii="Arial" w:hAnsi="Arial"/>
                <w:b/>
                <w:sz w:val="20"/>
                <w:szCs w:val="24"/>
              </w:rPr>
              <w:t>C</w:t>
            </w:r>
          </w:p>
        </w:tc>
      </w:tr>
      <w:tr w:rsidR="00FC50C5" w14:paraId="3A83029B" w14:textId="77777777" w:rsidTr="00E80FD8">
        <w:tc>
          <w:tcPr>
            <w:tcW w:w="750" w:type="dxa"/>
            <w:gridSpan w:val="2"/>
            <w:tcBorders>
              <w:top w:val="single" w:sz="4" w:space="0" w:color="auto"/>
              <w:left w:val="single" w:sz="4" w:space="0" w:color="auto"/>
              <w:bottom w:val="single" w:sz="4" w:space="0" w:color="auto"/>
              <w:right w:val="single" w:sz="4" w:space="0" w:color="auto"/>
            </w:tcBorders>
          </w:tcPr>
          <w:p w14:paraId="2C5ADADE" w14:textId="77777777" w:rsidR="00FC50C5" w:rsidRDefault="00000000">
            <w:pPr>
              <w:jc w:val="center"/>
              <w:rPr>
                <w:sz w:val="24"/>
                <w:szCs w:val="24"/>
              </w:rPr>
            </w:pPr>
            <w:r>
              <w:rPr>
                <w:rFonts w:ascii="Arial" w:hAnsi="Arial"/>
                <w:color w:val="000000"/>
                <w:sz w:val="20"/>
                <w:szCs w:val="24"/>
              </w:rPr>
              <w:t>1</w:t>
            </w:r>
          </w:p>
        </w:tc>
        <w:tc>
          <w:tcPr>
            <w:tcW w:w="1331" w:type="dxa"/>
            <w:gridSpan w:val="2"/>
            <w:tcBorders>
              <w:top w:val="single" w:sz="4" w:space="0" w:color="auto"/>
              <w:left w:val="single" w:sz="4" w:space="0" w:color="auto"/>
              <w:bottom w:val="single" w:sz="4" w:space="0" w:color="auto"/>
              <w:right w:val="single" w:sz="4" w:space="0" w:color="auto"/>
            </w:tcBorders>
          </w:tcPr>
          <w:p w14:paraId="348B5176" w14:textId="77777777" w:rsidR="00FC50C5" w:rsidRDefault="00000000">
            <w:pPr>
              <w:jc w:val="center"/>
              <w:rPr>
                <w:sz w:val="24"/>
                <w:szCs w:val="24"/>
              </w:rPr>
            </w:pPr>
            <w:r>
              <w:rPr>
                <w:rFonts w:ascii="Arial" w:hAnsi="Arial"/>
                <w:sz w:val="20"/>
              </w:rPr>
              <w:t>CSE25863 </w:t>
            </w:r>
          </w:p>
        </w:tc>
        <w:tc>
          <w:tcPr>
            <w:tcW w:w="4670" w:type="dxa"/>
            <w:gridSpan w:val="2"/>
            <w:tcBorders>
              <w:top w:val="single" w:sz="4" w:space="0" w:color="auto"/>
              <w:left w:val="single" w:sz="4" w:space="0" w:color="auto"/>
              <w:bottom w:val="single" w:sz="4" w:space="0" w:color="auto"/>
              <w:right w:val="single" w:sz="4" w:space="0" w:color="auto"/>
            </w:tcBorders>
          </w:tcPr>
          <w:p w14:paraId="5FC0FB66" w14:textId="77777777" w:rsidR="00FC50C5" w:rsidRDefault="00000000">
            <w:pPr>
              <w:jc w:val="center"/>
              <w:rPr>
                <w:sz w:val="24"/>
                <w:szCs w:val="24"/>
              </w:rPr>
            </w:pPr>
            <w:r>
              <w:rPr>
                <w:rFonts w:ascii="Arial" w:hAnsi="Arial"/>
                <w:sz w:val="20"/>
                <w:szCs w:val="24"/>
              </w:rPr>
              <w:t>Thesis-II</w:t>
            </w:r>
          </w:p>
        </w:tc>
        <w:tc>
          <w:tcPr>
            <w:tcW w:w="456" w:type="dxa"/>
            <w:tcBorders>
              <w:top w:val="single" w:sz="4" w:space="0" w:color="auto"/>
              <w:left w:val="single" w:sz="4" w:space="0" w:color="auto"/>
              <w:bottom w:val="single" w:sz="4" w:space="0" w:color="auto"/>
              <w:right w:val="single" w:sz="4" w:space="0" w:color="auto"/>
            </w:tcBorders>
          </w:tcPr>
          <w:p w14:paraId="0979689A" w14:textId="77777777" w:rsidR="00FC50C5" w:rsidRDefault="00000000">
            <w:pPr>
              <w:jc w:val="center"/>
              <w:rPr>
                <w:sz w:val="24"/>
                <w:szCs w:val="24"/>
              </w:rPr>
            </w:pPr>
            <w:r>
              <w:rPr>
                <w:rFonts w:ascii="Arial" w:hAnsi="Arial"/>
                <w:sz w:val="20"/>
                <w:szCs w:val="24"/>
              </w:rPr>
              <w:t>0</w:t>
            </w:r>
          </w:p>
        </w:tc>
        <w:tc>
          <w:tcPr>
            <w:tcW w:w="2508" w:type="dxa"/>
            <w:tcBorders>
              <w:top w:val="single" w:sz="4" w:space="0" w:color="auto"/>
              <w:left w:val="single" w:sz="4" w:space="0" w:color="auto"/>
              <w:bottom w:val="single" w:sz="4" w:space="0" w:color="auto"/>
              <w:right w:val="single" w:sz="4" w:space="0" w:color="auto"/>
            </w:tcBorders>
          </w:tcPr>
          <w:p w14:paraId="11AE88AE" w14:textId="77777777" w:rsidR="00FC50C5" w:rsidRDefault="00000000">
            <w:pPr>
              <w:jc w:val="center"/>
              <w:rPr>
                <w:sz w:val="24"/>
                <w:szCs w:val="24"/>
              </w:rPr>
            </w:pPr>
            <w:r>
              <w:rPr>
                <w:rFonts w:ascii="Arial" w:hAnsi="Arial"/>
                <w:sz w:val="20"/>
                <w:szCs w:val="24"/>
              </w:rPr>
              <w:t>0</w:t>
            </w:r>
          </w:p>
        </w:tc>
        <w:tc>
          <w:tcPr>
            <w:tcW w:w="270" w:type="dxa"/>
            <w:tcBorders>
              <w:top w:val="single" w:sz="4" w:space="0" w:color="auto"/>
              <w:left w:val="single" w:sz="4" w:space="0" w:color="auto"/>
              <w:bottom w:val="single" w:sz="4" w:space="0" w:color="auto"/>
              <w:right w:val="single" w:sz="4" w:space="0" w:color="auto"/>
            </w:tcBorders>
          </w:tcPr>
          <w:p w14:paraId="6FBE3F8B" w14:textId="77777777" w:rsidR="00FC50C5" w:rsidRDefault="00000000">
            <w:pPr>
              <w:jc w:val="center"/>
              <w:rPr>
                <w:sz w:val="24"/>
                <w:szCs w:val="24"/>
              </w:rPr>
            </w:pPr>
            <w:r>
              <w:rPr>
                <w:rFonts w:ascii="Arial" w:hAnsi="Arial"/>
                <w:sz w:val="20"/>
                <w:szCs w:val="24"/>
              </w:rPr>
              <w:t>27</w:t>
            </w:r>
          </w:p>
        </w:tc>
        <w:tc>
          <w:tcPr>
            <w:tcW w:w="360" w:type="dxa"/>
            <w:tcBorders>
              <w:top w:val="single" w:sz="4" w:space="0" w:color="auto"/>
              <w:left w:val="single" w:sz="4" w:space="0" w:color="auto"/>
              <w:bottom w:val="single" w:sz="4" w:space="0" w:color="auto"/>
              <w:right w:val="single" w:sz="4" w:space="0" w:color="auto"/>
            </w:tcBorders>
          </w:tcPr>
          <w:p w14:paraId="7098AA82" w14:textId="77777777" w:rsidR="00FC50C5" w:rsidRDefault="00000000">
            <w:pPr>
              <w:jc w:val="center"/>
              <w:rPr>
                <w:sz w:val="24"/>
                <w:szCs w:val="24"/>
              </w:rPr>
            </w:pPr>
            <w:r>
              <w:rPr>
                <w:rFonts w:ascii="Arial" w:hAnsi="Arial"/>
                <w:sz w:val="20"/>
                <w:szCs w:val="24"/>
              </w:rPr>
              <w:t>27</w:t>
            </w:r>
          </w:p>
        </w:tc>
        <w:tc>
          <w:tcPr>
            <w:tcW w:w="394" w:type="dxa"/>
            <w:tcBorders>
              <w:top w:val="single" w:sz="4" w:space="0" w:color="auto"/>
              <w:left w:val="single" w:sz="4" w:space="0" w:color="auto"/>
              <w:bottom w:val="single" w:sz="4" w:space="0" w:color="auto"/>
              <w:right w:val="single" w:sz="4" w:space="0" w:color="auto"/>
            </w:tcBorders>
          </w:tcPr>
          <w:p w14:paraId="2BD23689" w14:textId="77777777" w:rsidR="00FC50C5" w:rsidRDefault="00000000">
            <w:pPr>
              <w:jc w:val="center"/>
              <w:rPr>
                <w:sz w:val="24"/>
                <w:szCs w:val="24"/>
              </w:rPr>
            </w:pPr>
            <w:r>
              <w:rPr>
                <w:rFonts w:ascii="Arial" w:hAnsi="Arial"/>
                <w:sz w:val="20"/>
                <w:szCs w:val="24"/>
              </w:rPr>
              <w:t>18</w:t>
            </w:r>
          </w:p>
        </w:tc>
      </w:tr>
      <w:tr w:rsidR="00FC50C5" w14:paraId="0EE5B6DE" w14:textId="77777777" w:rsidTr="00E80FD8">
        <w:tc>
          <w:tcPr>
            <w:tcW w:w="750" w:type="dxa"/>
            <w:gridSpan w:val="2"/>
            <w:tcBorders>
              <w:top w:val="single" w:sz="4" w:space="0" w:color="auto"/>
              <w:left w:val="single" w:sz="4" w:space="0" w:color="auto"/>
              <w:bottom w:val="single" w:sz="4" w:space="0" w:color="auto"/>
              <w:right w:val="single" w:sz="4" w:space="0" w:color="auto"/>
            </w:tcBorders>
          </w:tcPr>
          <w:p w14:paraId="4F07D02C" w14:textId="77777777" w:rsidR="00FC50C5" w:rsidRDefault="00000000">
            <w:pPr>
              <w:jc w:val="center"/>
              <w:rPr>
                <w:sz w:val="24"/>
                <w:szCs w:val="24"/>
              </w:rPr>
            </w:pPr>
            <w:r>
              <w:rPr>
                <w:rFonts w:ascii="Arial" w:hAnsi="Arial"/>
                <w:color w:val="000000"/>
                <w:sz w:val="20"/>
                <w:szCs w:val="24"/>
              </w:rPr>
              <w:t>2</w:t>
            </w:r>
          </w:p>
        </w:tc>
        <w:tc>
          <w:tcPr>
            <w:tcW w:w="1331" w:type="dxa"/>
            <w:gridSpan w:val="2"/>
            <w:tcBorders>
              <w:top w:val="single" w:sz="4" w:space="0" w:color="auto"/>
              <w:left w:val="single" w:sz="4" w:space="0" w:color="auto"/>
              <w:bottom w:val="single" w:sz="4" w:space="0" w:color="auto"/>
              <w:right w:val="single" w:sz="4" w:space="0" w:color="auto"/>
            </w:tcBorders>
          </w:tcPr>
          <w:p w14:paraId="79C9F5FB" w14:textId="77777777" w:rsidR="00FC50C5" w:rsidRDefault="00000000">
            <w:pPr>
              <w:jc w:val="center"/>
              <w:rPr>
                <w:sz w:val="24"/>
                <w:szCs w:val="24"/>
              </w:rPr>
            </w:pPr>
            <w:r>
              <w:rPr>
                <w:rFonts w:ascii="Arial" w:hAnsi="Arial"/>
                <w:sz w:val="20"/>
              </w:rPr>
              <w:t>CSE25864 </w:t>
            </w:r>
          </w:p>
        </w:tc>
        <w:tc>
          <w:tcPr>
            <w:tcW w:w="4670" w:type="dxa"/>
            <w:gridSpan w:val="2"/>
            <w:tcBorders>
              <w:top w:val="single" w:sz="4" w:space="0" w:color="auto"/>
              <w:left w:val="single" w:sz="4" w:space="0" w:color="auto"/>
              <w:bottom w:val="single" w:sz="4" w:space="0" w:color="auto"/>
              <w:right w:val="single" w:sz="4" w:space="0" w:color="auto"/>
            </w:tcBorders>
          </w:tcPr>
          <w:p w14:paraId="53EEA1C2" w14:textId="77777777" w:rsidR="00FC50C5" w:rsidRDefault="00000000">
            <w:pPr>
              <w:jc w:val="center"/>
              <w:rPr>
                <w:sz w:val="24"/>
                <w:szCs w:val="24"/>
              </w:rPr>
            </w:pPr>
            <w:r>
              <w:rPr>
                <w:rFonts w:ascii="Arial" w:hAnsi="Arial"/>
                <w:sz w:val="20"/>
                <w:szCs w:val="24"/>
              </w:rPr>
              <w:t xml:space="preserve">Seminar-II                                                             </w:t>
            </w:r>
          </w:p>
        </w:tc>
        <w:tc>
          <w:tcPr>
            <w:tcW w:w="456" w:type="dxa"/>
            <w:tcBorders>
              <w:top w:val="single" w:sz="4" w:space="0" w:color="auto"/>
              <w:left w:val="single" w:sz="4" w:space="0" w:color="auto"/>
              <w:bottom w:val="single" w:sz="4" w:space="0" w:color="auto"/>
              <w:right w:val="single" w:sz="4" w:space="0" w:color="auto"/>
            </w:tcBorders>
          </w:tcPr>
          <w:p w14:paraId="04C067D2" w14:textId="77777777" w:rsidR="00FC50C5" w:rsidRDefault="00000000">
            <w:pPr>
              <w:jc w:val="center"/>
              <w:rPr>
                <w:sz w:val="24"/>
                <w:szCs w:val="24"/>
              </w:rPr>
            </w:pPr>
            <w:r>
              <w:rPr>
                <w:rFonts w:ascii="Arial" w:hAnsi="Arial"/>
                <w:sz w:val="20"/>
                <w:szCs w:val="24"/>
              </w:rPr>
              <w:t>0</w:t>
            </w:r>
          </w:p>
        </w:tc>
        <w:tc>
          <w:tcPr>
            <w:tcW w:w="2508" w:type="dxa"/>
            <w:tcBorders>
              <w:top w:val="single" w:sz="4" w:space="0" w:color="auto"/>
              <w:left w:val="single" w:sz="4" w:space="0" w:color="auto"/>
              <w:bottom w:val="single" w:sz="4" w:space="0" w:color="auto"/>
              <w:right w:val="single" w:sz="4" w:space="0" w:color="auto"/>
            </w:tcBorders>
          </w:tcPr>
          <w:p w14:paraId="645B9CAF" w14:textId="77777777" w:rsidR="00FC50C5" w:rsidRDefault="00000000">
            <w:pPr>
              <w:jc w:val="center"/>
              <w:rPr>
                <w:sz w:val="24"/>
                <w:szCs w:val="24"/>
              </w:rPr>
            </w:pPr>
            <w:r>
              <w:rPr>
                <w:rFonts w:ascii="Arial" w:hAnsi="Arial"/>
                <w:sz w:val="20"/>
                <w:szCs w:val="24"/>
              </w:rPr>
              <w:t>0</w:t>
            </w:r>
          </w:p>
        </w:tc>
        <w:tc>
          <w:tcPr>
            <w:tcW w:w="270" w:type="dxa"/>
            <w:tcBorders>
              <w:top w:val="single" w:sz="4" w:space="0" w:color="auto"/>
              <w:left w:val="single" w:sz="4" w:space="0" w:color="auto"/>
              <w:bottom w:val="single" w:sz="4" w:space="0" w:color="auto"/>
              <w:right w:val="single" w:sz="4" w:space="0" w:color="auto"/>
            </w:tcBorders>
          </w:tcPr>
          <w:p w14:paraId="2996C4A9" w14:textId="77777777" w:rsidR="00FC50C5" w:rsidRDefault="00000000">
            <w:pPr>
              <w:jc w:val="center"/>
              <w:rPr>
                <w:sz w:val="24"/>
                <w:szCs w:val="24"/>
              </w:rPr>
            </w:pPr>
            <w:r>
              <w:rPr>
                <w:rFonts w:ascii="Arial" w:hAnsi="Arial"/>
                <w:sz w:val="20"/>
                <w:szCs w:val="24"/>
              </w:rPr>
              <w:t>6</w:t>
            </w:r>
          </w:p>
        </w:tc>
        <w:tc>
          <w:tcPr>
            <w:tcW w:w="360" w:type="dxa"/>
            <w:tcBorders>
              <w:top w:val="single" w:sz="4" w:space="0" w:color="auto"/>
              <w:left w:val="single" w:sz="4" w:space="0" w:color="auto"/>
              <w:bottom w:val="single" w:sz="4" w:space="0" w:color="auto"/>
              <w:right w:val="single" w:sz="4" w:space="0" w:color="auto"/>
            </w:tcBorders>
          </w:tcPr>
          <w:p w14:paraId="18034E21" w14:textId="77777777" w:rsidR="00FC50C5" w:rsidRDefault="00000000">
            <w:pPr>
              <w:jc w:val="center"/>
              <w:rPr>
                <w:sz w:val="24"/>
                <w:szCs w:val="24"/>
              </w:rPr>
            </w:pPr>
            <w:r>
              <w:rPr>
                <w:rFonts w:ascii="Arial" w:hAnsi="Arial"/>
                <w:sz w:val="20"/>
                <w:szCs w:val="24"/>
              </w:rPr>
              <w:t>6</w:t>
            </w:r>
          </w:p>
        </w:tc>
        <w:tc>
          <w:tcPr>
            <w:tcW w:w="394" w:type="dxa"/>
            <w:tcBorders>
              <w:top w:val="single" w:sz="4" w:space="0" w:color="auto"/>
              <w:left w:val="single" w:sz="4" w:space="0" w:color="auto"/>
              <w:bottom w:val="single" w:sz="4" w:space="0" w:color="auto"/>
              <w:right w:val="single" w:sz="4" w:space="0" w:color="auto"/>
            </w:tcBorders>
          </w:tcPr>
          <w:p w14:paraId="51D90D72" w14:textId="77777777" w:rsidR="00FC50C5" w:rsidRDefault="00000000">
            <w:pPr>
              <w:jc w:val="center"/>
              <w:rPr>
                <w:sz w:val="24"/>
                <w:szCs w:val="24"/>
              </w:rPr>
            </w:pPr>
            <w:r>
              <w:rPr>
                <w:rFonts w:ascii="Arial" w:hAnsi="Arial"/>
                <w:sz w:val="20"/>
                <w:szCs w:val="24"/>
              </w:rPr>
              <w:t>3</w:t>
            </w:r>
          </w:p>
        </w:tc>
      </w:tr>
      <w:tr w:rsidR="00FC50C5" w14:paraId="086C2553" w14:textId="77777777" w:rsidTr="00E80FD8">
        <w:tc>
          <w:tcPr>
            <w:tcW w:w="750" w:type="dxa"/>
            <w:gridSpan w:val="2"/>
            <w:tcBorders>
              <w:top w:val="single" w:sz="4" w:space="0" w:color="auto"/>
              <w:left w:val="single" w:sz="4" w:space="0" w:color="auto"/>
              <w:bottom w:val="single" w:sz="4" w:space="0" w:color="auto"/>
              <w:right w:val="single" w:sz="4" w:space="0" w:color="auto"/>
            </w:tcBorders>
          </w:tcPr>
          <w:p w14:paraId="1DA51E12" w14:textId="77777777" w:rsidR="00FC50C5" w:rsidRDefault="00000000">
            <w:pPr>
              <w:jc w:val="center"/>
              <w:rPr>
                <w:sz w:val="24"/>
                <w:szCs w:val="24"/>
              </w:rPr>
            </w:pPr>
            <w:r>
              <w:rPr>
                <w:rFonts w:ascii="Arial" w:hAnsi="Arial"/>
                <w:color w:val="000000"/>
                <w:sz w:val="20"/>
                <w:szCs w:val="24"/>
              </w:rPr>
              <w:t>3</w:t>
            </w:r>
          </w:p>
        </w:tc>
        <w:tc>
          <w:tcPr>
            <w:tcW w:w="1331" w:type="dxa"/>
            <w:gridSpan w:val="2"/>
            <w:tcBorders>
              <w:top w:val="single" w:sz="4" w:space="0" w:color="auto"/>
              <w:left w:val="single" w:sz="4" w:space="0" w:color="auto"/>
              <w:bottom w:val="single" w:sz="4" w:space="0" w:color="auto"/>
              <w:right w:val="single" w:sz="4" w:space="0" w:color="auto"/>
            </w:tcBorders>
          </w:tcPr>
          <w:p w14:paraId="627F4D96" w14:textId="77777777" w:rsidR="00FC50C5" w:rsidRDefault="00000000">
            <w:pPr>
              <w:jc w:val="center"/>
              <w:rPr>
                <w:sz w:val="24"/>
                <w:szCs w:val="24"/>
              </w:rPr>
            </w:pPr>
            <w:r>
              <w:rPr>
                <w:rFonts w:ascii="Arial" w:hAnsi="Arial"/>
                <w:sz w:val="20"/>
              </w:rPr>
              <w:t>CSE25865 </w:t>
            </w:r>
          </w:p>
        </w:tc>
        <w:tc>
          <w:tcPr>
            <w:tcW w:w="4670" w:type="dxa"/>
            <w:gridSpan w:val="2"/>
            <w:tcBorders>
              <w:top w:val="single" w:sz="4" w:space="0" w:color="auto"/>
              <w:left w:val="single" w:sz="4" w:space="0" w:color="auto"/>
              <w:bottom w:val="single" w:sz="4" w:space="0" w:color="auto"/>
              <w:right w:val="single" w:sz="4" w:space="0" w:color="auto"/>
            </w:tcBorders>
          </w:tcPr>
          <w:p w14:paraId="48D06469" w14:textId="77777777" w:rsidR="00FC50C5" w:rsidRDefault="00000000">
            <w:pPr>
              <w:jc w:val="center"/>
              <w:rPr>
                <w:sz w:val="24"/>
                <w:szCs w:val="24"/>
              </w:rPr>
            </w:pPr>
            <w:r>
              <w:rPr>
                <w:rFonts w:ascii="Arial" w:hAnsi="Arial"/>
                <w:sz w:val="20"/>
                <w:szCs w:val="24"/>
              </w:rPr>
              <w:t>Grand Viva</w:t>
            </w:r>
          </w:p>
        </w:tc>
        <w:tc>
          <w:tcPr>
            <w:tcW w:w="456" w:type="dxa"/>
            <w:tcBorders>
              <w:top w:val="single" w:sz="4" w:space="0" w:color="auto"/>
              <w:left w:val="single" w:sz="4" w:space="0" w:color="auto"/>
              <w:bottom w:val="single" w:sz="4" w:space="0" w:color="auto"/>
              <w:right w:val="single" w:sz="4" w:space="0" w:color="auto"/>
            </w:tcBorders>
          </w:tcPr>
          <w:p w14:paraId="7DA8DFB7" w14:textId="77777777" w:rsidR="00FC50C5" w:rsidRDefault="00000000">
            <w:pPr>
              <w:jc w:val="center"/>
              <w:rPr>
                <w:sz w:val="24"/>
                <w:szCs w:val="24"/>
              </w:rPr>
            </w:pPr>
            <w:r>
              <w:rPr>
                <w:rFonts w:ascii="Arial" w:hAnsi="Arial"/>
                <w:sz w:val="20"/>
                <w:szCs w:val="24"/>
              </w:rPr>
              <w:t>0</w:t>
            </w:r>
          </w:p>
        </w:tc>
        <w:tc>
          <w:tcPr>
            <w:tcW w:w="2508" w:type="dxa"/>
            <w:tcBorders>
              <w:top w:val="single" w:sz="4" w:space="0" w:color="auto"/>
              <w:left w:val="single" w:sz="4" w:space="0" w:color="auto"/>
              <w:bottom w:val="single" w:sz="4" w:space="0" w:color="auto"/>
              <w:right w:val="single" w:sz="4" w:space="0" w:color="auto"/>
            </w:tcBorders>
          </w:tcPr>
          <w:p w14:paraId="529B6BF0" w14:textId="77777777" w:rsidR="00FC50C5" w:rsidRDefault="00000000">
            <w:pPr>
              <w:jc w:val="center"/>
              <w:rPr>
                <w:sz w:val="24"/>
                <w:szCs w:val="24"/>
              </w:rPr>
            </w:pPr>
            <w:r>
              <w:rPr>
                <w:rFonts w:ascii="Arial" w:hAnsi="Arial"/>
                <w:sz w:val="20"/>
                <w:szCs w:val="24"/>
              </w:rPr>
              <w:t>0</w:t>
            </w:r>
          </w:p>
        </w:tc>
        <w:tc>
          <w:tcPr>
            <w:tcW w:w="270" w:type="dxa"/>
            <w:tcBorders>
              <w:top w:val="single" w:sz="4" w:space="0" w:color="auto"/>
              <w:left w:val="single" w:sz="4" w:space="0" w:color="auto"/>
              <w:bottom w:val="single" w:sz="4" w:space="0" w:color="auto"/>
              <w:right w:val="single" w:sz="4" w:space="0" w:color="auto"/>
            </w:tcBorders>
          </w:tcPr>
          <w:p w14:paraId="2F88A4CA" w14:textId="77777777" w:rsidR="00FC50C5" w:rsidRDefault="00000000">
            <w:pPr>
              <w:jc w:val="center"/>
              <w:rPr>
                <w:sz w:val="24"/>
                <w:szCs w:val="24"/>
              </w:rPr>
            </w:pPr>
            <w:r>
              <w:rPr>
                <w:rFonts w:ascii="Arial" w:hAnsi="Arial"/>
                <w:sz w:val="20"/>
                <w:szCs w:val="24"/>
              </w:rPr>
              <w:t>0</w:t>
            </w:r>
          </w:p>
        </w:tc>
        <w:tc>
          <w:tcPr>
            <w:tcW w:w="360" w:type="dxa"/>
            <w:tcBorders>
              <w:top w:val="single" w:sz="4" w:space="0" w:color="auto"/>
              <w:left w:val="single" w:sz="4" w:space="0" w:color="auto"/>
              <w:bottom w:val="single" w:sz="4" w:space="0" w:color="auto"/>
              <w:right w:val="single" w:sz="4" w:space="0" w:color="auto"/>
            </w:tcBorders>
          </w:tcPr>
          <w:p w14:paraId="2826A19E" w14:textId="77777777" w:rsidR="00FC50C5" w:rsidRDefault="00000000">
            <w:pPr>
              <w:jc w:val="center"/>
              <w:rPr>
                <w:sz w:val="24"/>
                <w:szCs w:val="24"/>
              </w:rPr>
            </w:pPr>
            <w:r>
              <w:rPr>
                <w:rFonts w:ascii="Arial" w:hAnsi="Arial"/>
                <w:sz w:val="20"/>
                <w:szCs w:val="24"/>
              </w:rPr>
              <w:t>0</w:t>
            </w:r>
          </w:p>
        </w:tc>
        <w:tc>
          <w:tcPr>
            <w:tcW w:w="394" w:type="dxa"/>
            <w:tcBorders>
              <w:top w:val="single" w:sz="4" w:space="0" w:color="auto"/>
              <w:left w:val="single" w:sz="4" w:space="0" w:color="auto"/>
              <w:bottom w:val="single" w:sz="4" w:space="0" w:color="auto"/>
              <w:right w:val="single" w:sz="4" w:space="0" w:color="auto"/>
            </w:tcBorders>
          </w:tcPr>
          <w:p w14:paraId="6D12E1C5" w14:textId="77777777" w:rsidR="00FC50C5" w:rsidRDefault="00000000">
            <w:pPr>
              <w:jc w:val="center"/>
              <w:rPr>
                <w:sz w:val="24"/>
                <w:szCs w:val="24"/>
              </w:rPr>
            </w:pPr>
            <w:r>
              <w:rPr>
                <w:rFonts w:ascii="Arial" w:hAnsi="Arial"/>
                <w:sz w:val="20"/>
                <w:szCs w:val="24"/>
              </w:rPr>
              <w:t>4</w:t>
            </w:r>
          </w:p>
        </w:tc>
      </w:tr>
      <w:tr w:rsidR="00FC50C5" w14:paraId="1E057C3F" w14:textId="77777777" w:rsidTr="00E80FD8">
        <w:tc>
          <w:tcPr>
            <w:tcW w:w="6751" w:type="dxa"/>
            <w:gridSpan w:val="6"/>
            <w:tcBorders>
              <w:top w:val="single" w:sz="4" w:space="0" w:color="auto"/>
              <w:left w:val="single" w:sz="4" w:space="0" w:color="auto"/>
              <w:bottom w:val="single" w:sz="4" w:space="0" w:color="auto"/>
              <w:right w:val="single" w:sz="4" w:space="0" w:color="auto"/>
            </w:tcBorders>
          </w:tcPr>
          <w:p w14:paraId="37E0A437" w14:textId="77777777" w:rsidR="00FC50C5" w:rsidRDefault="00000000">
            <w:pPr>
              <w:jc w:val="center"/>
              <w:rPr>
                <w:sz w:val="24"/>
                <w:szCs w:val="24"/>
              </w:rPr>
            </w:pPr>
            <w:r>
              <w:rPr>
                <w:rFonts w:ascii="Arial" w:hAnsi="Arial"/>
                <w:b/>
                <w:sz w:val="20"/>
                <w:szCs w:val="24"/>
              </w:rPr>
              <w:t>Total</w:t>
            </w:r>
          </w:p>
        </w:tc>
        <w:tc>
          <w:tcPr>
            <w:tcW w:w="456" w:type="dxa"/>
            <w:tcBorders>
              <w:top w:val="single" w:sz="4" w:space="0" w:color="auto"/>
              <w:left w:val="single" w:sz="4" w:space="0" w:color="auto"/>
              <w:bottom w:val="single" w:sz="4" w:space="0" w:color="auto"/>
              <w:right w:val="single" w:sz="4" w:space="0" w:color="auto"/>
            </w:tcBorders>
          </w:tcPr>
          <w:p w14:paraId="40089B43" w14:textId="77777777" w:rsidR="00FC50C5" w:rsidRDefault="00000000">
            <w:pPr>
              <w:jc w:val="center"/>
              <w:rPr>
                <w:sz w:val="24"/>
                <w:szCs w:val="24"/>
              </w:rPr>
            </w:pPr>
            <w:r>
              <w:rPr>
                <w:rFonts w:ascii="Arial" w:hAnsi="Arial"/>
                <w:b/>
                <w:color w:val="000000"/>
                <w:sz w:val="20"/>
                <w:szCs w:val="24"/>
              </w:rPr>
              <w:t>0</w:t>
            </w:r>
          </w:p>
        </w:tc>
        <w:tc>
          <w:tcPr>
            <w:tcW w:w="2508" w:type="dxa"/>
            <w:tcBorders>
              <w:top w:val="single" w:sz="4" w:space="0" w:color="auto"/>
              <w:left w:val="single" w:sz="4" w:space="0" w:color="auto"/>
              <w:bottom w:val="single" w:sz="4" w:space="0" w:color="auto"/>
              <w:right w:val="single" w:sz="4" w:space="0" w:color="auto"/>
            </w:tcBorders>
          </w:tcPr>
          <w:p w14:paraId="2539258B" w14:textId="77777777" w:rsidR="00FC50C5" w:rsidRDefault="00000000">
            <w:pPr>
              <w:jc w:val="center"/>
              <w:rPr>
                <w:sz w:val="24"/>
                <w:szCs w:val="24"/>
              </w:rPr>
            </w:pPr>
            <w:r>
              <w:rPr>
                <w:rFonts w:ascii="Arial" w:hAnsi="Arial"/>
                <w:b/>
                <w:color w:val="000000"/>
                <w:sz w:val="20"/>
                <w:szCs w:val="24"/>
              </w:rPr>
              <w:t>0</w:t>
            </w:r>
          </w:p>
        </w:tc>
        <w:tc>
          <w:tcPr>
            <w:tcW w:w="270" w:type="dxa"/>
            <w:tcBorders>
              <w:top w:val="single" w:sz="4" w:space="0" w:color="auto"/>
              <w:left w:val="single" w:sz="4" w:space="0" w:color="auto"/>
              <w:bottom w:val="single" w:sz="4" w:space="0" w:color="auto"/>
              <w:right w:val="single" w:sz="4" w:space="0" w:color="auto"/>
            </w:tcBorders>
          </w:tcPr>
          <w:p w14:paraId="1C6214EC" w14:textId="77777777" w:rsidR="00FC50C5" w:rsidRDefault="00000000">
            <w:pPr>
              <w:jc w:val="center"/>
              <w:rPr>
                <w:sz w:val="24"/>
                <w:szCs w:val="24"/>
              </w:rPr>
            </w:pPr>
            <w:r>
              <w:rPr>
                <w:rFonts w:ascii="Arial" w:hAnsi="Arial"/>
                <w:b/>
                <w:color w:val="000000"/>
                <w:sz w:val="20"/>
                <w:szCs w:val="24"/>
              </w:rPr>
              <w:t>33</w:t>
            </w:r>
          </w:p>
        </w:tc>
        <w:tc>
          <w:tcPr>
            <w:tcW w:w="360" w:type="dxa"/>
            <w:tcBorders>
              <w:top w:val="single" w:sz="4" w:space="0" w:color="auto"/>
              <w:left w:val="single" w:sz="4" w:space="0" w:color="auto"/>
              <w:bottom w:val="single" w:sz="4" w:space="0" w:color="auto"/>
              <w:right w:val="single" w:sz="4" w:space="0" w:color="auto"/>
            </w:tcBorders>
          </w:tcPr>
          <w:p w14:paraId="79C969E3" w14:textId="77777777" w:rsidR="00FC50C5" w:rsidRDefault="00000000">
            <w:pPr>
              <w:jc w:val="center"/>
              <w:rPr>
                <w:sz w:val="24"/>
                <w:szCs w:val="24"/>
              </w:rPr>
            </w:pPr>
            <w:r>
              <w:rPr>
                <w:rFonts w:ascii="Arial" w:hAnsi="Arial"/>
                <w:b/>
                <w:color w:val="000000"/>
                <w:sz w:val="20"/>
                <w:szCs w:val="24"/>
              </w:rPr>
              <w:t>33</w:t>
            </w:r>
          </w:p>
        </w:tc>
        <w:tc>
          <w:tcPr>
            <w:tcW w:w="394" w:type="dxa"/>
            <w:tcBorders>
              <w:top w:val="single" w:sz="4" w:space="0" w:color="auto"/>
              <w:left w:val="single" w:sz="4" w:space="0" w:color="auto"/>
              <w:bottom w:val="single" w:sz="4" w:space="0" w:color="auto"/>
              <w:right w:val="single" w:sz="4" w:space="0" w:color="auto"/>
            </w:tcBorders>
          </w:tcPr>
          <w:p w14:paraId="3EF02698" w14:textId="77777777" w:rsidR="00FC50C5" w:rsidRDefault="00000000">
            <w:pPr>
              <w:jc w:val="center"/>
              <w:rPr>
                <w:sz w:val="24"/>
                <w:szCs w:val="24"/>
              </w:rPr>
            </w:pPr>
            <w:r>
              <w:rPr>
                <w:rFonts w:ascii="Arial" w:hAnsi="Arial"/>
                <w:b/>
                <w:color w:val="000000"/>
                <w:sz w:val="20"/>
                <w:szCs w:val="24"/>
              </w:rPr>
              <w:t>26</w:t>
            </w:r>
          </w:p>
        </w:tc>
      </w:tr>
    </w:tbl>
    <w:p w14:paraId="537C4D5C" w14:textId="77777777" w:rsidR="00FC50C5" w:rsidRDefault="00000000">
      <w:pPr>
        <w:jc w:val="both"/>
        <w:rPr>
          <w:b/>
          <w:sz w:val="24"/>
          <w:szCs w:val="24"/>
        </w:rPr>
      </w:pPr>
      <w:r>
        <w:rPr>
          <w:rFonts w:ascii="Times New Roman" w:hAnsi="Times New Roman"/>
          <w:b/>
          <w:sz w:val="24"/>
          <w:szCs w:val="24"/>
        </w:rPr>
        <w:t>2</w:t>
      </w:r>
      <w:r>
        <w:rPr>
          <w:rFonts w:ascii="Times New Roman" w:hAnsi="Times New Roman"/>
          <w:b/>
          <w:sz w:val="24"/>
          <w:szCs w:val="24"/>
          <w:vertAlign w:val="superscript"/>
        </w:rPr>
        <w:t>nd</w:t>
      </w:r>
      <w:r>
        <w:rPr>
          <w:rFonts w:ascii="Times New Roman" w:hAnsi="Times New Roman"/>
          <w:b/>
          <w:sz w:val="24"/>
          <w:szCs w:val="24"/>
        </w:rPr>
        <w:t xml:space="preserve"> Year Credits </w:t>
      </w:r>
      <w:proofErr w:type="gramStart"/>
      <w:r>
        <w:rPr>
          <w:rFonts w:ascii="Times New Roman" w:hAnsi="Times New Roman"/>
          <w:b/>
          <w:sz w:val="24"/>
          <w:szCs w:val="24"/>
        </w:rPr>
        <w:t>Total :</w:t>
      </w:r>
      <w:proofErr w:type="gramEnd"/>
      <w:r>
        <w:rPr>
          <w:rFonts w:ascii="Times New Roman" w:hAnsi="Times New Roman"/>
          <w:b/>
          <w:sz w:val="24"/>
          <w:szCs w:val="24"/>
        </w:rPr>
        <w:t xml:space="preserve"> 49</w:t>
      </w:r>
    </w:p>
    <w:p w14:paraId="62B09F68" w14:textId="77777777" w:rsidR="00FC50C5" w:rsidRDefault="00000000">
      <w:pPr>
        <w:jc w:val="both"/>
        <w:rPr>
          <w:b/>
          <w:sz w:val="24"/>
          <w:szCs w:val="24"/>
        </w:rPr>
      </w:pPr>
      <w:r>
        <w:rPr>
          <w:rFonts w:ascii="Times New Roman" w:hAnsi="Times New Roman"/>
          <w:b/>
          <w:sz w:val="24"/>
          <w:szCs w:val="24"/>
        </w:rPr>
        <w:t>CREDIT DISTRIBUTION (SEMESTER-WISE)</w:t>
      </w:r>
    </w:p>
    <w:tbl>
      <w:tblPr>
        <w:tblStyle w:val="TableGrid"/>
        <w:tblW w:w="10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2097"/>
        <w:gridCol w:w="2097"/>
        <w:gridCol w:w="2097"/>
        <w:gridCol w:w="2097"/>
      </w:tblGrid>
      <w:tr w:rsidR="00FC50C5" w14:paraId="123F4147" w14:textId="77777777">
        <w:trPr>
          <w:jc w:val="center"/>
        </w:trPr>
        <w:tc>
          <w:tcPr>
            <w:tcW w:w="2097" w:type="dxa"/>
            <w:vAlign w:val="center"/>
          </w:tcPr>
          <w:p w14:paraId="2CE04295" w14:textId="77777777" w:rsidR="00FC50C5" w:rsidRDefault="00000000">
            <w:pPr>
              <w:jc w:val="center"/>
              <w:rPr>
                <w:b/>
                <w:sz w:val="24"/>
                <w:szCs w:val="24"/>
              </w:rPr>
            </w:pPr>
            <w:r>
              <w:rPr>
                <w:rFonts w:ascii="Arial" w:hAnsi="Arial"/>
                <w:b/>
                <w:sz w:val="20"/>
                <w:szCs w:val="24"/>
              </w:rPr>
              <w:t>SEM I</w:t>
            </w:r>
          </w:p>
        </w:tc>
        <w:tc>
          <w:tcPr>
            <w:tcW w:w="2097" w:type="dxa"/>
            <w:vAlign w:val="center"/>
          </w:tcPr>
          <w:p w14:paraId="326713E3" w14:textId="77777777" w:rsidR="00FC50C5" w:rsidRDefault="00000000">
            <w:pPr>
              <w:jc w:val="center"/>
              <w:rPr>
                <w:b/>
                <w:sz w:val="24"/>
                <w:szCs w:val="24"/>
              </w:rPr>
            </w:pPr>
            <w:r>
              <w:rPr>
                <w:rFonts w:ascii="Arial" w:hAnsi="Arial"/>
                <w:b/>
                <w:sz w:val="20"/>
                <w:szCs w:val="24"/>
              </w:rPr>
              <w:t>SEM II</w:t>
            </w:r>
          </w:p>
        </w:tc>
        <w:tc>
          <w:tcPr>
            <w:tcW w:w="2097" w:type="dxa"/>
            <w:vAlign w:val="center"/>
          </w:tcPr>
          <w:p w14:paraId="3772C96D" w14:textId="77777777" w:rsidR="00FC50C5" w:rsidRDefault="00000000">
            <w:pPr>
              <w:jc w:val="center"/>
              <w:rPr>
                <w:b/>
                <w:sz w:val="24"/>
                <w:szCs w:val="24"/>
              </w:rPr>
            </w:pPr>
            <w:r>
              <w:rPr>
                <w:rFonts w:ascii="Arial" w:hAnsi="Arial"/>
                <w:b/>
                <w:sz w:val="20"/>
                <w:szCs w:val="24"/>
              </w:rPr>
              <w:t>SEM III</w:t>
            </w:r>
          </w:p>
        </w:tc>
        <w:tc>
          <w:tcPr>
            <w:tcW w:w="2097" w:type="dxa"/>
            <w:vAlign w:val="center"/>
          </w:tcPr>
          <w:p w14:paraId="49A62BE5" w14:textId="77777777" w:rsidR="00FC50C5" w:rsidRDefault="00000000">
            <w:pPr>
              <w:jc w:val="center"/>
              <w:rPr>
                <w:b/>
                <w:sz w:val="24"/>
                <w:szCs w:val="24"/>
              </w:rPr>
            </w:pPr>
            <w:r>
              <w:rPr>
                <w:rFonts w:ascii="Arial" w:hAnsi="Arial"/>
                <w:b/>
                <w:sz w:val="20"/>
                <w:szCs w:val="24"/>
              </w:rPr>
              <w:t>SEM IV</w:t>
            </w:r>
          </w:p>
        </w:tc>
        <w:tc>
          <w:tcPr>
            <w:tcW w:w="2097" w:type="dxa"/>
            <w:vAlign w:val="center"/>
          </w:tcPr>
          <w:p w14:paraId="06EECD1B" w14:textId="77777777" w:rsidR="00FC50C5" w:rsidRDefault="00000000">
            <w:pPr>
              <w:jc w:val="center"/>
              <w:rPr>
                <w:b/>
                <w:sz w:val="24"/>
                <w:szCs w:val="24"/>
              </w:rPr>
            </w:pPr>
            <w:r>
              <w:rPr>
                <w:rFonts w:ascii="Arial" w:hAnsi="Arial"/>
                <w:b/>
                <w:sz w:val="20"/>
                <w:szCs w:val="24"/>
              </w:rPr>
              <w:t>TOTAL</w:t>
            </w:r>
          </w:p>
        </w:tc>
      </w:tr>
      <w:tr w:rsidR="00FC50C5" w14:paraId="6D64C9C7" w14:textId="77777777">
        <w:trPr>
          <w:jc w:val="center"/>
        </w:trPr>
        <w:tc>
          <w:tcPr>
            <w:tcW w:w="2097" w:type="dxa"/>
            <w:vAlign w:val="center"/>
          </w:tcPr>
          <w:p w14:paraId="1FB80AAD" w14:textId="77777777" w:rsidR="00FC50C5" w:rsidRDefault="00000000">
            <w:pPr>
              <w:jc w:val="center"/>
              <w:rPr>
                <w:b/>
                <w:sz w:val="24"/>
                <w:szCs w:val="24"/>
              </w:rPr>
            </w:pPr>
            <w:r>
              <w:rPr>
                <w:rFonts w:ascii="Arial" w:hAnsi="Arial"/>
                <w:b/>
                <w:sz w:val="20"/>
                <w:szCs w:val="24"/>
              </w:rPr>
              <w:t>15</w:t>
            </w:r>
          </w:p>
        </w:tc>
        <w:tc>
          <w:tcPr>
            <w:tcW w:w="2097" w:type="dxa"/>
            <w:vAlign w:val="center"/>
          </w:tcPr>
          <w:p w14:paraId="727E4611" w14:textId="77777777" w:rsidR="00FC50C5" w:rsidRDefault="00000000">
            <w:pPr>
              <w:jc w:val="center"/>
              <w:rPr>
                <w:b/>
                <w:sz w:val="24"/>
                <w:szCs w:val="24"/>
              </w:rPr>
            </w:pPr>
            <w:r>
              <w:rPr>
                <w:rFonts w:ascii="Arial" w:hAnsi="Arial"/>
                <w:b/>
                <w:sz w:val="20"/>
                <w:szCs w:val="24"/>
              </w:rPr>
              <w:t>17</w:t>
            </w:r>
          </w:p>
        </w:tc>
        <w:tc>
          <w:tcPr>
            <w:tcW w:w="2097" w:type="dxa"/>
            <w:vAlign w:val="center"/>
          </w:tcPr>
          <w:p w14:paraId="7152F55B" w14:textId="77777777" w:rsidR="00FC50C5" w:rsidRDefault="00000000">
            <w:pPr>
              <w:jc w:val="center"/>
              <w:rPr>
                <w:b/>
                <w:sz w:val="24"/>
                <w:szCs w:val="24"/>
              </w:rPr>
            </w:pPr>
            <w:r>
              <w:rPr>
                <w:rFonts w:ascii="Arial" w:hAnsi="Arial"/>
                <w:b/>
                <w:sz w:val="20"/>
                <w:szCs w:val="24"/>
              </w:rPr>
              <w:t>23</w:t>
            </w:r>
          </w:p>
        </w:tc>
        <w:tc>
          <w:tcPr>
            <w:tcW w:w="2097" w:type="dxa"/>
            <w:vAlign w:val="center"/>
          </w:tcPr>
          <w:p w14:paraId="169B9594" w14:textId="77777777" w:rsidR="00FC50C5" w:rsidRDefault="00000000">
            <w:pPr>
              <w:jc w:val="center"/>
              <w:rPr>
                <w:b/>
                <w:sz w:val="24"/>
                <w:szCs w:val="24"/>
              </w:rPr>
            </w:pPr>
            <w:r>
              <w:rPr>
                <w:rFonts w:ascii="Arial" w:hAnsi="Arial"/>
                <w:b/>
                <w:sz w:val="20"/>
                <w:szCs w:val="24"/>
              </w:rPr>
              <w:t>26</w:t>
            </w:r>
          </w:p>
        </w:tc>
        <w:tc>
          <w:tcPr>
            <w:tcW w:w="2097" w:type="dxa"/>
            <w:vAlign w:val="center"/>
          </w:tcPr>
          <w:p w14:paraId="69C6096F" w14:textId="77777777" w:rsidR="00FC50C5" w:rsidRDefault="00000000">
            <w:pPr>
              <w:jc w:val="center"/>
              <w:rPr>
                <w:b/>
                <w:sz w:val="24"/>
                <w:szCs w:val="24"/>
              </w:rPr>
            </w:pPr>
            <w:r>
              <w:rPr>
                <w:rFonts w:ascii="Arial" w:hAnsi="Arial"/>
                <w:b/>
                <w:sz w:val="20"/>
                <w:szCs w:val="24"/>
              </w:rPr>
              <w:t>81</w:t>
            </w:r>
          </w:p>
        </w:tc>
      </w:tr>
    </w:tbl>
    <w:p w14:paraId="4E9DCB0E" w14:textId="77777777" w:rsidR="00FC50C5" w:rsidRDefault="00000000">
      <w:pPr>
        <w:jc w:val="both"/>
        <w:rPr>
          <w:b/>
          <w:sz w:val="24"/>
          <w:szCs w:val="24"/>
        </w:rPr>
      </w:pPr>
      <w:r>
        <w:rPr>
          <w:rFonts w:ascii="Times New Roman" w:hAnsi="Times New Roman"/>
          <w:b/>
          <w:sz w:val="24"/>
          <w:szCs w:val="24"/>
        </w:rPr>
        <w:t>CREDIT DISTRIBUTION (YEAR-WISE)</w:t>
      </w:r>
    </w:p>
    <w:tbl>
      <w:tblPr>
        <w:tblStyle w:val="TableGrid"/>
        <w:tblW w:w="10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5"/>
        <w:gridCol w:w="3495"/>
        <w:gridCol w:w="3495"/>
      </w:tblGrid>
      <w:tr w:rsidR="00FC50C5" w14:paraId="1F45FF55" w14:textId="77777777">
        <w:trPr>
          <w:jc w:val="center"/>
        </w:trPr>
        <w:tc>
          <w:tcPr>
            <w:tcW w:w="3495" w:type="dxa"/>
            <w:vAlign w:val="center"/>
          </w:tcPr>
          <w:p w14:paraId="1683CA5B" w14:textId="77777777" w:rsidR="00FC50C5" w:rsidRDefault="00000000">
            <w:pPr>
              <w:jc w:val="center"/>
              <w:rPr>
                <w:b/>
                <w:sz w:val="24"/>
                <w:szCs w:val="24"/>
              </w:rPr>
            </w:pPr>
            <w:r>
              <w:rPr>
                <w:rFonts w:ascii="Arial" w:hAnsi="Arial"/>
                <w:b/>
                <w:sz w:val="20"/>
                <w:szCs w:val="24"/>
              </w:rPr>
              <w:t>YEAR I</w:t>
            </w:r>
          </w:p>
        </w:tc>
        <w:tc>
          <w:tcPr>
            <w:tcW w:w="3495" w:type="dxa"/>
            <w:vAlign w:val="center"/>
          </w:tcPr>
          <w:p w14:paraId="58F6B89C" w14:textId="77777777" w:rsidR="00FC50C5" w:rsidRDefault="00000000">
            <w:pPr>
              <w:jc w:val="center"/>
              <w:rPr>
                <w:b/>
                <w:sz w:val="24"/>
                <w:szCs w:val="24"/>
              </w:rPr>
            </w:pPr>
            <w:r>
              <w:rPr>
                <w:rFonts w:ascii="Arial" w:hAnsi="Arial"/>
                <w:b/>
                <w:sz w:val="20"/>
                <w:szCs w:val="24"/>
              </w:rPr>
              <w:t>YEAR II</w:t>
            </w:r>
          </w:p>
        </w:tc>
        <w:tc>
          <w:tcPr>
            <w:tcW w:w="3495" w:type="dxa"/>
            <w:vAlign w:val="center"/>
          </w:tcPr>
          <w:p w14:paraId="0C151151" w14:textId="77777777" w:rsidR="00FC50C5" w:rsidRDefault="00000000">
            <w:pPr>
              <w:jc w:val="center"/>
              <w:rPr>
                <w:b/>
                <w:sz w:val="24"/>
                <w:szCs w:val="24"/>
              </w:rPr>
            </w:pPr>
            <w:r>
              <w:rPr>
                <w:rFonts w:ascii="Arial" w:hAnsi="Arial"/>
                <w:b/>
                <w:sz w:val="20"/>
                <w:szCs w:val="24"/>
              </w:rPr>
              <w:t>Total</w:t>
            </w:r>
          </w:p>
        </w:tc>
      </w:tr>
      <w:tr w:rsidR="00FC50C5" w14:paraId="581C1DC7" w14:textId="77777777">
        <w:trPr>
          <w:jc w:val="center"/>
        </w:trPr>
        <w:tc>
          <w:tcPr>
            <w:tcW w:w="3495" w:type="dxa"/>
            <w:vAlign w:val="center"/>
          </w:tcPr>
          <w:p w14:paraId="5B612E7A" w14:textId="77777777" w:rsidR="00FC50C5" w:rsidRDefault="00000000">
            <w:pPr>
              <w:jc w:val="center"/>
              <w:rPr>
                <w:b/>
                <w:sz w:val="24"/>
                <w:szCs w:val="24"/>
              </w:rPr>
            </w:pPr>
            <w:r>
              <w:rPr>
                <w:rFonts w:ascii="Arial" w:hAnsi="Arial"/>
                <w:b/>
                <w:sz w:val="20"/>
                <w:szCs w:val="24"/>
              </w:rPr>
              <w:t>32</w:t>
            </w:r>
          </w:p>
        </w:tc>
        <w:tc>
          <w:tcPr>
            <w:tcW w:w="3495" w:type="dxa"/>
            <w:vAlign w:val="center"/>
          </w:tcPr>
          <w:p w14:paraId="3A40ECEA" w14:textId="77777777" w:rsidR="00FC50C5" w:rsidRDefault="00000000">
            <w:pPr>
              <w:jc w:val="center"/>
              <w:rPr>
                <w:b/>
                <w:sz w:val="24"/>
                <w:szCs w:val="24"/>
              </w:rPr>
            </w:pPr>
            <w:r>
              <w:rPr>
                <w:rFonts w:ascii="Arial" w:hAnsi="Arial"/>
                <w:b/>
                <w:sz w:val="20"/>
                <w:szCs w:val="24"/>
              </w:rPr>
              <w:t>49</w:t>
            </w:r>
          </w:p>
        </w:tc>
        <w:tc>
          <w:tcPr>
            <w:tcW w:w="3495" w:type="dxa"/>
            <w:vAlign w:val="center"/>
          </w:tcPr>
          <w:p w14:paraId="67CDAABE" w14:textId="77777777" w:rsidR="00FC50C5" w:rsidRDefault="00000000">
            <w:pPr>
              <w:jc w:val="center"/>
              <w:rPr>
                <w:b/>
                <w:sz w:val="24"/>
                <w:szCs w:val="24"/>
              </w:rPr>
            </w:pPr>
            <w:r>
              <w:rPr>
                <w:rFonts w:ascii="Arial" w:hAnsi="Arial"/>
                <w:b/>
                <w:sz w:val="20"/>
                <w:szCs w:val="24"/>
              </w:rPr>
              <w:t>81</w:t>
            </w:r>
          </w:p>
        </w:tc>
      </w:tr>
    </w:tbl>
    <w:p w14:paraId="49AF4491" w14:textId="77777777" w:rsidR="00FC50C5" w:rsidRDefault="00000000">
      <w:pPr>
        <w:widowControl w:val="0"/>
        <w:spacing w:after="0" w:line="240" w:lineRule="auto"/>
        <w:jc w:val="both"/>
        <w:rPr>
          <w:b/>
          <w:sz w:val="28"/>
          <w:szCs w:val="28"/>
          <w:u w:val="single"/>
        </w:rPr>
      </w:pPr>
      <w:r>
        <w:rPr>
          <w:rFonts w:ascii="Times New Roman" w:hAnsi="Times New Roman"/>
          <w:b/>
          <w:sz w:val="24"/>
          <w:szCs w:val="28"/>
          <w:u w:val="single"/>
        </w:rPr>
        <w:t>Year- I</w:t>
      </w:r>
    </w:p>
    <w:p w14:paraId="63E65061" w14:textId="77777777" w:rsidR="00FC50C5" w:rsidRDefault="00000000">
      <w:pPr>
        <w:widowControl w:val="0"/>
        <w:spacing w:before="9" w:after="0" w:line="240" w:lineRule="auto"/>
        <w:jc w:val="both"/>
        <w:rPr>
          <w:b/>
          <w:sz w:val="28"/>
          <w:szCs w:val="28"/>
        </w:rPr>
      </w:pPr>
      <w:r>
        <w:rPr>
          <w:rFonts w:ascii="Times New Roman" w:hAnsi="Times New Roman"/>
          <w:b/>
          <w:sz w:val="24"/>
          <w:szCs w:val="28"/>
        </w:rPr>
        <w:t>Semester-I</w:t>
      </w:r>
    </w:p>
    <w:sectPr w:rsidR="00FC50C5" w:rsidSect="00034616">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Serif">
    <w:charset w:val="00"/>
    <w:family w:val="roman"/>
    <w:pitch w:val="variable"/>
    <w:sig w:usb0="A11526FF" w:usb1="C000ECFB" w:usb2="0001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99609332">
    <w:abstractNumId w:val="8"/>
  </w:num>
  <w:num w:numId="2" w16cid:durableId="1939407900">
    <w:abstractNumId w:val="6"/>
  </w:num>
  <w:num w:numId="3" w16cid:durableId="1081754561">
    <w:abstractNumId w:val="5"/>
  </w:num>
  <w:num w:numId="4" w16cid:durableId="1676570538">
    <w:abstractNumId w:val="4"/>
  </w:num>
  <w:num w:numId="5" w16cid:durableId="1198740516">
    <w:abstractNumId w:val="7"/>
  </w:num>
  <w:num w:numId="6" w16cid:durableId="416100900">
    <w:abstractNumId w:val="3"/>
  </w:num>
  <w:num w:numId="7" w16cid:durableId="1661687769">
    <w:abstractNumId w:val="2"/>
  </w:num>
  <w:num w:numId="8" w16cid:durableId="652485422">
    <w:abstractNumId w:val="1"/>
  </w:num>
  <w:num w:numId="9" w16cid:durableId="1721048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70D3"/>
    <w:rsid w:val="0029639D"/>
    <w:rsid w:val="002D10C9"/>
    <w:rsid w:val="00326F90"/>
    <w:rsid w:val="00341EF5"/>
    <w:rsid w:val="005F2B57"/>
    <w:rsid w:val="00790130"/>
    <w:rsid w:val="00946B67"/>
    <w:rsid w:val="00A66BED"/>
    <w:rsid w:val="00AA1D8D"/>
    <w:rsid w:val="00B47730"/>
    <w:rsid w:val="00B72FC0"/>
    <w:rsid w:val="00BB2100"/>
    <w:rsid w:val="00CB0664"/>
    <w:rsid w:val="00DA006A"/>
    <w:rsid w:val="00E80FD8"/>
    <w:rsid w:val="00FC50C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AAE14C"/>
  <w14:defaultImageDpi w14:val="300"/>
  <w15:docId w15:val="{BF35FB30-BC1F-4DD7-856B-E5345ECE2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1482</Words>
  <Characters>8454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9917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Sanjib Kumar Mandal</cp:lastModifiedBy>
  <cp:revision>10</cp:revision>
  <dcterms:created xsi:type="dcterms:W3CDTF">2026-07-09T08:38:00Z</dcterms:created>
  <dcterms:modified xsi:type="dcterms:W3CDTF">2026-07-09T09:00:00Z</dcterms:modified>
  <cp:category/>
</cp:coreProperties>
</file>