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40"/>
        <w:jc w:val="center"/>
      </w:pPr>
      <w:r>
        <w:rPr>
          <w:rFonts w:ascii="Times New Roman" w:hAnsi="Times New Roman"/>
          <w:b/>
          <w:sz w:val="26"/>
        </w:rPr>
        <w:t>ADAMAS UNIVERSITY</w:t>
      </w:r>
    </w:p>
    <w:p>
      <w:pPr>
        <w:spacing w:after="40"/>
        <w:jc w:val="center"/>
      </w:pPr>
      <w:r>
        <w:rPr>
          <w:rFonts w:ascii="Times New Roman" w:hAnsi="Times New Roman"/>
          <w:b w:val="0"/>
          <w:sz w:val="22"/>
        </w:rPr>
        <w:t>School of Engineering &amp; Technology</w:t>
      </w:r>
    </w:p>
    <w:p>
      <w:pPr>
        <w:spacing w:after="200"/>
        <w:jc w:val="center"/>
      </w:pPr>
      <w:r>
        <w:rPr>
          <w:rFonts w:ascii="Times New Roman" w:hAnsi="Times New Roman"/>
          <w:b w:val="0"/>
          <w:sz w:val="22"/>
        </w:rPr>
        <w:t>B.Tech. CSE — Specialization: Cloud Computing</w:t>
      </w:r>
    </w:p>
    <w:p>
      <w:pPr>
        <w:spacing w:after="40"/>
        <w:jc w:val="center"/>
      </w:pPr>
      <w:r>
        <w:rPr>
          <w:rFonts w:ascii="Times New Roman" w:hAnsi="Times New Roman"/>
          <w:b/>
          <w:color w:val="1F3B63"/>
          <w:sz w:val="30"/>
        </w:rPr>
        <w:t>Big Data on Cloud Lab  (CSE12179)</w:t>
      </w:r>
    </w:p>
    <w:p>
      <w:pPr>
        <w:spacing w:after="240"/>
        <w:jc w:val="center"/>
      </w:pPr>
      <w:r>
        <w:rPr>
          <w:rFonts w:ascii="Times New Roman" w:hAnsi="Times New Roman"/>
          <w:b w:val="0"/>
          <w:color w:val="444444"/>
          <w:sz w:val="21"/>
        </w:rPr>
        <w:t>Specialization Lab – III  |  Semester VI</w:t>
      </w:r>
    </w:p>
    <w:tbl>
      <w:tblPr>
        <w:tblW w:w="10485" w:type="dxa"/>
        <w:tblLook w:val="04A0" w:firstRow="1" w:lastRow="0" w:firstColumn="1" w:lastColumn="0" w:noHBand="0" w:noVBand="1"/>
      </w:tblPr>
      <w:tblGrid>
        <w:gridCol w:w="2689"/>
        <w:gridCol w:w="6095"/>
        <w:gridCol w:w="425"/>
        <w:gridCol w:w="425"/>
        <w:gridCol w:w="426"/>
        <w:gridCol w:w="425"/>
      </w:tblGrid>
      <w:tr w:rsidR="00084D66" w:rsidRPr="001E7BED" w14:paraId="7BD6DC31" w14:textId="77777777" w:rsidTr="000701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BB55A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CSE12179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F345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Big Data on Cloud Lab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97309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L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EF95B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T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1722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P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175F4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C</w:t>
            </w:r>
          </w:p>
        </w:tc>
      </w:tr>
      <w:tr w:rsidR="00084D66" w:rsidRPr="001E7BED" w14:paraId="0FFE1450" w14:textId="77777777" w:rsidTr="000701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A39BC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Version 1.0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5DDE6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 xml:space="preserve">Contact Hours – </w:t>
            </w:r>
            <w:r>
              <w:rPr>
                <w:rFonts w:ascii="Times New Roman" w:hAnsi="Times New Roman"/>
                <w:b/>
                <w:bCs/>
              </w:rPr>
              <w:t>30</w:t>
            </w:r>
            <w:r w:rsidRPr="001E7BED">
              <w:rPr>
                <w:rFonts w:ascii="Times New Roman" w:hAnsi="Times New Roman"/>
                <w:b/>
                <w:bCs/>
              </w:rPr>
              <w:t xml:space="preserve"> Hours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C374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1F90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0E320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40BB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</w:tr>
      <w:tr w:rsidR="00084D66" w:rsidRPr="001E7BED" w14:paraId="2E8C9B72" w14:textId="77777777" w:rsidTr="000701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DF464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Pre-requisite/Exposure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56411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Python/Java</w:t>
            </w:r>
          </w:p>
        </w:tc>
      </w:tr>
      <w:tr w:rsidR="00084D66" w:rsidRPr="001E7BED" w14:paraId="6FEC2AF2" w14:textId="77777777" w:rsidTr="000701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31E3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Co-requisite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ACA9F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NIL</w:t>
            </w:r>
          </w:p>
        </w:tc>
      </w:tr>
    </w:tbl>
    <w:p w14:paraId="5238896A" w14:textId="77777777" w:rsidR="009F5405" w:rsidRPr="001E7BED" w:rsidRDefault="005E6487" w:rsidP="00084D66">
      <w:pPr>
        <w:spacing w:line="256" w:lineRule="auto"/>
        <w:rPr>
          <w:rFonts w:ascii="Times New Roman" w:eastAsia="Calibri" w:hAnsi="Times New Roman" w:cs="Times New Roman"/>
          <w:b/>
          <w:bCs/>
        </w:rPr>
      </w:pPr>
      <w:r w:rsidRPr="001E7BED">
        <w:rPr>
          <w:rFonts w:ascii="Times New Roman" w:eastAsia="Calibri" w:hAnsi="Times New Roman" w:cs="Times New Roman"/>
          <w:b/>
          <w:bCs/>
        </w:rPr>
        <w:t>Course Objectives:</w:t>
      </w:r>
    </w:p>
    <w:p w14:paraId="5DFC78F4" w14:textId="77777777" w:rsidR="009F5405" w:rsidRPr="001E7BED" w:rsidRDefault="005E6487" w:rsidP="00384C0C">
      <w:pPr>
        <w:pStyle w:val="ListNumber"/>
        <w:numPr>
          <w:ilvl w:val="0"/>
          <w:numId w:val="271"/>
        </w:numPr>
        <w:spacing w:line="256" w:lineRule="auto"/>
        <w:rPr>
          <w:rFonts w:ascii="Times New Roman" w:hAnsi="Times New Roman" w:cs="Times New Roman"/>
        </w:rPr>
      </w:pPr>
      <w:r w:rsidRPr="001E7BED">
        <w:rPr>
          <w:rFonts w:ascii="Times New Roman" w:hAnsi="Times New Roman" w:cs="Times New Roman"/>
        </w:rPr>
        <w:t>To have an experience of setting up physical cluster for Apache Hadoop/Spark</w:t>
      </w:r>
      <w:r w:rsidRPr="001E7BED">
        <w:rPr>
          <w:rFonts w:ascii="Times New Roman" w:hAnsi="Times New Roman" w:cs="Times New Roman"/>
        </w:rPr>
        <w:br/>
      </w:r>
    </w:p>
    <w:p w14:paraId="39B9137D" w14:textId="77777777" w:rsidR="009F5405" w:rsidRPr="001E7BED" w:rsidRDefault="005E6487" w:rsidP="00384C0C">
      <w:pPr>
        <w:pStyle w:val="ListNumber"/>
        <w:numPr>
          <w:ilvl w:val="0"/>
          <w:numId w:val="271"/>
        </w:numPr>
        <w:spacing w:line="256" w:lineRule="auto"/>
        <w:rPr>
          <w:rFonts w:ascii="Times New Roman" w:hAnsi="Times New Roman" w:cs="Times New Roman"/>
        </w:rPr>
      </w:pPr>
      <w:r w:rsidRPr="001E7BED">
        <w:rPr>
          <w:rFonts w:ascii="Times New Roman" w:hAnsi="Times New Roman" w:cs="Times New Roman"/>
        </w:rPr>
        <w:t>To enable students to develop applications for Big Data</w:t>
      </w:r>
      <w:r w:rsidRPr="001E7BED">
        <w:rPr>
          <w:rFonts w:ascii="Times New Roman" w:hAnsi="Times New Roman" w:cs="Times New Roman"/>
        </w:rPr>
        <w:br/>
      </w:r>
    </w:p>
    <w:p w14:paraId="0C2D7D00" w14:textId="77777777" w:rsidR="009F5405" w:rsidRPr="001E7BED" w:rsidRDefault="005E6487" w:rsidP="00384C0C">
      <w:pPr>
        <w:pStyle w:val="ListNumber"/>
        <w:numPr>
          <w:ilvl w:val="0"/>
          <w:numId w:val="271"/>
        </w:numPr>
        <w:spacing w:line="256" w:lineRule="auto"/>
        <w:rPr>
          <w:rFonts w:ascii="Times New Roman" w:hAnsi="Times New Roman" w:cs="Times New Roman"/>
        </w:rPr>
      </w:pPr>
      <w:r w:rsidRPr="001E7BED">
        <w:rPr>
          <w:rFonts w:ascii="Times New Roman" w:hAnsi="Times New Roman" w:cs="Times New Roman"/>
        </w:rPr>
        <w:t>To allow students to identify challenging areas where large-scale datasets can be analysed by deploying it over cloud.</w:t>
      </w:r>
    </w:p>
    <w:p w14:paraId="482133A1" w14:textId="77777777" w:rsidR="009F5405" w:rsidRPr="001E7BED" w:rsidRDefault="005E6487" w:rsidP="00084D66">
      <w:pPr>
        <w:spacing w:line="256" w:lineRule="auto"/>
        <w:rPr>
          <w:rFonts w:ascii="Times New Roman" w:eastAsia="Calibri" w:hAnsi="Times New Roman" w:cs="Times New Roman"/>
          <w:b/>
          <w:bCs/>
        </w:rPr>
      </w:pPr>
      <w:r w:rsidRPr="001E7BED">
        <w:rPr>
          <w:rFonts w:ascii="Times New Roman" w:eastAsia="Calibri" w:hAnsi="Times New Roman" w:cs="Times New Roman"/>
          <w:b/>
          <w:bCs/>
        </w:rPr>
        <w:t>Course Outcomes:</w:t>
      </w:r>
    </w:p>
    <w:p w14:paraId="3CC67E08" w14:textId="77777777" w:rsidR="009F5405" w:rsidRPr="001E7BED" w:rsidRDefault="005E6487" w:rsidP="00084D66">
      <w:pPr>
        <w:spacing w:line="256" w:lineRule="auto"/>
        <w:rPr>
          <w:rFonts w:ascii="Times New Roman" w:eastAsia="Calibri" w:hAnsi="Times New Roman" w:cs="Times New Roman"/>
        </w:rPr>
      </w:pPr>
      <w:r w:rsidRPr="001E7BED">
        <w:rPr>
          <w:rFonts w:ascii="Times New Roman" w:eastAsia="Calibri" w:hAnsi="Times New Roman" w:cs="Times New Roman"/>
        </w:rPr>
        <w:t>On the completion of this course the student will be able to</w:t>
      </w:r>
    </w:p>
    <w:p w14:paraId="25DDCAE1" w14:textId="77777777" w:rsidR="009F5405" w:rsidRPr="001E7BED" w:rsidRDefault="005E6487" w:rsidP="00384C0C">
      <w:pPr>
        <w:pStyle w:val="ListNumber"/>
        <w:numPr>
          <w:ilvl w:val="0"/>
          <w:numId w:val="272"/>
        </w:numPr>
        <w:spacing w:line="256" w:lineRule="auto"/>
        <w:rPr>
          <w:rFonts w:ascii="Times New Roman" w:hAnsi="Times New Roman" w:cs="Times New Roman"/>
        </w:rPr>
      </w:pPr>
      <w:r w:rsidRPr="001E7BED">
        <w:rPr>
          <w:rFonts w:ascii="Times New Roman" w:hAnsi="Times New Roman" w:cs="Times New Roman"/>
          <w:b/>
          <w:bCs/>
        </w:rPr>
        <w:t>Understanding</w:t>
      </w:r>
      <w:r w:rsidRPr="001E7BED">
        <w:rPr>
          <w:rFonts w:ascii="Times New Roman" w:hAnsi="Times New Roman" w:cs="Times New Roman"/>
        </w:rPr>
        <w:t xml:space="preserve"> the clusters for Big Data Framework</w:t>
      </w:r>
      <w:r w:rsidRPr="001E7BED">
        <w:rPr>
          <w:rFonts w:ascii="Times New Roman" w:hAnsi="Times New Roman" w:cs="Times New Roman"/>
        </w:rPr>
        <w:br/>
      </w:r>
    </w:p>
    <w:p w14:paraId="48BCE8A3" w14:textId="77777777" w:rsidR="009F5405" w:rsidRPr="001E7BED" w:rsidRDefault="005E6487" w:rsidP="00384C0C">
      <w:pPr>
        <w:pStyle w:val="ListNumber"/>
        <w:numPr>
          <w:ilvl w:val="0"/>
          <w:numId w:val="272"/>
        </w:numPr>
        <w:spacing w:line="256" w:lineRule="auto"/>
        <w:rPr>
          <w:rFonts w:ascii="Times New Roman" w:hAnsi="Times New Roman" w:cs="Times New Roman"/>
        </w:rPr>
      </w:pPr>
      <w:r w:rsidRPr="001E7BED">
        <w:rPr>
          <w:rFonts w:ascii="Times New Roman" w:hAnsi="Times New Roman" w:cs="Times New Roman"/>
          <w:b/>
          <w:bCs/>
        </w:rPr>
        <w:t>Solve</w:t>
      </w:r>
      <w:r w:rsidRPr="001E7BED">
        <w:rPr>
          <w:rFonts w:ascii="Times New Roman" w:hAnsi="Times New Roman" w:cs="Times New Roman"/>
        </w:rPr>
        <w:t xml:space="preserve"> and understand the application using Apache Hadoop Framework</w:t>
      </w:r>
      <w:r w:rsidRPr="001E7BED">
        <w:rPr>
          <w:rFonts w:ascii="Times New Roman" w:hAnsi="Times New Roman" w:cs="Times New Roman"/>
        </w:rPr>
        <w:br/>
      </w:r>
    </w:p>
    <w:p w14:paraId="12359952" w14:textId="77777777" w:rsidR="009F5405" w:rsidRPr="001E7BED" w:rsidRDefault="005E6487" w:rsidP="00384C0C">
      <w:pPr>
        <w:pStyle w:val="ListNumber"/>
        <w:numPr>
          <w:ilvl w:val="0"/>
          <w:numId w:val="272"/>
        </w:numPr>
        <w:spacing w:line="256" w:lineRule="auto"/>
        <w:rPr>
          <w:rFonts w:ascii="Times New Roman" w:hAnsi="Times New Roman" w:cs="Times New Roman"/>
        </w:rPr>
      </w:pPr>
      <w:r w:rsidRPr="001E7BED">
        <w:rPr>
          <w:rFonts w:ascii="Times New Roman" w:hAnsi="Times New Roman" w:cs="Times New Roman"/>
          <w:b/>
          <w:bCs/>
        </w:rPr>
        <w:t>Solve</w:t>
      </w:r>
      <w:r w:rsidRPr="001E7BED">
        <w:rPr>
          <w:rFonts w:ascii="Times New Roman" w:hAnsi="Times New Roman" w:cs="Times New Roman"/>
        </w:rPr>
        <w:t xml:space="preserve"> and understand the application using Apache Saprk Framework</w:t>
      </w:r>
      <w:r w:rsidRPr="001E7BED">
        <w:rPr>
          <w:rFonts w:ascii="Times New Roman" w:hAnsi="Times New Roman" w:cs="Times New Roman"/>
        </w:rPr>
        <w:br/>
      </w:r>
    </w:p>
    <w:p w14:paraId="2D47AC0B" w14:textId="77777777" w:rsidR="009F5405" w:rsidRPr="001E7BED" w:rsidRDefault="005E6487" w:rsidP="00384C0C">
      <w:pPr>
        <w:pStyle w:val="ListNumber"/>
        <w:numPr>
          <w:ilvl w:val="0"/>
          <w:numId w:val="272"/>
        </w:numPr>
        <w:spacing w:line="256" w:lineRule="auto"/>
        <w:rPr>
          <w:rFonts w:ascii="Times New Roman" w:hAnsi="Times New Roman" w:cs="Times New Roman"/>
        </w:rPr>
      </w:pPr>
      <w:r w:rsidRPr="001E7BED">
        <w:rPr>
          <w:rFonts w:ascii="Times New Roman" w:hAnsi="Times New Roman" w:cs="Times New Roman"/>
          <w:b/>
          <w:bCs/>
        </w:rPr>
        <w:t>Illustrate</w:t>
      </w:r>
      <w:r w:rsidRPr="001E7BED">
        <w:rPr>
          <w:rFonts w:ascii="Times New Roman" w:hAnsi="Times New Roman" w:cs="Times New Roman"/>
        </w:rPr>
        <w:t xml:space="preserve"> applications over Cloud</w:t>
      </w:r>
      <w:r w:rsidRPr="001E7BED">
        <w:rPr>
          <w:rFonts w:ascii="Times New Roman" w:hAnsi="Times New Roman" w:cs="Times New Roman"/>
        </w:rPr>
        <w:br/>
      </w:r>
    </w:p>
    <w:p w14:paraId="319FDFE3" w14:textId="77777777" w:rsidR="009F5405" w:rsidRPr="001E7BED" w:rsidRDefault="005E6487" w:rsidP="00384C0C">
      <w:pPr>
        <w:pStyle w:val="ListNumber"/>
        <w:numPr>
          <w:ilvl w:val="0"/>
          <w:numId w:val="272"/>
        </w:numPr>
        <w:spacing w:line="256" w:lineRule="auto"/>
        <w:rPr>
          <w:rFonts w:ascii="Times New Roman" w:hAnsi="Times New Roman" w:cs="Times New Roman"/>
        </w:rPr>
      </w:pPr>
      <w:r w:rsidRPr="001E7BED">
        <w:rPr>
          <w:rFonts w:ascii="Times New Roman" w:hAnsi="Times New Roman" w:cs="Times New Roman"/>
          <w:b/>
          <w:bCs/>
        </w:rPr>
        <w:t>Applying</w:t>
      </w:r>
      <w:r w:rsidRPr="001E7BED">
        <w:rPr>
          <w:rFonts w:ascii="Times New Roman" w:hAnsi="Times New Roman" w:cs="Times New Roman"/>
        </w:rPr>
        <w:t xml:space="preserve"> the concept to some real problem</w:t>
      </w:r>
    </w:p>
    <w:p w14:paraId="5D5CE2A7" w14:textId="77777777" w:rsidR="009F5405" w:rsidRPr="001E7BED" w:rsidRDefault="005E6487" w:rsidP="00084D66">
      <w:pPr>
        <w:spacing w:line="256" w:lineRule="auto"/>
        <w:rPr>
          <w:rFonts w:ascii="Times New Roman" w:eastAsia="Calibri" w:hAnsi="Times New Roman" w:cs="Times New Roman"/>
          <w:b/>
          <w:bCs/>
        </w:rPr>
      </w:pPr>
      <w:r w:rsidRPr="001E7BED">
        <w:rPr>
          <w:rFonts w:ascii="Times New Roman" w:eastAsia="Calibri" w:hAnsi="Times New Roman" w:cs="Times New Roman"/>
          <w:b/>
          <w:bCs/>
        </w:rPr>
        <w:t>Course Description:</w:t>
      </w:r>
    </w:p>
    <w:p w14:paraId="4F6FFCAE" w14:textId="77777777" w:rsidR="009F5405" w:rsidRPr="001E7BED" w:rsidRDefault="005E6487" w:rsidP="00084D66">
      <w:pPr>
        <w:spacing w:line="256" w:lineRule="auto"/>
        <w:jc w:val="both"/>
        <w:rPr>
          <w:rFonts w:ascii="Times New Roman" w:eastAsia="Calibri" w:hAnsi="Times New Roman" w:cs="Times New Roman"/>
        </w:rPr>
      </w:pPr>
      <w:r w:rsidRPr="001E7BED">
        <w:rPr>
          <w:rFonts w:ascii="Times New Roman" w:eastAsia="Calibri" w:hAnsi="Times New Roman" w:cs="Times New Roman"/>
          <w:szCs w:val="24"/>
        </w:rPr>
        <w:t>Big Data Analytics provides a basic introduction to big data and corresponding quantitative research methods. The objective of the course is to familiarize students with big data analysis as a tool for addressing substantive research questions.</w:t>
      </w:r>
      <w:r w:rsidRPr="001E7BED">
        <w:rPr>
          <w:rFonts w:ascii="Times New Roman" w:eastAsia="Calibri" w:hAnsi="Times New Roman" w:cs="Times New Roman"/>
        </w:rPr>
        <w:t xml:space="preserve"> </w:t>
      </w:r>
      <w:r w:rsidRPr="001E7BED">
        <w:rPr>
          <w:rFonts w:ascii="Times New Roman" w:eastAsia="Calibri" w:hAnsi="Times New Roman" w:cs="Times New Roman"/>
          <w:sz w:val="24"/>
          <w:szCs w:val="24"/>
        </w:rPr>
        <w:t xml:space="preserve">The course presents an overview of deploying Big Data problems over cloud using its architecture and storage modules. Its focus is on parallel programming techniques for cloud computing and large-scale distributed systems that form the cloud infrastructure. The topics include </w:t>
      </w:r>
      <w:r w:rsidRPr="001E7BED">
        <w:rPr>
          <w:rFonts w:ascii="Times New Roman" w:eastAsia="Calibri" w:hAnsi="Times New Roman" w:cs="Times New Roman"/>
        </w:rPr>
        <w:t>Setting Up Clusters</w:t>
      </w:r>
      <w:r w:rsidRPr="001E7BE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E7BED">
        <w:rPr>
          <w:rFonts w:ascii="Times New Roman" w:eastAsia="Calibri" w:hAnsi="Times New Roman" w:cs="Times New Roman"/>
        </w:rPr>
        <w:t>Developing Application Using Hadoop Framework</w:t>
      </w:r>
      <w:r w:rsidRPr="001E7BE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E7BED">
        <w:rPr>
          <w:rFonts w:ascii="Times New Roman" w:eastAsia="Calibri" w:hAnsi="Times New Roman" w:cs="Times New Roman"/>
        </w:rPr>
        <w:t>Developing Application Using Spark Framework,</w:t>
      </w:r>
      <w:r w:rsidRPr="001E7B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7BED">
        <w:rPr>
          <w:rFonts w:ascii="Times New Roman" w:eastAsia="Calibri" w:hAnsi="Times New Roman" w:cs="Times New Roman"/>
        </w:rPr>
        <w:t>Basic Application on Cloud. Student will also learn to deploy different Big dataset over cloud resources and can manage, execute and analysis the data</w:t>
      </w:r>
      <w:r w:rsidRPr="001E7BED">
        <w:rPr>
          <w:rFonts w:ascii="Times New Roman" w:eastAsia="Calibri" w:hAnsi="Times New Roman" w:cs="Times New Roman"/>
          <w:sz w:val="24"/>
          <w:szCs w:val="24"/>
        </w:rPr>
        <w:t>. Students will also be able perform a mini-project using Big Data framework over cloud environment for large scale datasets.</w:t>
      </w:r>
    </w:p>
    <w:p w14:paraId="163D7B27" w14:textId="77777777" w:rsidR="009F5405" w:rsidRPr="001E7BED" w:rsidRDefault="005E6487" w:rsidP="00084D66">
      <w:pPr>
        <w:spacing w:line="256" w:lineRule="auto"/>
        <w:rPr>
          <w:rFonts w:ascii="Times New Roman" w:eastAsia="Calibri" w:hAnsi="Times New Roman" w:cs="Times New Roman"/>
          <w:b/>
          <w:bCs/>
        </w:rPr>
      </w:pPr>
      <w:r w:rsidRPr="001E7BED">
        <w:rPr>
          <w:rFonts w:ascii="Times New Roman" w:eastAsia="Calibri" w:hAnsi="Times New Roman" w:cs="Times New Roman"/>
          <w:b/>
          <w:bCs/>
        </w:rPr>
        <w:t xml:space="preserve">Course Content: </w:t>
      </w:r>
    </w:p>
    <w:p w14:paraId="4FAA35C6" w14:textId="77777777" w:rsidR="00C82644" w:rsidRDefault="00C82644"/>
    <w:tbl>
      <w:tblPr>
        <w:tblpPr w:leftFromText="180" w:rightFromText="180" w:vertAnchor="page" w:horzAnchor="margin" w:tblpY="1312"/>
        <w:tblW w:w="0" w:type="auto"/>
        <w:tblLook w:val="04A0" w:firstRow="1" w:lastRow="0" w:firstColumn="1" w:lastColumn="0" w:noHBand="0" w:noVBand="1"/>
      </w:tblPr>
      <w:tblGrid>
        <w:gridCol w:w="6755"/>
        <w:gridCol w:w="1875"/>
      </w:tblGrid>
      <w:tr w:rsidR="00084D66" w:rsidRPr="001E7BED" w14:paraId="1DEFEBA5" w14:textId="77777777" w:rsidTr="000701D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DC605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lastRenderedPageBreak/>
              <w:t>Unit-I: Setting Up Clusters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28689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9 Lecture Hours</w:t>
            </w:r>
          </w:p>
        </w:tc>
      </w:tr>
      <w:tr w:rsidR="00084D66" w:rsidRPr="001E7BED" w14:paraId="768D0851" w14:textId="77777777" w:rsidTr="000701DC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FE36C" w14:textId="77777777" w:rsidR="009F5405" w:rsidRPr="001E7BED" w:rsidRDefault="005E6487" w:rsidP="00384C0C">
            <w:pPr>
              <w:numPr>
                <w:ilvl w:val="0"/>
                <w:numId w:val="273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>Setting up Physical Apache Hadoop Cluster with n nodes.</w:t>
            </w:r>
          </w:p>
          <w:p w14:paraId="00346ED8" w14:textId="77777777" w:rsidR="009F5405" w:rsidRPr="001E7BED" w:rsidRDefault="005E6487" w:rsidP="00384C0C">
            <w:pPr>
              <w:numPr>
                <w:ilvl w:val="0"/>
                <w:numId w:val="273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>Setting up Physical Apache Spark Cluster with n nodes.</w:t>
            </w:r>
          </w:p>
        </w:tc>
      </w:tr>
      <w:tr w:rsidR="00084D66" w:rsidRPr="001E7BED" w14:paraId="4C41CB61" w14:textId="77777777" w:rsidTr="000701D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FFF1" w14:textId="77777777" w:rsidR="009F5405" w:rsidRPr="001E7BED" w:rsidRDefault="005E6487" w:rsidP="00084D66">
            <w:pPr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  <w:b/>
                <w:bCs/>
              </w:rPr>
              <w:t>Unit-II: Developing Application Using Hadoop Framework.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B93CC" w14:textId="77777777" w:rsidR="009F5405" w:rsidRPr="001E7BED" w:rsidRDefault="005E6487" w:rsidP="00084D66">
            <w:pPr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  <w:b/>
                <w:bCs/>
              </w:rPr>
              <w:t>9 Lecture Hours</w:t>
            </w:r>
          </w:p>
        </w:tc>
      </w:tr>
      <w:tr w:rsidR="00084D66" w:rsidRPr="001E7BED" w14:paraId="605C53E4" w14:textId="77777777" w:rsidTr="000701DC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3304" w14:textId="77777777" w:rsidR="009F5405" w:rsidRPr="001E7BED" w:rsidRDefault="005E6487" w:rsidP="00384C0C">
            <w:pPr>
              <w:numPr>
                <w:ilvl w:val="0"/>
                <w:numId w:val="274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 xml:space="preserve">Write a Word Count </w:t>
            </w:r>
            <w:r w:rsidRPr="00A006E4">
              <w:rPr>
                <w:rFonts w:ascii="Times New Roman" w:hAnsi="Times New Roman"/>
                <w:highlight w:val="yellow"/>
              </w:rPr>
              <w:t>Map Reduce</w:t>
            </w:r>
            <w:r w:rsidRPr="001E7BED">
              <w:rPr>
                <w:rFonts w:ascii="Times New Roman" w:hAnsi="Times New Roman"/>
              </w:rPr>
              <w:t xml:space="preserve"> program using Java/Python</w:t>
            </w:r>
          </w:p>
          <w:p w14:paraId="6EC5CDB5" w14:textId="77777777" w:rsidR="009F5405" w:rsidRPr="001E7BED" w:rsidRDefault="005E6487" w:rsidP="00384C0C">
            <w:pPr>
              <w:numPr>
                <w:ilvl w:val="0"/>
                <w:numId w:val="274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>Implementing Matrix Multiplication Using One Map-Reduce Step.</w:t>
            </w:r>
          </w:p>
          <w:p w14:paraId="35718DDE" w14:textId="77777777" w:rsidR="009F5405" w:rsidRPr="001E7BED" w:rsidRDefault="005E6487" w:rsidP="00384C0C">
            <w:pPr>
              <w:numPr>
                <w:ilvl w:val="0"/>
                <w:numId w:val="274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>Develop a mini-application using Hadoop/Mapreduce</w:t>
            </w:r>
          </w:p>
        </w:tc>
      </w:tr>
      <w:tr w:rsidR="00084D66" w:rsidRPr="001E7BED" w14:paraId="360C8F4F" w14:textId="77777777" w:rsidTr="000701D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B2E4A" w14:textId="77777777" w:rsidR="009F5405" w:rsidRPr="001E7BED" w:rsidRDefault="005E6487" w:rsidP="00084D66">
            <w:pPr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  <w:b/>
                <w:bCs/>
              </w:rPr>
              <w:t>Unit-III:  Developing Application Using Spark Framework.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AC44" w14:textId="77777777" w:rsidR="009F5405" w:rsidRPr="001E7BED" w:rsidRDefault="005E6487" w:rsidP="00084D66">
            <w:pPr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  <w:b/>
                <w:bCs/>
              </w:rPr>
              <w:t>9 Lecture Hours</w:t>
            </w:r>
          </w:p>
        </w:tc>
      </w:tr>
      <w:tr w:rsidR="00084D66" w:rsidRPr="001E7BED" w14:paraId="0B0FEDF8" w14:textId="77777777" w:rsidTr="000701DC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2A50A" w14:textId="77777777" w:rsidR="009F5405" w:rsidRPr="001E7BED" w:rsidRDefault="005E6487" w:rsidP="00384C0C">
            <w:pPr>
              <w:numPr>
                <w:ilvl w:val="0"/>
                <w:numId w:val="275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 xml:space="preserve">Write a WordCount program in </w:t>
            </w:r>
            <w:r w:rsidRPr="00A006E4">
              <w:rPr>
                <w:rFonts w:ascii="Times New Roman" w:hAnsi="Times New Roman"/>
                <w:highlight w:val="yellow"/>
              </w:rPr>
              <w:t>Apache Spark</w:t>
            </w:r>
            <w:r w:rsidRPr="001E7BED">
              <w:rPr>
                <w:rFonts w:ascii="Times New Roman" w:hAnsi="Times New Roman"/>
              </w:rPr>
              <w:t xml:space="preserve"> using Java/Pyspark</w:t>
            </w:r>
          </w:p>
          <w:p w14:paraId="03E23439" w14:textId="77777777" w:rsidR="009F5405" w:rsidRPr="001E7BED" w:rsidRDefault="005E6487" w:rsidP="00384C0C">
            <w:pPr>
              <w:numPr>
                <w:ilvl w:val="0"/>
                <w:numId w:val="275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>Write a program in Apache Spark to find the Squares and Cubes of n numbers</w:t>
            </w:r>
          </w:p>
          <w:p w14:paraId="17FA1C0B" w14:textId="77777777" w:rsidR="009F5405" w:rsidRPr="001E7BED" w:rsidRDefault="005E6487" w:rsidP="00384C0C">
            <w:pPr>
              <w:numPr>
                <w:ilvl w:val="0"/>
                <w:numId w:val="275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>Write a program to draw the difference between all the action components of Spark</w:t>
            </w:r>
          </w:p>
          <w:p w14:paraId="71128159" w14:textId="77777777" w:rsidR="009F5405" w:rsidRPr="001E7BED" w:rsidRDefault="005E6487" w:rsidP="00384C0C">
            <w:pPr>
              <w:numPr>
                <w:ilvl w:val="0"/>
                <w:numId w:val="275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>Write a program to draw the difference between all the transformation components of Spark</w:t>
            </w:r>
          </w:p>
          <w:p w14:paraId="6DF92BBD" w14:textId="77777777" w:rsidR="009F5405" w:rsidRPr="001E7BED" w:rsidRDefault="005E6487" w:rsidP="00384C0C">
            <w:pPr>
              <w:numPr>
                <w:ilvl w:val="0"/>
                <w:numId w:val="275"/>
              </w:numPr>
              <w:spacing w:line="256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</w:rPr>
              <w:t>Develop a mini-application using Apache Spark</w:t>
            </w:r>
          </w:p>
        </w:tc>
      </w:tr>
      <w:tr w:rsidR="00084D66" w:rsidRPr="001E7BED" w14:paraId="7A5EBC69" w14:textId="77777777" w:rsidTr="000701D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903C1" w14:textId="77777777" w:rsidR="009F5405" w:rsidRPr="001E7BED" w:rsidRDefault="005E6487" w:rsidP="00084D66">
            <w:pPr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  <w:b/>
                <w:bCs/>
              </w:rPr>
              <w:t>Unit-IV: Basic Application on Cloud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1F9F4" w14:textId="77777777" w:rsidR="009F5405" w:rsidRPr="001E7BED" w:rsidRDefault="005E6487" w:rsidP="00084D66">
            <w:pPr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  <w:b/>
                <w:bCs/>
              </w:rPr>
              <w:t>9 Lecture Hours</w:t>
            </w:r>
          </w:p>
        </w:tc>
      </w:tr>
      <w:tr w:rsidR="00084D66" w:rsidRPr="001E7BED" w14:paraId="610C18E1" w14:textId="77777777" w:rsidTr="000701DC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FFE2" w14:textId="77777777" w:rsidR="009F5405" w:rsidRPr="001E7BED" w:rsidRDefault="005E6487" w:rsidP="00384C0C">
            <w:pPr>
              <w:numPr>
                <w:ilvl w:val="0"/>
                <w:numId w:val="276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  <w:color w:val="323229"/>
                <w:shd w:val="clear" w:color="auto" w:fill="F0ECCD"/>
              </w:rPr>
              <w:t xml:space="preserve">Create EC2 Linux instance on </w:t>
            </w:r>
            <w:r w:rsidRPr="00A006E4">
              <w:rPr>
                <w:rFonts w:ascii="Times New Roman" w:hAnsi="Times New Roman"/>
                <w:color w:val="323229"/>
                <w:highlight w:val="yellow"/>
                <w:shd w:val="clear" w:color="auto" w:fill="F0ECCD"/>
              </w:rPr>
              <w:t>Amazon AWS</w:t>
            </w:r>
            <w:r w:rsidRPr="001E7BED">
              <w:rPr>
                <w:rFonts w:ascii="Times New Roman" w:hAnsi="Times New Roman"/>
                <w:color w:val="323229"/>
                <w:shd w:val="clear" w:color="auto" w:fill="F0ECCD"/>
              </w:rPr>
              <w:t xml:space="preserve"> and create SSH client configuration through PUTTY.</w:t>
            </w:r>
          </w:p>
          <w:p w14:paraId="005B3EC6" w14:textId="77777777" w:rsidR="009F5405" w:rsidRPr="001E7BED" w:rsidRDefault="005E6487" w:rsidP="00384C0C">
            <w:pPr>
              <w:numPr>
                <w:ilvl w:val="0"/>
                <w:numId w:val="276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>Install Hadoop multi-node node cluster on cloud.</w:t>
            </w:r>
          </w:p>
          <w:p w14:paraId="4783D1D9" w14:textId="77777777" w:rsidR="009F5405" w:rsidRPr="001E7BED" w:rsidRDefault="005E6487" w:rsidP="00384C0C">
            <w:pPr>
              <w:numPr>
                <w:ilvl w:val="0"/>
                <w:numId w:val="276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>Implement aMapReduce program in a multi-node cluster on Cloud</w:t>
            </w:r>
          </w:p>
          <w:p w14:paraId="27165A36" w14:textId="77777777" w:rsidR="009F5405" w:rsidRPr="001E7BED" w:rsidRDefault="005E6487" w:rsidP="00384C0C">
            <w:pPr>
              <w:numPr>
                <w:ilvl w:val="0"/>
                <w:numId w:val="276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>Install Spark multi-node node cluster on cloud.</w:t>
            </w:r>
          </w:p>
          <w:p w14:paraId="1F8F8C75" w14:textId="77777777" w:rsidR="009F5405" w:rsidRPr="001E7BED" w:rsidRDefault="005E6487" w:rsidP="00384C0C">
            <w:pPr>
              <w:numPr>
                <w:ilvl w:val="0"/>
                <w:numId w:val="276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>Implement a Spark program in a multi-node cluster on Cloud</w:t>
            </w:r>
          </w:p>
        </w:tc>
      </w:tr>
      <w:tr w:rsidR="00084D66" w:rsidRPr="001E7BED" w14:paraId="5D9A8DEF" w14:textId="77777777" w:rsidTr="000701D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3484E" w14:textId="77777777" w:rsidR="009F5405" w:rsidRPr="001E7BED" w:rsidRDefault="005E6487" w:rsidP="00084D66">
            <w:pPr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  <w:b/>
                <w:bCs/>
              </w:rPr>
              <w:t>Unit-V: Case Study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9A6A2" w14:textId="77777777" w:rsidR="009F5405" w:rsidRPr="001E7BED" w:rsidRDefault="005E6487" w:rsidP="00084D66">
            <w:pPr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  <w:b/>
                <w:bCs/>
              </w:rPr>
              <w:t>9 Lecture Hours</w:t>
            </w:r>
          </w:p>
        </w:tc>
      </w:tr>
      <w:tr w:rsidR="00084D66" w:rsidRPr="001E7BED" w14:paraId="37DD519D" w14:textId="77777777" w:rsidTr="000701DC">
        <w:trPr>
          <w:trHeight w:val="1492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F80C" w14:textId="77777777" w:rsidR="009F5405" w:rsidRPr="001E7BED" w:rsidRDefault="005E6487" w:rsidP="00384C0C">
            <w:pPr>
              <w:numPr>
                <w:ilvl w:val="0"/>
                <w:numId w:val="277"/>
              </w:numPr>
              <w:spacing w:line="256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Develop a mini project using Hadoop/Spark Framework and deploy it in the Cloud Architecture</w:t>
            </w:r>
          </w:p>
          <w:p w14:paraId="038F9F42" w14:textId="77777777" w:rsidR="009F5405" w:rsidRPr="001E7BED" w:rsidRDefault="009F5405" w:rsidP="00084D66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84D66" w:rsidRPr="001E7BED" w14:paraId="72C8AFFE" w14:textId="77777777" w:rsidTr="000701DC">
        <w:trPr>
          <w:trHeight w:val="1492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0B513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Text Books:</w:t>
            </w:r>
          </w:p>
          <w:p w14:paraId="0A7F66DB" w14:textId="77777777" w:rsidR="009F5405" w:rsidRPr="001E7BED" w:rsidRDefault="005E6487" w:rsidP="00384C0C">
            <w:pPr>
              <w:numPr>
                <w:ilvl w:val="0"/>
                <w:numId w:val="278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 xml:space="preserve">Chuck Lam, Hadoop in Action, Manning Publications,2010. </w:t>
            </w:r>
          </w:p>
          <w:p w14:paraId="5499A7F0" w14:textId="77777777" w:rsidR="009F5405" w:rsidRPr="001E7BED" w:rsidRDefault="005E6487" w:rsidP="00384C0C">
            <w:pPr>
              <w:numPr>
                <w:ilvl w:val="0"/>
                <w:numId w:val="278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  <w:sz w:val="24"/>
                <w:szCs w:val="24"/>
              </w:rPr>
              <w:t>David Loshin, "Big Data Analytics: From Strategic Planning to Enterprise Integration with Tools, Techniques, NoSQL, and Graph", 2013.</w:t>
            </w:r>
          </w:p>
          <w:p w14:paraId="25CC8DDD" w14:textId="77777777" w:rsidR="009F5405" w:rsidRPr="001E7BED" w:rsidRDefault="005E6487" w:rsidP="00084D66">
            <w:pPr>
              <w:rPr>
                <w:rFonts w:ascii="Times New Roman" w:hAnsi="Times New Roman"/>
                <w:b/>
                <w:bCs/>
              </w:rPr>
            </w:pPr>
            <w:r w:rsidRPr="001E7BED">
              <w:rPr>
                <w:rFonts w:ascii="Times New Roman" w:hAnsi="Times New Roman"/>
                <w:b/>
                <w:bCs/>
              </w:rPr>
              <w:t>Reference Books:</w:t>
            </w:r>
          </w:p>
          <w:p w14:paraId="336B0B70" w14:textId="77777777" w:rsidR="009F5405" w:rsidRPr="001E7BED" w:rsidRDefault="005E6487" w:rsidP="00384C0C">
            <w:pPr>
              <w:numPr>
                <w:ilvl w:val="0"/>
                <w:numId w:val="279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>Big Data and Analytics by Seema Acharya, Subhashini Chellapan</w:t>
            </w:r>
          </w:p>
          <w:p w14:paraId="2CA28B59" w14:textId="77777777" w:rsidR="009F5405" w:rsidRPr="001E7BED" w:rsidRDefault="005E6487" w:rsidP="00384C0C">
            <w:pPr>
              <w:numPr>
                <w:ilvl w:val="0"/>
                <w:numId w:val="279"/>
              </w:numPr>
              <w:spacing w:line="256" w:lineRule="auto"/>
              <w:contextualSpacing/>
              <w:rPr>
                <w:rFonts w:ascii="Times New Roman" w:hAnsi="Times New Roman"/>
              </w:rPr>
            </w:pPr>
            <w:r w:rsidRPr="001E7BED">
              <w:rPr>
                <w:rFonts w:ascii="Times New Roman" w:hAnsi="Times New Roman"/>
              </w:rPr>
              <w:t>Big Data, Big Analytics: Emerging Business Intelligence and Analytic Trends for Today's Businesses by Michael Minelli ,Michele Chambers , Ambiga Dhiraj</w:t>
            </w:r>
          </w:p>
        </w:tc>
      </w:tr>
    </w:tbl>
    <w:p w14:paraId="18149B3D" w14:textId="77777777" w:rsidR="009F5405" w:rsidRPr="001E7BED" w:rsidRDefault="005E6487" w:rsidP="00084D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7BED">
        <w:rPr>
          <w:rFonts w:ascii="Times New Roman" w:eastAsia="Times New Roman" w:hAnsi="Times New Roman" w:cs="Times New Roman"/>
          <w:b/>
          <w:sz w:val="24"/>
          <w:szCs w:val="24"/>
        </w:rPr>
        <w:t>Modes of Evaluation: Quiz/Assignment/Presentation/Extempore/ Written Examination</w:t>
      </w:r>
    </w:p>
    <w:p w14:paraId="69941F4A" w14:textId="77777777" w:rsidR="009F5405" w:rsidRPr="001E7BED" w:rsidRDefault="005E6487" w:rsidP="00084D66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E7BED">
        <w:rPr>
          <w:rFonts w:ascii="Times New Roman" w:eastAsia="Calibri" w:hAnsi="Times New Roman" w:cs="Times New Roman"/>
          <w:b/>
          <w:sz w:val="24"/>
          <w:szCs w:val="24"/>
        </w:rPr>
        <w:t>Examination Scheme:</w:t>
      </w:r>
    </w:p>
    <w:p w14:paraId="7281598F" w14:textId="77777777" w:rsidR="00C82644" w:rsidRDefault="00C82644"/>
    <w:tbl>
      <w:tblPr>
        <w:tblW w:w="4053" w:type="pct"/>
        <w:jc w:val="center"/>
        <w:tblLook w:val="01E0" w:firstRow="1" w:lastRow="1" w:firstColumn="1" w:lastColumn="1" w:noHBand="0" w:noVBand="0"/>
      </w:tblPr>
      <w:tblGrid>
        <w:gridCol w:w="1983"/>
        <w:gridCol w:w="3685"/>
        <w:gridCol w:w="1327"/>
      </w:tblGrid>
      <w:tr w:rsidR="00084D66" w:rsidRPr="001E7BED" w14:paraId="44CE3AF7" w14:textId="77777777" w:rsidTr="000701DC">
        <w:trPr>
          <w:trHeight w:val="230"/>
          <w:jc w:val="center"/>
        </w:trPr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5B091" w14:textId="77777777" w:rsidR="009F5405" w:rsidRPr="001E7BED" w:rsidRDefault="005E6487" w:rsidP="00084D6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Components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3A0FC" w14:textId="77777777" w:rsidR="009F5405" w:rsidRPr="001E7BED" w:rsidRDefault="005E6487" w:rsidP="00084D6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Class Assessment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3DC7B" w14:textId="77777777" w:rsidR="009F5405" w:rsidRPr="001E7BED" w:rsidRDefault="005E6487" w:rsidP="00084D6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End Term</w:t>
            </w:r>
          </w:p>
        </w:tc>
      </w:tr>
      <w:tr w:rsidR="00084D66" w:rsidRPr="001E7BED" w14:paraId="619773FA" w14:textId="77777777" w:rsidTr="000701DC">
        <w:trPr>
          <w:trHeight w:val="230"/>
          <w:jc w:val="center"/>
        </w:trPr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8FF3B" w14:textId="77777777" w:rsidR="009F5405" w:rsidRPr="001E7BED" w:rsidRDefault="005E6487" w:rsidP="00084D66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Weightage (%)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44AAE" w14:textId="77777777" w:rsidR="009F5405" w:rsidRPr="001E7BED" w:rsidRDefault="005E6487" w:rsidP="00084D6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1E3A7" w14:textId="77777777" w:rsidR="009F5405" w:rsidRPr="001E7BED" w:rsidRDefault="005E6487" w:rsidP="00084D6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</w:t>
            </w:r>
          </w:p>
        </w:tc>
      </w:tr>
    </w:tbl>
    <w:p w14:paraId="0A4936D5" w14:textId="77777777" w:rsidR="009F5405" w:rsidRPr="001E7BED" w:rsidRDefault="005E6487" w:rsidP="00084D66">
      <w:pPr>
        <w:spacing w:before="120" w:after="12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E7BED">
        <w:rPr>
          <w:rFonts w:ascii="Times New Roman" w:eastAsia="Calibri" w:hAnsi="Times New Roman" w:cs="Times New Roman"/>
          <w:b/>
          <w:sz w:val="24"/>
          <w:szCs w:val="24"/>
        </w:rPr>
        <w:t>Relationship between the Course Outcomes (COs) and Program Outcomes (POs)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3"/>
        <w:gridCol w:w="552"/>
        <w:gridCol w:w="753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80"/>
        <w:gridCol w:w="480"/>
        <w:gridCol w:w="480"/>
        <w:gridCol w:w="473"/>
        <w:gridCol w:w="473"/>
        <w:gridCol w:w="473"/>
      </w:tblGrid>
      <w:tr w:rsidR="00C82644" w14:paraId="4C707098" w14:textId="77777777">
        <w:tc>
          <w:tcPr>
            <w:tcW w:w="480" w:type="dxa"/>
          </w:tcPr>
          <w:p w14:paraId="35C94A45" w14:textId="77777777" w:rsidR="00C82644" w:rsidRDefault="005E6487">
            <w:r>
              <w:t>Course Code</w:t>
            </w:r>
          </w:p>
        </w:tc>
        <w:tc>
          <w:tcPr>
            <w:tcW w:w="480" w:type="dxa"/>
          </w:tcPr>
          <w:p w14:paraId="0632F816" w14:textId="77777777" w:rsidR="00C82644" w:rsidRDefault="005E6487">
            <w:r>
              <w:t>Course Name</w:t>
            </w:r>
          </w:p>
        </w:tc>
        <w:tc>
          <w:tcPr>
            <w:tcW w:w="480" w:type="dxa"/>
          </w:tcPr>
          <w:p w14:paraId="6C640E40" w14:textId="77777777" w:rsidR="00C82644" w:rsidRDefault="005E6487">
            <w:r>
              <w:t>COs</w:t>
            </w:r>
          </w:p>
        </w:tc>
        <w:tc>
          <w:tcPr>
            <w:tcW w:w="480" w:type="dxa"/>
          </w:tcPr>
          <w:p w14:paraId="5583982C" w14:textId="77777777" w:rsidR="00C82644" w:rsidRDefault="005E6487">
            <w:r>
              <w:t>PO1</w:t>
            </w:r>
          </w:p>
        </w:tc>
        <w:tc>
          <w:tcPr>
            <w:tcW w:w="480" w:type="dxa"/>
          </w:tcPr>
          <w:p w14:paraId="3471B19E" w14:textId="77777777" w:rsidR="00C82644" w:rsidRDefault="005E6487">
            <w:r>
              <w:t>PO2</w:t>
            </w:r>
          </w:p>
        </w:tc>
        <w:tc>
          <w:tcPr>
            <w:tcW w:w="480" w:type="dxa"/>
          </w:tcPr>
          <w:p w14:paraId="08B7C7E1" w14:textId="77777777" w:rsidR="00C82644" w:rsidRDefault="005E6487">
            <w:r>
              <w:t>PO3</w:t>
            </w:r>
          </w:p>
        </w:tc>
        <w:tc>
          <w:tcPr>
            <w:tcW w:w="480" w:type="dxa"/>
          </w:tcPr>
          <w:p w14:paraId="0D7BAF2D" w14:textId="77777777" w:rsidR="00C82644" w:rsidRDefault="005E6487">
            <w:r>
              <w:t>PO4</w:t>
            </w:r>
          </w:p>
        </w:tc>
        <w:tc>
          <w:tcPr>
            <w:tcW w:w="480" w:type="dxa"/>
          </w:tcPr>
          <w:p w14:paraId="5CFBF9CF" w14:textId="77777777" w:rsidR="00C82644" w:rsidRDefault="005E6487">
            <w:r>
              <w:t>PO5</w:t>
            </w:r>
          </w:p>
        </w:tc>
        <w:tc>
          <w:tcPr>
            <w:tcW w:w="480" w:type="dxa"/>
          </w:tcPr>
          <w:p w14:paraId="49AB5756" w14:textId="77777777" w:rsidR="00C82644" w:rsidRDefault="005E6487">
            <w:r>
              <w:t>PO6</w:t>
            </w:r>
          </w:p>
        </w:tc>
        <w:tc>
          <w:tcPr>
            <w:tcW w:w="480" w:type="dxa"/>
          </w:tcPr>
          <w:p w14:paraId="4D424F9D" w14:textId="77777777" w:rsidR="00C82644" w:rsidRDefault="005E6487">
            <w:r>
              <w:t>PO7</w:t>
            </w:r>
          </w:p>
        </w:tc>
        <w:tc>
          <w:tcPr>
            <w:tcW w:w="480" w:type="dxa"/>
          </w:tcPr>
          <w:p w14:paraId="03F51DEB" w14:textId="77777777" w:rsidR="00C82644" w:rsidRDefault="005E6487">
            <w:r>
              <w:t>PO8</w:t>
            </w:r>
          </w:p>
        </w:tc>
        <w:tc>
          <w:tcPr>
            <w:tcW w:w="480" w:type="dxa"/>
          </w:tcPr>
          <w:p w14:paraId="6D8978B7" w14:textId="77777777" w:rsidR="00C82644" w:rsidRDefault="005E6487">
            <w:r>
              <w:t>PO9</w:t>
            </w:r>
          </w:p>
        </w:tc>
        <w:tc>
          <w:tcPr>
            <w:tcW w:w="480" w:type="dxa"/>
          </w:tcPr>
          <w:p w14:paraId="4DE8F519" w14:textId="77777777" w:rsidR="00C82644" w:rsidRDefault="005E6487">
            <w:r>
              <w:t>PO10</w:t>
            </w:r>
          </w:p>
        </w:tc>
        <w:tc>
          <w:tcPr>
            <w:tcW w:w="480" w:type="dxa"/>
          </w:tcPr>
          <w:p w14:paraId="7D0F9A38" w14:textId="77777777" w:rsidR="00C82644" w:rsidRDefault="005E6487">
            <w:r>
              <w:t>PO11</w:t>
            </w:r>
          </w:p>
        </w:tc>
        <w:tc>
          <w:tcPr>
            <w:tcW w:w="480" w:type="dxa"/>
          </w:tcPr>
          <w:p w14:paraId="5A9C43E3" w14:textId="77777777" w:rsidR="00C82644" w:rsidRDefault="005E6487">
            <w:r>
              <w:t>PO12</w:t>
            </w:r>
          </w:p>
        </w:tc>
        <w:tc>
          <w:tcPr>
            <w:tcW w:w="480" w:type="dxa"/>
          </w:tcPr>
          <w:p w14:paraId="37E54AE2" w14:textId="77777777" w:rsidR="00C82644" w:rsidRDefault="005E6487">
            <w:r>
              <w:t>PSO1</w:t>
            </w:r>
          </w:p>
        </w:tc>
        <w:tc>
          <w:tcPr>
            <w:tcW w:w="480" w:type="dxa"/>
          </w:tcPr>
          <w:p w14:paraId="72769DC2" w14:textId="77777777" w:rsidR="00C82644" w:rsidRDefault="005E6487">
            <w:r>
              <w:t>PSO2</w:t>
            </w:r>
          </w:p>
        </w:tc>
        <w:tc>
          <w:tcPr>
            <w:tcW w:w="480" w:type="dxa"/>
          </w:tcPr>
          <w:p w14:paraId="4B8F1DA0" w14:textId="77777777" w:rsidR="00C82644" w:rsidRDefault="005E6487">
            <w:r>
              <w:t>PSO3</w:t>
            </w:r>
          </w:p>
        </w:tc>
      </w:tr>
      <w:tr w:rsidR="00C82644" w14:paraId="30BEAC68" w14:textId="77777777">
        <w:tc>
          <w:tcPr>
            <w:tcW w:w="480" w:type="dxa"/>
            <w:vMerge w:val="restart"/>
          </w:tcPr>
          <w:p w14:paraId="109C5F86" w14:textId="77777777" w:rsidR="00C82644" w:rsidRDefault="005E6487">
            <w:r>
              <w:t>CSE12179</w:t>
            </w:r>
          </w:p>
          <w:p w14:paraId="5A094529" w14:textId="77777777" w:rsidR="00C82644" w:rsidRDefault="00C82644"/>
          <w:p w14:paraId="30AF198D" w14:textId="77777777" w:rsidR="00C82644" w:rsidRDefault="00C82644"/>
          <w:p w14:paraId="48740007" w14:textId="77777777" w:rsidR="00C82644" w:rsidRDefault="00C82644"/>
          <w:p w14:paraId="2531E329" w14:textId="77777777" w:rsidR="00C82644" w:rsidRDefault="00C82644"/>
        </w:tc>
        <w:tc>
          <w:tcPr>
            <w:tcW w:w="480" w:type="dxa"/>
            <w:vMerge w:val="restart"/>
          </w:tcPr>
          <w:p w14:paraId="05E474D7" w14:textId="77777777" w:rsidR="00C82644" w:rsidRDefault="005E6487">
            <w:r>
              <w:t>Big Data on Cloud Lab</w:t>
            </w:r>
          </w:p>
          <w:p w14:paraId="28630086" w14:textId="77777777" w:rsidR="00C82644" w:rsidRDefault="00C82644"/>
          <w:p w14:paraId="7917D2CB" w14:textId="77777777" w:rsidR="00C82644" w:rsidRDefault="00C82644"/>
          <w:p w14:paraId="21FEA5D7" w14:textId="77777777" w:rsidR="00C82644" w:rsidRDefault="00C82644"/>
          <w:p w14:paraId="412CF8C1" w14:textId="77777777" w:rsidR="00C82644" w:rsidRDefault="00C82644"/>
        </w:tc>
        <w:tc>
          <w:tcPr>
            <w:tcW w:w="480" w:type="dxa"/>
          </w:tcPr>
          <w:p w14:paraId="754FE12C" w14:textId="77777777" w:rsidR="00C82644" w:rsidRDefault="005E6487">
            <w:r>
              <w:t>CO12179.1</w:t>
            </w:r>
          </w:p>
        </w:tc>
        <w:tc>
          <w:tcPr>
            <w:tcW w:w="480" w:type="dxa"/>
          </w:tcPr>
          <w:p w14:paraId="147E45C1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4B46BED3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741389F4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2CA045A9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1B9D2D27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77D9F2F4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7F4A66E9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645AE49D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0E015180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63A055A4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190272FC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0E01F16F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7B97F887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10263EA5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263DED20" w14:textId="77777777" w:rsidR="00C82644" w:rsidRDefault="005E6487">
            <w:r>
              <w:t>1</w:t>
            </w:r>
          </w:p>
        </w:tc>
      </w:tr>
      <w:tr w:rsidR="00C82644" w14:paraId="3AC363A6" w14:textId="77777777">
        <w:tc>
          <w:tcPr>
            <w:tcW w:w="480" w:type="dxa"/>
            <w:vMerge/>
          </w:tcPr>
          <w:p w14:paraId="1DE8EC12" w14:textId="77777777" w:rsidR="00C82644" w:rsidRDefault="00C82644"/>
        </w:tc>
        <w:tc>
          <w:tcPr>
            <w:tcW w:w="480" w:type="dxa"/>
            <w:vMerge/>
          </w:tcPr>
          <w:p w14:paraId="0BB543A9" w14:textId="77777777" w:rsidR="00C82644" w:rsidRDefault="00C82644"/>
        </w:tc>
        <w:tc>
          <w:tcPr>
            <w:tcW w:w="480" w:type="dxa"/>
          </w:tcPr>
          <w:p w14:paraId="43F16B0F" w14:textId="77777777" w:rsidR="00C82644" w:rsidRDefault="005E6487">
            <w:r>
              <w:t>CO12179.2</w:t>
            </w:r>
          </w:p>
        </w:tc>
        <w:tc>
          <w:tcPr>
            <w:tcW w:w="480" w:type="dxa"/>
          </w:tcPr>
          <w:p w14:paraId="1FA4EEED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156EB0B9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527E6CA4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571ABBB3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379F9FFD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01C97E36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29FB942B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336FF217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68A73D3C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72E521AD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5B49E5DA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3D03CDB6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55F7A013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17C4D464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7514D1D9" w14:textId="77777777" w:rsidR="00C82644" w:rsidRDefault="005E6487">
            <w:r>
              <w:t>1</w:t>
            </w:r>
          </w:p>
        </w:tc>
      </w:tr>
      <w:tr w:rsidR="00C82644" w14:paraId="7E61E256" w14:textId="77777777">
        <w:tc>
          <w:tcPr>
            <w:tcW w:w="480" w:type="dxa"/>
            <w:vMerge/>
          </w:tcPr>
          <w:p w14:paraId="74D2ADD8" w14:textId="77777777" w:rsidR="00C82644" w:rsidRDefault="00C82644"/>
        </w:tc>
        <w:tc>
          <w:tcPr>
            <w:tcW w:w="480" w:type="dxa"/>
            <w:vMerge/>
          </w:tcPr>
          <w:p w14:paraId="51642FCE" w14:textId="77777777" w:rsidR="00C82644" w:rsidRDefault="00C82644"/>
        </w:tc>
        <w:tc>
          <w:tcPr>
            <w:tcW w:w="480" w:type="dxa"/>
          </w:tcPr>
          <w:p w14:paraId="0B8AC0E4" w14:textId="77777777" w:rsidR="00C82644" w:rsidRDefault="005E6487">
            <w:r>
              <w:t>CO12179.3</w:t>
            </w:r>
          </w:p>
        </w:tc>
        <w:tc>
          <w:tcPr>
            <w:tcW w:w="480" w:type="dxa"/>
          </w:tcPr>
          <w:p w14:paraId="65169024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2DA4A074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1FAC40C8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2E3E0CCD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1D7DEDA4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031265E7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73DC00AB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5A129157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155E92B2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682E7334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5906891A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6AC683E8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5CBF56D6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33733DD0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671727E1" w14:textId="77777777" w:rsidR="00C82644" w:rsidRDefault="005E6487">
            <w:r>
              <w:t>2</w:t>
            </w:r>
          </w:p>
        </w:tc>
      </w:tr>
      <w:tr w:rsidR="00C82644" w14:paraId="19CC6BF2" w14:textId="77777777">
        <w:tc>
          <w:tcPr>
            <w:tcW w:w="480" w:type="dxa"/>
            <w:vMerge/>
          </w:tcPr>
          <w:p w14:paraId="0C350A43" w14:textId="77777777" w:rsidR="00C82644" w:rsidRDefault="00C82644"/>
        </w:tc>
        <w:tc>
          <w:tcPr>
            <w:tcW w:w="480" w:type="dxa"/>
            <w:vMerge/>
          </w:tcPr>
          <w:p w14:paraId="69D75A1E" w14:textId="77777777" w:rsidR="00C82644" w:rsidRDefault="00C82644"/>
        </w:tc>
        <w:tc>
          <w:tcPr>
            <w:tcW w:w="480" w:type="dxa"/>
          </w:tcPr>
          <w:p w14:paraId="05A9306E" w14:textId="77777777" w:rsidR="00C82644" w:rsidRDefault="005E6487">
            <w:r>
              <w:t>CO12179.4</w:t>
            </w:r>
          </w:p>
        </w:tc>
        <w:tc>
          <w:tcPr>
            <w:tcW w:w="480" w:type="dxa"/>
          </w:tcPr>
          <w:p w14:paraId="46B3A548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74D89345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3396AF49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36CF48AE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492407CA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064B9C4A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1DB77670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224758F7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262CD100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205ABB9A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53DBCB2D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320E5B16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6BC91762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1C92F3E1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4CA2BA28" w14:textId="77777777" w:rsidR="00C82644" w:rsidRDefault="005E6487">
            <w:r>
              <w:t>2</w:t>
            </w:r>
          </w:p>
        </w:tc>
      </w:tr>
      <w:tr w:rsidR="00C82644" w14:paraId="229F7477" w14:textId="77777777">
        <w:tc>
          <w:tcPr>
            <w:tcW w:w="480" w:type="dxa"/>
            <w:vMerge/>
          </w:tcPr>
          <w:p w14:paraId="5255ED78" w14:textId="77777777" w:rsidR="00C82644" w:rsidRDefault="00C82644"/>
        </w:tc>
        <w:tc>
          <w:tcPr>
            <w:tcW w:w="480" w:type="dxa"/>
            <w:vMerge/>
          </w:tcPr>
          <w:p w14:paraId="4583E42B" w14:textId="77777777" w:rsidR="00C82644" w:rsidRDefault="00C82644"/>
        </w:tc>
        <w:tc>
          <w:tcPr>
            <w:tcW w:w="480" w:type="dxa"/>
          </w:tcPr>
          <w:p w14:paraId="6FD51BB6" w14:textId="77777777" w:rsidR="00C82644" w:rsidRDefault="005E6487">
            <w:r>
              <w:t>CO12179.5</w:t>
            </w:r>
          </w:p>
        </w:tc>
        <w:tc>
          <w:tcPr>
            <w:tcW w:w="480" w:type="dxa"/>
          </w:tcPr>
          <w:p w14:paraId="5D950A01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39ADAFFD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57455EC4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1B516796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1CFFABED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1773730D" w14:textId="77777777" w:rsidR="00C82644" w:rsidRDefault="005E6487">
            <w:r>
              <w:t>3</w:t>
            </w:r>
          </w:p>
        </w:tc>
        <w:tc>
          <w:tcPr>
            <w:tcW w:w="480" w:type="dxa"/>
          </w:tcPr>
          <w:p w14:paraId="431165EE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0D803BBF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0B80D187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67F2D1ED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696C5F8A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7D9A274B" w14:textId="77777777" w:rsidR="00C82644" w:rsidRDefault="005E6487">
            <w:r>
              <w:t>2</w:t>
            </w:r>
          </w:p>
        </w:tc>
        <w:tc>
          <w:tcPr>
            <w:tcW w:w="480" w:type="dxa"/>
          </w:tcPr>
          <w:p w14:paraId="1DE2533F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0EA05A0D" w14:textId="77777777" w:rsidR="00C82644" w:rsidRDefault="005E6487">
            <w:r>
              <w:t>1</w:t>
            </w:r>
          </w:p>
        </w:tc>
        <w:tc>
          <w:tcPr>
            <w:tcW w:w="480" w:type="dxa"/>
          </w:tcPr>
          <w:p w14:paraId="38AB671C" w14:textId="77777777" w:rsidR="00C82644" w:rsidRDefault="005E6487">
            <w:r>
              <w:t>1</w:t>
            </w:r>
          </w:p>
        </w:tc>
      </w:tr>
      <w:tr w:rsidR="00C82644" w14:paraId="382142C0" w14:textId="77777777">
        <w:tc>
          <w:tcPr>
            <w:tcW w:w="480" w:type="dxa"/>
            <w:vMerge/>
          </w:tcPr>
          <w:p w14:paraId="5A43C428" w14:textId="77777777" w:rsidR="00C82644" w:rsidRDefault="00C82644"/>
        </w:tc>
        <w:tc>
          <w:tcPr>
            <w:tcW w:w="480" w:type="dxa"/>
            <w:vMerge/>
          </w:tcPr>
          <w:p w14:paraId="74C924F2" w14:textId="77777777" w:rsidR="00C82644" w:rsidRDefault="00C82644"/>
        </w:tc>
        <w:tc>
          <w:tcPr>
            <w:tcW w:w="480" w:type="dxa"/>
          </w:tcPr>
          <w:p w14:paraId="639B3FC3" w14:textId="77777777" w:rsidR="00C82644" w:rsidRDefault="005E6487">
            <w:r>
              <w:t>CO12179</w:t>
            </w:r>
          </w:p>
        </w:tc>
        <w:tc>
          <w:tcPr>
            <w:tcW w:w="480" w:type="dxa"/>
          </w:tcPr>
          <w:p w14:paraId="55EA12C0" w14:textId="77777777" w:rsidR="00C82644" w:rsidRDefault="005E6487">
            <w:r>
              <w:t>1.6</w:t>
            </w:r>
          </w:p>
        </w:tc>
        <w:tc>
          <w:tcPr>
            <w:tcW w:w="480" w:type="dxa"/>
          </w:tcPr>
          <w:p w14:paraId="0FDE33B5" w14:textId="77777777" w:rsidR="00C82644" w:rsidRDefault="005E6487">
            <w:r>
              <w:t>2.0</w:t>
            </w:r>
          </w:p>
        </w:tc>
        <w:tc>
          <w:tcPr>
            <w:tcW w:w="480" w:type="dxa"/>
          </w:tcPr>
          <w:p w14:paraId="5A726611" w14:textId="77777777" w:rsidR="00C82644" w:rsidRDefault="005E6487">
            <w:r>
              <w:t>2.4</w:t>
            </w:r>
          </w:p>
        </w:tc>
        <w:tc>
          <w:tcPr>
            <w:tcW w:w="480" w:type="dxa"/>
          </w:tcPr>
          <w:p w14:paraId="71C286AB" w14:textId="77777777" w:rsidR="00C82644" w:rsidRDefault="005E6487">
            <w:r>
              <w:t>2.2</w:t>
            </w:r>
          </w:p>
        </w:tc>
        <w:tc>
          <w:tcPr>
            <w:tcW w:w="480" w:type="dxa"/>
          </w:tcPr>
          <w:p w14:paraId="4EB54EEC" w14:textId="77777777" w:rsidR="00C82644" w:rsidRDefault="005E6487">
            <w:r>
              <w:t>2.0</w:t>
            </w:r>
          </w:p>
        </w:tc>
        <w:tc>
          <w:tcPr>
            <w:tcW w:w="480" w:type="dxa"/>
          </w:tcPr>
          <w:p w14:paraId="1CA196DE" w14:textId="77777777" w:rsidR="00C82644" w:rsidRDefault="005E6487">
            <w:r>
              <w:t>2.8</w:t>
            </w:r>
          </w:p>
        </w:tc>
        <w:tc>
          <w:tcPr>
            <w:tcW w:w="480" w:type="dxa"/>
          </w:tcPr>
          <w:p w14:paraId="7E258209" w14:textId="77777777" w:rsidR="00C82644" w:rsidRDefault="005E6487">
            <w:r>
              <w:t>2.0</w:t>
            </w:r>
          </w:p>
        </w:tc>
        <w:tc>
          <w:tcPr>
            <w:tcW w:w="480" w:type="dxa"/>
          </w:tcPr>
          <w:p w14:paraId="7FFA86BB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490FB0B0" w14:textId="77777777" w:rsidR="00C82644" w:rsidRDefault="005E6487">
            <w:r>
              <w:t>2.0</w:t>
            </w:r>
          </w:p>
        </w:tc>
        <w:tc>
          <w:tcPr>
            <w:tcW w:w="480" w:type="dxa"/>
          </w:tcPr>
          <w:p w14:paraId="79FA3A68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0F9FAC42" w14:textId="77777777" w:rsidR="00C82644" w:rsidRDefault="005E6487">
            <w:r>
              <w:t>-</w:t>
            </w:r>
          </w:p>
        </w:tc>
        <w:tc>
          <w:tcPr>
            <w:tcW w:w="480" w:type="dxa"/>
          </w:tcPr>
          <w:p w14:paraId="7BA018D8" w14:textId="77777777" w:rsidR="00C82644" w:rsidRDefault="005E6487">
            <w:r>
              <w:t>2.0</w:t>
            </w:r>
          </w:p>
        </w:tc>
        <w:tc>
          <w:tcPr>
            <w:tcW w:w="480" w:type="dxa"/>
          </w:tcPr>
          <w:p w14:paraId="47E61180" w14:textId="77777777" w:rsidR="00C82644" w:rsidRDefault="005E6487">
            <w:r>
              <w:t>2.0</w:t>
            </w:r>
          </w:p>
        </w:tc>
        <w:tc>
          <w:tcPr>
            <w:tcW w:w="480" w:type="dxa"/>
          </w:tcPr>
          <w:p w14:paraId="603A3F3A" w14:textId="77777777" w:rsidR="00C82644" w:rsidRDefault="005E6487">
            <w:r>
              <w:t>1.6</w:t>
            </w:r>
          </w:p>
        </w:tc>
        <w:tc>
          <w:tcPr>
            <w:tcW w:w="480" w:type="dxa"/>
          </w:tcPr>
          <w:p w14:paraId="35988B35" w14:textId="77777777" w:rsidR="00C82644" w:rsidRDefault="005E6487">
            <w:r>
              <w:t>1.4</w:t>
            </w:r>
          </w:p>
        </w:tc>
      </w:tr>
    </w:tbl>
    <w:p w14:paraId="6F0A9910" w14:textId="77777777" w:rsidR="009F5405" w:rsidRPr="001E7BED" w:rsidRDefault="005E6487" w:rsidP="00084D66">
      <w:pPr>
        <w:rPr>
          <w:rFonts w:ascii="Times New Roman" w:eastAsia="Calibri" w:hAnsi="Times New Roman" w:cs="Times New Roman"/>
        </w:rPr>
      </w:pPr>
      <w:r w:rsidRPr="001E7BED">
        <w:rPr>
          <w:rFonts w:ascii="Times New Roman" w:eastAsia="Calibri" w:hAnsi="Times New Roman" w:cs="Times New Roman"/>
        </w:rPr>
        <w:t>1 = Weakly Mapped</w:t>
      </w:r>
      <w:r w:rsidRPr="001E7BED">
        <w:rPr>
          <w:rFonts w:ascii="Times New Roman" w:eastAsia="Calibri" w:hAnsi="Times New Roman" w:cs="Times New Roman"/>
        </w:rPr>
        <w:br/>
        <w:t>2 = Moderately Mapped</w:t>
      </w:r>
      <w:r w:rsidRPr="001E7BED">
        <w:rPr>
          <w:rFonts w:ascii="Times New Roman" w:eastAsia="Calibri" w:hAnsi="Times New Roman" w:cs="Times New Roman"/>
        </w:rPr>
        <w:br/>
        <w:t>3 = Strongly Mapped</w:t>
      </w:r>
    </w:p>
    <w:p w14:paraId="049EE870" w14:textId="77777777" w:rsidR="00C82644" w:rsidRDefault="005E6487">
      <w:r>
        <w:br w:type="page"/>
      </w:r>
    </w:p>
    <w:p w14:paraId="5F47BA45" w14:textId="77777777" w:rsidR="00C82644" w:rsidRDefault="00C82644"/>
    <w:sectPr w:rsidR="00D0152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Swis721 Cn BT">
    <w:panose1 w:val="00000000000000000000"/>
    <w:charset w:val="00"/>
    <w:family w:val="roman"/>
    <w:notTrueType/>
    <w:pitch w:val="default"/>
  </w:font>
  <w:font w:name="CIDFont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F07276"/>
    <w:multiLevelType w:val="multilevel"/>
    <w:tmpl w:val="D3609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41690"/>
    <w:rsid w:val="0029639D"/>
    <w:rsid w:val="00326F90"/>
    <w:rsid w:val="005E6487"/>
    <w:rsid w:val="00622F5E"/>
    <w:rsid w:val="00666D88"/>
    <w:rsid w:val="007B034F"/>
    <w:rsid w:val="009F5405"/>
    <w:rsid w:val="00AA1D8D"/>
    <w:rsid w:val="00B26682"/>
    <w:rsid w:val="00B47730"/>
    <w:rsid w:val="00C82644"/>
    <w:rsid w:val="00CB0664"/>
    <w:rsid w:val="00D015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EDFD36"/>
  <w14:defaultImageDpi w14:val="300"/>
  <w15:docId w15:val="{849634F3-6BBA-1B4B-BAA3-2BA21FBBC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A2FF4B-F57F-451C-919A-3BD8FA46B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359</Pages>
  <Words>82296</Words>
  <Characters>469088</Characters>
  <Application>Microsoft Office Word</Application>
  <DocSecurity>0</DocSecurity>
  <Lines>3909</Lines>
  <Paragraphs>1100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550284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6</cp:revision>
  <dcterms:created xsi:type="dcterms:W3CDTF">2013-12-23T23:15:00Z</dcterms:created>
  <dcterms:modified xsi:type="dcterms:W3CDTF">2026-06-17T06:38:00Z</dcterms:modified>
  <cp:category/>
</cp:coreProperties>
</file>