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40"/>
        <w:jc w:val="center"/>
      </w:pPr>
      <w:r>
        <w:rPr>
          <w:rFonts w:ascii="Times New Roman" w:hAnsi="Times New Roman"/>
          <w:b/>
          <w:sz w:val="26"/>
        </w:rPr>
        <w:t>ADAMAS UNIVERSITY</w:t>
      </w:r>
    </w:p>
    <w:p>
      <w:pPr>
        <w:spacing w:after="40"/>
        <w:jc w:val="center"/>
      </w:pPr>
      <w:r>
        <w:rPr>
          <w:rFonts w:ascii="Times New Roman" w:hAnsi="Times New Roman"/>
          <w:b w:val="0"/>
          <w:sz w:val="22"/>
        </w:rPr>
        <w:t>School of Engineering &amp; Technology</w:t>
      </w:r>
    </w:p>
    <w:p>
      <w:pPr>
        <w:spacing w:after="200"/>
        <w:jc w:val="center"/>
      </w:pPr>
      <w:r>
        <w:rPr>
          <w:rFonts w:ascii="Times New Roman" w:hAnsi="Times New Roman"/>
          <w:b w:val="0"/>
          <w:sz w:val="22"/>
        </w:rPr>
        <w:t>B.Tech. CSE — Specialization: Cloud Computing</w:t>
      </w:r>
    </w:p>
    <w:p>
      <w:pPr>
        <w:spacing w:after="40"/>
        <w:jc w:val="center"/>
      </w:pPr>
      <w:r>
        <w:rPr>
          <w:rFonts w:ascii="Times New Roman" w:hAnsi="Times New Roman"/>
          <w:b/>
          <w:color w:val="1F3B63"/>
          <w:sz w:val="30"/>
        </w:rPr>
        <w:t>Big Data on Cloud  (CSE11178)</w:t>
      </w:r>
    </w:p>
    <w:p>
      <w:pPr>
        <w:spacing w:after="240"/>
        <w:jc w:val="center"/>
      </w:pPr>
      <w:r>
        <w:rPr>
          <w:rFonts w:ascii="Times New Roman" w:hAnsi="Times New Roman"/>
          <w:b w:val="0"/>
          <w:color w:val="444444"/>
          <w:sz w:val="21"/>
        </w:rPr>
        <w:t>Specialization Theory – III  |  Semester VI</w:t>
      </w:r>
    </w:p>
    <w:tbl>
      <w:tblPr>
        <w:tblW w:w="10485" w:type="dxa"/>
        <w:tblLook w:val="04A0" w:firstRow="1" w:lastRow="0" w:firstColumn="1" w:lastColumn="0" w:noHBand="0" w:noVBand="1"/>
      </w:tblPr>
      <w:tblGrid>
        <w:gridCol w:w="2689"/>
        <w:gridCol w:w="6095"/>
        <w:gridCol w:w="425"/>
        <w:gridCol w:w="425"/>
        <w:gridCol w:w="426"/>
        <w:gridCol w:w="425"/>
      </w:tblGrid>
      <w:tr w:rsidR="00084D66" w:rsidRPr="001E7BED" w14:paraId="31F6AD5C" w14:textId="77777777" w:rsidTr="000701DC">
        <w:tc>
          <w:tcPr>
            <w:tcW w:w="2689" w:type="dxa"/>
          </w:tcPr>
          <w:p w14:paraId="3911EA37" w14:textId="77777777" w:rsidR="009F5405" w:rsidRPr="001E7BED" w:rsidRDefault="005E6487" w:rsidP="00084D66">
            <w:pPr>
              <w:rPr>
                <w:rFonts w:ascii="Times New Roman" w:hAnsi="Times New Roman" w:cs="Times New Roman"/>
                <w:b/>
                <w:bCs/>
              </w:rPr>
            </w:pPr>
            <w:r>
              <w:rPr>
                <w:rFonts w:ascii="Times New Roman" w:hAnsi="Times New Roman" w:cs="Times New Roman"/>
                <w:b/>
                <w:bCs/>
              </w:rPr>
              <w:t>CSE11178</w:t>
            </w:r>
          </w:p>
        </w:tc>
        <w:tc>
          <w:tcPr>
            <w:tcW w:w="6095" w:type="dxa"/>
          </w:tcPr>
          <w:p w14:paraId="7F5320DC"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Big Data on Cloud</w:t>
            </w:r>
          </w:p>
        </w:tc>
        <w:tc>
          <w:tcPr>
            <w:tcW w:w="425" w:type="dxa"/>
          </w:tcPr>
          <w:p w14:paraId="33209E45"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L</w:t>
            </w:r>
          </w:p>
        </w:tc>
        <w:tc>
          <w:tcPr>
            <w:tcW w:w="425" w:type="dxa"/>
          </w:tcPr>
          <w:p w14:paraId="05648AC5"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T</w:t>
            </w:r>
          </w:p>
        </w:tc>
        <w:tc>
          <w:tcPr>
            <w:tcW w:w="426" w:type="dxa"/>
          </w:tcPr>
          <w:p w14:paraId="7D2C68E7"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P</w:t>
            </w:r>
          </w:p>
        </w:tc>
        <w:tc>
          <w:tcPr>
            <w:tcW w:w="425" w:type="dxa"/>
          </w:tcPr>
          <w:p w14:paraId="2BC14EBF"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C</w:t>
            </w:r>
          </w:p>
        </w:tc>
      </w:tr>
      <w:tr w:rsidR="00084D66" w:rsidRPr="001E7BED" w14:paraId="7C7A81A9" w14:textId="77777777" w:rsidTr="000701DC">
        <w:tc>
          <w:tcPr>
            <w:tcW w:w="2689" w:type="dxa"/>
          </w:tcPr>
          <w:p w14:paraId="5F657032"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Version 1.0</w:t>
            </w:r>
          </w:p>
        </w:tc>
        <w:tc>
          <w:tcPr>
            <w:tcW w:w="6095" w:type="dxa"/>
          </w:tcPr>
          <w:p w14:paraId="518E1CD5"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Contact Hours – 45 Hours</w:t>
            </w:r>
          </w:p>
        </w:tc>
        <w:tc>
          <w:tcPr>
            <w:tcW w:w="425" w:type="dxa"/>
          </w:tcPr>
          <w:p w14:paraId="53F4FC15"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3</w:t>
            </w:r>
          </w:p>
        </w:tc>
        <w:tc>
          <w:tcPr>
            <w:tcW w:w="425" w:type="dxa"/>
          </w:tcPr>
          <w:p w14:paraId="78779043"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0</w:t>
            </w:r>
          </w:p>
        </w:tc>
        <w:tc>
          <w:tcPr>
            <w:tcW w:w="426" w:type="dxa"/>
          </w:tcPr>
          <w:p w14:paraId="1DE643FE"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0</w:t>
            </w:r>
          </w:p>
        </w:tc>
        <w:tc>
          <w:tcPr>
            <w:tcW w:w="425" w:type="dxa"/>
          </w:tcPr>
          <w:p w14:paraId="25CB1F3F"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3</w:t>
            </w:r>
          </w:p>
        </w:tc>
      </w:tr>
      <w:tr w:rsidR="00084D66" w:rsidRPr="001E7BED" w14:paraId="789DBF75" w14:textId="77777777" w:rsidTr="000701DC">
        <w:tc>
          <w:tcPr>
            <w:tcW w:w="2689" w:type="dxa"/>
          </w:tcPr>
          <w:p w14:paraId="02CD1F11"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Pre-requisite/Exposure</w:t>
            </w:r>
          </w:p>
        </w:tc>
        <w:tc>
          <w:tcPr>
            <w:tcW w:w="7796" w:type="dxa"/>
            <w:gridSpan w:val="5"/>
          </w:tcPr>
          <w:p w14:paraId="122D8D98"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NIL</w:t>
            </w:r>
          </w:p>
        </w:tc>
      </w:tr>
      <w:tr w:rsidR="00084D66" w:rsidRPr="001E7BED" w14:paraId="1D9EBA17" w14:textId="77777777" w:rsidTr="000701DC">
        <w:tc>
          <w:tcPr>
            <w:tcW w:w="2689" w:type="dxa"/>
          </w:tcPr>
          <w:p w14:paraId="56C6E809"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Co-requisite</w:t>
            </w:r>
          </w:p>
        </w:tc>
        <w:tc>
          <w:tcPr>
            <w:tcW w:w="7796" w:type="dxa"/>
            <w:gridSpan w:val="5"/>
          </w:tcPr>
          <w:p w14:paraId="27C076EA"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NIL</w:t>
            </w:r>
          </w:p>
        </w:tc>
      </w:tr>
    </w:tbl>
    <w:p w14:paraId="6D55B7FB"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Course Objectives:</w:t>
      </w:r>
    </w:p>
    <w:p w14:paraId="0C7FF7CC" w14:textId="77777777" w:rsidR="009F5405" w:rsidRPr="001E7BED" w:rsidRDefault="005E6487" w:rsidP="00384C0C">
      <w:pPr>
        <w:pStyle w:val="ListNumber"/>
        <w:numPr>
          <w:ilvl w:val="0"/>
          <w:numId w:val="267"/>
        </w:numPr>
        <w:rPr>
          <w:rFonts w:ascii="Times New Roman" w:hAnsi="Times New Roman" w:cs="Times New Roman"/>
        </w:rPr>
      </w:pPr>
      <w:r w:rsidRPr="001E7BED">
        <w:rPr>
          <w:rFonts w:ascii="Times New Roman" w:hAnsi="Times New Roman" w:cs="Times New Roman"/>
        </w:rPr>
        <w:t>To make students familiar with cloud computing</w:t>
      </w:r>
      <w:r w:rsidRPr="001E7BED">
        <w:rPr>
          <w:rFonts w:ascii="Times New Roman" w:hAnsi="Times New Roman" w:cs="Times New Roman"/>
        </w:rPr>
        <w:br/>
      </w:r>
    </w:p>
    <w:p w14:paraId="2451F7E5" w14:textId="77777777" w:rsidR="009F5405" w:rsidRPr="001E7BED" w:rsidRDefault="005E6487" w:rsidP="00384C0C">
      <w:pPr>
        <w:pStyle w:val="ListNumber"/>
        <w:numPr>
          <w:ilvl w:val="0"/>
          <w:numId w:val="267"/>
        </w:numPr>
        <w:rPr>
          <w:rFonts w:ascii="Times New Roman" w:hAnsi="Times New Roman" w:cs="Times New Roman"/>
        </w:rPr>
      </w:pPr>
      <w:r w:rsidRPr="001E7BED">
        <w:rPr>
          <w:rFonts w:ascii="Times New Roman" w:hAnsi="Times New Roman" w:cs="Times New Roman"/>
        </w:rPr>
        <w:t>To enable students to know and conceptualize Big Data</w:t>
      </w:r>
      <w:r w:rsidRPr="001E7BED">
        <w:rPr>
          <w:rFonts w:ascii="Times New Roman" w:hAnsi="Times New Roman" w:cs="Times New Roman"/>
        </w:rPr>
        <w:br/>
      </w:r>
    </w:p>
    <w:p w14:paraId="779FDB2A" w14:textId="77777777" w:rsidR="009F5405" w:rsidRPr="001E7BED" w:rsidRDefault="005E6487" w:rsidP="00384C0C">
      <w:pPr>
        <w:pStyle w:val="ListNumber"/>
        <w:numPr>
          <w:ilvl w:val="0"/>
          <w:numId w:val="267"/>
        </w:numPr>
        <w:rPr>
          <w:rFonts w:ascii="Times New Roman" w:hAnsi="Times New Roman" w:cs="Times New Roman"/>
        </w:rPr>
      </w:pPr>
      <w:r w:rsidRPr="001E7BED">
        <w:rPr>
          <w:rFonts w:ascii="Times New Roman" w:hAnsi="Times New Roman" w:cs="Times New Roman"/>
        </w:rPr>
        <w:t>To enhance the skill of solving Big Data problems over Cloud</w:t>
      </w:r>
    </w:p>
    <w:p w14:paraId="4AA7C554"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Course Outcomes:</w:t>
      </w:r>
    </w:p>
    <w:p w14:paraId="214A1716" w14:textId="77777777" w:rsidR="009F5405" w:rsidRPr="001E7BED" w:rsidRDefault="005E6487" w:rsidP="00084D66">
      <w:pPr>
        <w:rPr>
          <w:rFonts w:ascii="Times New Roman" w:hAnsi="Times New Roman" w:cs="Times New Roman"/>
        </w:rPr>
      </w:pPr>
      <w:r w:rsidRPr="001E7BED">
        <w:rPr>
          <w:rFonts w:ascii="Times New Roman" w:hAnsi="Times New Roman" w:cs="Times New Roman"/>
        </w:rPr>
        <w:t>On the completion of this course, the student will be able to</w:t>
      </w:r>
    </w:p>
    <w:p w14:paraId="32646C3A" w14:textId="77777777" w:rsidR="009F5405" w:rsidRPr="001E7BED" w:rsidRDefault="005E6487" w:rsidP="00384C0C">
      <w:pPr>
        <w:pStyle w:val="ListNumber"/>
        <w:numPr>
          <w:ilvl w:val="0"/>
          <w:numId w:val="268"/>
        </w:numPr>
        <w:rPr>
          <w:rFonts w:ascii="Times New Roman" w:hAnsi="Times New Roman" w:cs="Times New Roman"/>
        </w:rPr>
      </w:pPr>
      <w:r w:rsidRPr="001E7BED">
        <w:rPr>
          <w:rFonts w:ascii="Times New Roman" w:hAnsi="Times New Roman" w:cs="Times New Roman"/>
          <w:b/>
          <w:bCs/>
          <w:color w:val="000000"/>
        </w:rPr>
        <w:t>Understand</w:t>
      </w:r>
      <w:r w:rsidRPr="001E7BED">
        <w:rPr>
          <w:rFonts w:ascii="Times New Roman" w:hAnsi="Times New Roman" w:cs="Times New Roman"/>
          <w:color w:val="000000"/>
        </w:rPr>
        <w:t xml:space="preserve"> the fundamentals of Cloud Computing</w:t>
      </w:r>
      <w:r w:rsidRPr="001E7BED">
        <w:rPr>
          <w:rFonts w:ascii="Times New Roman" w:hAnsi="Times New Roman" w:cs="Times New Roman"/>
        </w:rPr>
        <w:br/>
      </w:r>
    </w:p>
    <w:p w14:paraId="5198C09D" w14:textId="77777777" w:rsidR="009F5405" w:rsidRPr="001E7BED" w:rsidRDefault="005E6487" w:rsidP="00384C0C">
      <w:pPr>
        <w:pStyle w:val="ListNumber"/>
        <w:numPr>
          <w:ilvl w:val="0"/>
          <w:numId w:val="268"/>
        </w:numPr>
        <w:rPr>
          <w:rFonts w:ascii="Times New Roman" w:hAnsi="Times New Roman" w:cs="Times New Roman"/>
        </w:rPr>
      </w:pPr>
      <w:r w:rsidRPr="001E7BED">
        <w:rPr>
          <w:rFonts w:ascii="Times New Roman" w:hAnsi="Times New Roman" w:cs="Times New Roman"/>
          <w:b/>
          <w:bCs/>
        </w:rPr>
        <w:t>Evaluating</w:t>
      </w:r>
      <w:r w:rsidRPr="001E7BED">
        <w:rPr>
          <w:rFonts w:ascii="Times New Roman" w:hAnsi="Times New Roman" w:cs="Times New Roman"/>
        </w:rPr>
        <w:t xml:space="preserve"> the concept of Big Data</w:t>
      </w:r>
      <w:r w:rsidRPr="001E7BED">
        <w:rPr>
          <w:rFonts w:ascii="Times New Roman" w:hAnsi="Times New Roman" w:cs="Times New Roman"/>
        </w:rPr>
        <w:br/>
      </w:r>
    </w:p>
    <w:p w14:paraId="6C22352D" w14:textId="77777777" w:rsidR="009F5405" w:rsidRPr="001E7BED" w:rsidRDefault="005E6487" w:rsidP="00384C0C">
      <w:pPr>
        <w:pStyle w:val="ListNumber"/>
        <w:numPr>
          <w:ilvl w:val="0"/>
          <w:numId w:val="268"/>
        </w:numPr>
        <w:rPr>
          <w:rFonts w:ascii="Times New Roman" w:hAnsi="Times New Roman" w:cs="Times New Roman"/>
        </w:rPr>
      </w:pPr>
      <w:r w:rsidRPr="001E7BED">
        <w:rPr>
          <w:rFonts w:ascii="Times New Roman" w:hAnsi="Times New Roman" w:cs="Times New Roman"/>
          <w:b/>
          <w:bCs/>
        </w:rPr>
        <w:t>Explain</w:t>
      </w:r>
      <w:r w:rsidRPr="001E7BED">
        <w:rPr>
          <w:rFonts w:ascii="Times New Roman" w:hAnsi="Times New Roman" w:cs="Times New Roman"/>
        </w:rPr>
        <w:t xml:space="preserve"> different Big Data Framework</w:t>
      </w:r>
      <w:r w:rsidRPr="001E7BED">
        <w:rPr>
          <w:rFonts w:ascii="Times New Roman" w:hAnsi="Times New Roman" w:cs="Times New Roman"/>
        </w:rPr>
        <w:br/>
      </w:r>
    </w:p>
    <w:p w14:paraId="775EFFFF" w14:textId="77777777" w:rsidR="009F5405" w:rsidRPr="001E7BED" w:rsidRDefault="005E6487" w:rsidP="00384C0C">
      <w:pPr>
        <w:pStyle w:val="ListNumber"/>
        <w:numPr>
          <w:ilvl w:val="0"/>
          <w:numId w:val="268"/>
        </w:numPr>
        <w:rPr>
          <w:rFonts w:ascii="Times New Roman" w:hAnsi="Times New Roman" w:cs="Times New Roman"/>
        </w:rPr>
      </w:pPr>
      <w:r w:rsidRPr="001E7BED">
        <w:rPr>
          <w:rFonts w:ascii="Times New Roman" w:hAnsi="Times New Roman" w:cs="Times New Roman"/>
          <w:b/>
          <w:bCs/>
        </w:rPr>
        <w:t>Explain</w:t>
      </w:r>
      <w:r w:rsidRPr="001E7BED">
        <w:rPr>
          <w:rFonts w:ascii="Times New Roman" w:hAnsi="Times New Roman" w:cs="Times New Roman"/>
        </w:rPr>
        <w:t xml:space="preserve"> different cloud computing storage and architectures</w:t>
      </w:r>
      <w:r w:rsidRPr="001E7BED">
        <w:rPr>
          <w:rFonts w:ascii="Times New Roman" w:hAnsi="Times New Roman" w:cs="Times New Roman"/>
        </w:rPr>
        <w:br/>
      </w:r>
    </w:p>
    <w:p w14:paraId="128FD532" w14:textId="77777777" w:rsidR="009F5405" w:rsidRPr="001E7BED" w:rsidRDefault="005E6487" w:rsidP="00384C0C">
      <w:pPr>
        <w:pStyle w:val="ListNumber"/>
        <w:numPr>
          <w:ilvl w:val="0"/>
          <w:numId w:val="268"/>
        </w:numPr>
        <w:rPr>
          <w:rFonts w:ascii="Times New Roman" w:hAnsi="Times New Roman" w:cs="Times New Roman"/>
        </w:rPr>
      </w:pPr>
      <w:r w:rsidRPr="001E7BED">
        <w:rPr>
          <w:rFonts w:ascii="Times New Roman" w:hAnsi="Times New Roman" w:cs="Times New Roman"/>
          <w:b/>
          <w:bCs/>
        </w:rPr>
        <w:t>Develop</w:t>
      </w:r>
      <w:r w:rsidRPr="001E7BED">
        <w:rPr>
          <w:rFonts w:ascii="Times New Roman" w:hAnsi="Times New Roman" w:cs="Times New Roman"/>
        </w:rPr>
        <w:t xml:space="preserve"> the Big Data Application over Cloud</w:t>
      </w:r>
      <w:r w:rsidRPr="001E7BED">
        <w:rPr>
          <w:rFonts w:ascii="Times New Roman" w:hAnsi="Times New Roman" w:cs="Times New Roman"/>
        </w:rPr>
        <w:br/>
      </w:r>
    </w:p>
    <w:p w14:paraId="32F2A6DF"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Course Description:</w:t>
      </w:r>
    </w:p>
    <w:p w14:paraId="21F88C56" w14:textId="77777777" w:rsidR="009F5405" w:rsidRPr="001E7BED" w:rsidRDefault="005E6487" w:rsidP="00084D66">
      <w:pPr>
        <w:spacing w:after="0" w:line="240" w:lineRule="auto"/>
        <w:jc w:val="both"/>
        <w:rPr>
          <w:rFonts w:ascii="Times New Roman" w:hAnsi="Times New Roman" w:cs="Times New Roman"/>
          <w:sz w:val="24"/>
          <w:szCs w:val="24"/>
        </w:rPr>
      </w:pPr>
      <w:r w:rsidRPr="001E7BED">
        <w:rPr>
          <w:rFonts w:ascii="Times New Roman" w:hAnsi="Times New Roman" w:cs="Times New Roman"/>
          <w:sz w:val="24"/>
          <w:szCs w:val="24"/>
        </w:rPr>
        <w:t>The course presents an overview of cloud computing in the context of its architecture and storage modules. Its main focus is on parallel programming techniques for cloud computing and large-scale distributed systems that form the cloud infrastructure. The topics include Overview of Cloud Computing, Introduction to Big Data, Big Data Frameworks, Cloud Architectures and Storage Systems and Deployment of Massive Datasets over cloud. Students will study the concept of Big Data, different frameworks to solve Big Data problems. Students will also be able to learn how to deploy massive datasets over cloud using different cloud computing tools and to analyze it.</w:t>
      </w:r>
    </w:p>
    <w:p w14:paraId="572C721E"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 xml:space="preserve">Course Content: </w:t>
      </w:r>
    </w:p>
    <w:p w14:paraId="5F22CF8C" w14:textId="77777777" w:rsidR="00C82644" w:rsidRDefault="00C82644"/>
    <w:tbl>
      <w:tblPr>
        <w:tblpPr w:leftFromText="180" w:rightFromText="180" w:vertAnchor="page" w:horzAnchor="margin" w:tblpY="1312"/>
        <w:tblW w:w="0" w:type="auto"/>
        <w:tblLook w:val="04A0" w:firstRow="1" w:lastRow="0" w:firstColumn="1" w:lastColumn="0" w:noHBand="0" w:noVBand="1"/>
      </w:tblPr>
      <w:tblGrid>
        <w:gridCol w:w="6768"/>
        <w:gridCol w:w="1872"/>
      </w:tblGrid>
      <w:tr w:rsidR="00084D66" w:rsidRPr="001E7BED" w14:paraId="6BBF43F6" w14:textId="77777777" w:rsidTr="000701DC">
        <w:tc>
          <w:tcPr>
            <w:tcW w:w="8217" w:type="dxa"/>
          </w:tcPr>
          <w:p w14:paraId="55812837"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lastRenderedPageBreak/>
              <w:t>Unit-I: Overview of Cloud Computing</w:t>
            </w:r>
          </w:p>
        </w:tc>
        <w:tc>
          <w:tcPr>
            <w:tcW w:w="2126" w:type="dxa"/>
          </w:tcPr>
          <w:p w14:paraId="56F0B792"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10 Lecture Hours</w:t>
            </w:r>
          </w:p>
        </w:tc>
      </w:tr>
      <w:tr w:rsidR="00084D66" w:rsidRPr="001E7BED" w14:paraId="3384B6DB" w14:textId="77777777" w:rsidTr="000701DC">
        <w:tc>
          <w:tcPr>
            <w:tcW w:w="10343" w:type="dxa"/>
            <w:gridSpan w:val="2"/>
          </w:tcPr>
          <w:p w14:paraId="239F3219" w14:textId="77777777" w:rsidR="009F5405" w:rsidRPr="00A006E4" w:rsidRDefault="005E6487" w:rsidP="00084D66">
            <w:pPr>
              <w:jc w:val="both"/>
              <w:rPr>
                <w:rFonts w:ascii="Times New Roman" w:hAnsi="Times New Roman" w:cs="Times New Roman"/>
                <w:b/>
                <w:bCs/>
              </w:rPr>
            </w:pPr>
            <w:r w:rsidRPr="00A006E4">
              <w:rPr>
                <w:rFonts w:ascii="Times New Roman" w:hAnsi="Times New Roman" w:cs="Times New Roman"/>
                <w:b/>
                <w:bCs/>
              </w:rPr>
              <w:t xml:space="preserve"> </w:t>
            </w:r>
            <w:r w:rsidRPr="00A006E4">
              <w:rPr>
                <w:rFonts w:ascii="Times New Roman" w:hAnsi="Times New Roman" w:cs="Times New Roman"/>
              </w:rPr>
              <w:t xml:space="preserve"> Introduction, </w:t>
            </w:r>
            <w:r w:rsidRPr="00A006E4">
              <w:rPr>
                <w:rFonts w:ascii="Times New Roman" w:hAnsi="Times New Roman" w:cs="Times New Roman"/>
                <w:sz w:val="24"/>
                <w:szCs w:val="24"/>
              </w:rPr>
              <w:t xml:space="preserve">Definition and evolution of Cloud Computing; Enabling Technologies, Service and Deployment Models Popular </w:t>
            </w:r>
            <w:r w:rsidRPr="00A006E4">
              <w:rPr>
                <w:rFonts w:ascii="Times New Roman" w:hAnsi="Times New Roman" w:cs="Times New Roman"/>
                <w:sz w:val="24"/>
                <w:szCs w:val="24"/>
                <w:highlight w:val="yellow"/>
              </w:rPr>
              <w:t>Cloud</w:t>
            </w:r>
            <w:r w:rsidRPr="00A006E4">
              <w:rPr>
                <w:rFonts w:ascii="Times New Roman" w:hAnsi="Times New Roman" w:cs="Times New Roman"/>
                <w:sz w:val="24"/>
                <w:szCs w:val="24"/>
              </w:rPr>
              <w:t xml:space="preserve"> Stacks and Use Cases; Benefits, Risks, and Challenges of Cloud Computing Economic Models and SLAs. </w:t>
            </w:r>
            <w:r w:rsidRPr="00A006E4">
              <w:rPr>
                <w:rFonts w:ascii="Times New Roman" w:hAnsi="Times New Roman" w:cs="Times New Roman"/>
              </w:rPr>
              <w:t>Contrast traditional software development and development for the cloud. Public v private cloud apps. Understanding Cloud ecosystems – what is SaaS/PaaS, popular APIs.</w:t>
            </w:r>
          </w:p>
          <w:p w14:paraId="2D51BB21" w14:textId="77777777" w:rsidR="009F5405" w:rsidRPr="00A006E4" w:rsidRDefault="009F5405" w:rsidP="00084D66">
            <w:pPr>
              <w:rPr>
                <w:rFonts w:ascii="Times New Roman" w:hAnsi="Times New Roman" w:cs="Times New Roman"/>
                <w:b/>
                <w:bCs/>
              </w:rPr>
            </w:pPr>
          </w:p>
        </w:tc>
      </w:tr>
      <w:tr w:rsidR="00084D66" w:rsidRPr="001E7BED" w14:paraId="47A9E6FE" w14:textId="77777777" w:rsidTr="000701DC">
        <w:tc>
          <w:tcPr>
            <w:tcW w:w="8217" w:type="dxa"/>
          </w:tcPr>
          <w:p w14:paraId="0567CF8C" w14:textId="77777777" w:rsidR="009F5405" w:rsidRPr="00A006E4" w:rsidRDefault="005E6487" w:rsidP="00084D66">
            <w:pPr>
              <w:rPr>
                <w:rFonts w:ascii="Times New Roman" w:hAnsi="Times New Roman" w:cs="Times New Roman"/>
              </w:rPr>
            </w:pPr>
            <w:r w:rsidRPr="00A006E4">
              <w:rPr>
                <w:rFonts w:ascii="Times New Roman" w:hAnsi="Times New Roman" w:cs="Times New Roman"/>
                <w:b/>
                <w:bCs/>
              </w:rPr>
              <w:t>Unit-II: Introduction to Big Data</w:t>
            </w:r>
          </w:p>
        </w:tc>
        <w:tc>
          <w:tcPr>
            <w:tcW w:w="2126" w:type="dxa"/>
          </w:tcPr>
          <w:p w14:paraId="7A91D51E" w14:textId="77777777" w:rsidR="009F5405" w:rsidRPr="00A006E4" w:rsidRDefault="005E6487" w:rsidP="00084D66">
            <w:pPr>
              <w:rPr>
                <w:rFonts w:ascii="Times New Roman" w:hAnsi="Times New Roman" w:cs="Times New Roman"/>
              </w:rPr>
            </w:pPr>
            <w:r w:rsidRPr="00A006E4">
              <w:rPr>
                <w:rFonts w:ascii="Times New Roman" w:hAnsi="Times New Roman" w:cs="Times New Roman"/>
                <w:b/>
                <w:bCs/>
              </w:rPr>
              <w:t>7 Lecture Hours</w:t>
            </w:r>
          </w:p>
        </w:tc>
      </w:tr>
      <w:tr w:rsidR="00084D66" w:rsidRPr="001E7BED" w14:paraId="7EB428A6" w14:textId="77777777" w:rsidTr="000701DC">
        <w:trPr>
          <w:trHeight w:val="934"/>
        </w:trPr>
        <w:tc>
          <w:tcPr>
            <w:tcW w:w="10343" w:type="dxa"/>
            <w:gridSpan w:val="2"/>
          </w:tcPr>
          <w:p w14:paraId="5C0F8B4B" w14:textId="77777777" w:rsidR="009F5405" w:rsidRPr="00A006E4" w:rsidRDefault="005E6487" w:rsidP="00084D66">
            <w:pPr>
              <w:jc w:val="both"/>
              <w:rPr>
                <w:rFonts w:ascii="Times New Roman" w:hAnsi="Times New Roman" w:cs="Times New Roman"/>
                <w:b/>
                <w:sz w:val="24"/>
                <w:szCs w:val="24"/>
              </w:rPr>
            </w:pPr>
            <w:r w:rsidRPr="00A006E4">
              <w:rPr>
                <w:rFonts w:ascii="Times New Roman" w:hAnsi="Times New Roman" w:cs="Times New Roman"/>
                <w:b/>
                <w:bCs/>
              </w:rPr>
              <w:t xml:space="preserve"> </w:t>
            </w:r>
            <w:r w:rsidRPr="00A006E4">
              <w:rPr>
                <w:rFonts w:ascii="Times New Roman" w:hAnsi="Times New Roman" w:cs="Times New Roman"/>
              </w:rPr>
              <w:t xml:space="preserve"> Big Data Definition, Characteristic Features, Structure, Applications - Big Data vs Traditional Data - Risks of Big Data - Challenges of Conventional Systems - Web Data – Evolution of Analytic Scalability - Evolution of Analytic Processes, Tools and methods - Analysis vs Reporting - Modern Data Analytic Tools.</w:t>
            </w:r>
          </w:p>
          <w:p w14:paraId="5B5FA119" w14:textId="77777777" w:rsidR="009F5405" w:rsidRPr="00A006E4" w:rsidRDefault="009F5405" w:rsidP="00084D66">
            <w:pPr>
              <w:rPr>
                <w:rFonts w:ascii="Times New Roman" w:hAnsi="Times New Roman" w:cs="Times New Roman"/>
              </w:rPr>
            </w:pPr>
          </w:p>
        </w:tc>
      </w:tr>
      <w:tr w:rsidR="00084D66" w:rsidRPr="001E7BED" w14:paraId="5ADC5BE6" w14:textId="77777777" w:rsidTr="000701DC">
        <w:tc>
          <w:tcPr>
            <w:tcW w:w="8217" w:type="dxa"/>
          </w:tcPr>
          <w:p w14:paraId="60887013" w14:textId="77777777" w:rsidR="009F5405" w:rsidRPr="00A006E4" w:rsidRDefault="005E6487" w:rsidP="00084D66">
            <w:pPr>
              <w:rPr>
                <w:rFonts w:ascii="Times New Roman" w:hAnsi="Times New Roman" w:cs="Times New Roman"/>
              </w:rPr>
            </w:pPr>
            <w:r w:rsidRPr="00A006E4">
              <w:rPr>
                <w:rFonts w:ascii="Times New Roman" w:hAnsi="Times New Roman" w:cs="Times New Roman"/>
                <w:b/>
                <w:bCs/>
              </w:rPr>
              <w:t>Unit-III:  Big Data Frameworks</w:t>
            </w:r>
          </w:p>
        </w:tc>
        <w:tc>
          <w:tcPr>
            <w:tcW w:w="2126" w:type="dxa"/>
          </w:tcPr>
          <w:p w14:paraId="6D4067D6" w14:textId="77777777" w:rsidR="009F5405" w:rsidRPr="00A006E4" w:rsidRDefault="005E6487" w:rsidP="00084D66">
            <w:pPr>
              <w:rPr>
                <w:rFonts w:ascii="Times New Roman" w:hAnsi="Times New Roman" w:cs="Times New Roman"/>
              </w:rPr>
            </w:pPr>
            <w:r w:rsidRPr="00A006E4">
              <w:rPr>
                <w:rFonts w:ascii="Times New Roman" w:hAnsi="Times New Roman" w:cs="Times New Roman"/>
                <w:b/>
                <w:bCs/>
              </w:rPr>
              <w:t>10 Lecture Hours</w:t>
            </w:r>
          </w:p>
        </w:tc>
      </w:tr>
      <w:tr w:rsidR="00084D66" w:rsidRPr="001E7BED" w14:paraId="7078A6D7" w14:textId="77777777" w:rsidTr="000701DC">
        <w:tc>
          <w:tcPr>
            <w:tcW w:w="10343" w:type="dxa"/>
            <w:gridSpan w:val="2"/>
          </w:tcPr>
          <w:p w14:paraId="52BE7AC5" w14:textId="77777777" w:rsidR="009F5405" w:rsidRPr="00A006E4" w:rsidRDefault="005E6487" w:rsidP="00084D66">
            <w:pPr>
              <w:suppressAutoHyphens/>
              <w:jc w:val="both"/>
              <w:rPr>
                <w:rFonts w:ascii="Times New Roman" w:eastAsia="Times New Roman" w:hAnsi="Times New Roman" w:cs="Times New Roman"/>
                <w:b/>
                <w:bCs/>
                <w:color w:val="000000"/>
                <w:sz w:val="24"/>
                <w:szCs w:val="24"/>
              </w:rPr>
            </w:pPr>
            <w:r w:rsidRPr="00A006E4">
              <w:rPr>
                <w:rFonts w:ascii="Times New Roman" w:eastAsia="Times New Roman" w:hAnsi="Times New Roman" w:cs="Times New Roman"/>
                <w:color w:val="000000"/>
                <w:sz w:val="24"/>
                <w:szCs w:val="24"/>
              </w:rPr>
              <w:t xml:space="preserve">Apache </w:t>
            </w:r>
            <w:r w:rsidRPr="00A006E4">
              <w:rPr>
                <w:rFonts w:ascii="Times New Roman" w:eastAsia="Times New Roman" w:hAnsi="Times New Roman" w:cs="Times New Roman"/>
                <w:color w:val="000000"/>
                <w:sz w:val="24"/>
                <w:szCs w:val="24"/>
                <w:highlight w:val="yellow"/>
              </w:rPr>
              <w:t>Hadoop</w:t>
            </w:r>
            <w:r w:rsidRPr="00A006E4">
              <w:rPr>
                <w:rFonts w:ascii="Times New Roman" w:eastAsia="Times New Roman" w:hAnsi="Times New Roman" w:cs="Times New Roman"/>
                <w:color w:val="000000"/>
                <w:sz w:val="24"/>
                <w:szCs w:val="24"/>
              </w:rPr>
              <w:t>, MapReduce, Apache Spark, Hadoop Yarn,</w:t>
            </w:r>
            <w:r w:rsidRPr="00A006E4">
              <w:rPr>
                <w:rFonts w:ascii="Times New Roman" w:eastAsia="Calibri" w:hAnsi="Times New Roman" w:cs="Times New Roman"/>
              </w:rPr>
              <w:t xml:space="preserve"> Large-Scale File System Organization – Master-Slave/Master-Worker Architecture– HDFS concepts – MapReduce Execution,</w:t>
            </w:r>
            <w:r>
              <w:rPr>
                <w:rFonts w:ascii="Times New Roman" w:eastAsia="Calibri" w:hAnsi="Times New Roman" w:cs="Times New Roman"/>
              </w:rPr>
              <w:t xml:space="preserve"> </w:t>
            </w:r>
            <w:r w:rsidRPr="00A006E4">
              <w:rPr>
                <w:rFonts w:ascii="Times New Roman" w:eastAsia="Calibri" w:hAnsi="Times New Roman" w:cs="Times New Roman"/>
              </w:rPr>
              <w:t>Matrix-Vector Multiplication, Concept of Apache Pig and Apache Hive</w:t>
            </w:r>
          </w:p>
        </w:tc>
      </w:tr>
      <w:tr w:rsidR="00084D66" w:rsidRPr="001E7BED" w14:paraId="1AD4A5EA" w14:textId="77777777" w:rsidTr="000701DC">
        <w:tc>
          <w:tcPr>
            <w:tcW w:w="8217" w:type="dxa"/>
          </w:tcPr>
          <w:p w14:paraId="5FA566B0" w14:textId="77777777" w:rsidR="009F5405" w:rsidRPr="00A006E4" w:rsidRDefault="005E6487" w:rsidP="00084D66">
            <w:pPr>
              <w:rPr>
                <w:rFonts w:ascii="Times New Roman" w:hAnsi="Times New Roman" w:cs="Times New Roman"/>
              </w:rPr>
            </w:pPr>
            <w:r w:rsidRPr="00A006E4">
              <w:rPr>
                <w:rFonts w:ascii="Times New Roman" w:hAnsi="Times New Roman" w:cs="Times New Roman"/>
                <w:b/>
                <w:bCs/>
              </w:rPr>
              <w:t xml:space="preserve">Unit-IV: </w:t>
            </w:r>
            <w:r w:rsidRPr="00A006E4">
              <w:rPr>
                <w:rFonts w:ascii="Times New Roman" w:hAnsi="Times New Roman" w:cs="Times New Roman"/>
              </w:rPr>
              <w:t xml:space="preserve"> </w:t>
            </w:r>
            <w:r w:rsidRPr="00A006E4">
              <w:rPr>
                <w:rFonts w:ascii="Times New Roman" w:hAnsi="Times New Roman" w:cs="Times New Roman"/>
                <w:b/>
                <w:bCs/>
              </w:rPr>
              <w:t>Cloud Architectures and Storage Systems</w:t>
            </w:r>
          </w:p>
        </w:tc>
        <w:tc>
          <w:tcPr>
            <w:tcW w:w="2126" w:type="dxa"/>
          </w:tcPr>
          <w:p w14:paraId="67614D05" w14:textId="77777777" w:rsidR="009F5405" w:rsidRPr="00A006E4" w:rsidRDefault="005E6487" w:rsidP="00084D66">
            <w:pPr>
              <w:rPr>
                <w:rFonts w:ascii="Times New Roman" w:hAnsi="Times New Roman" w:cs="Times New Roman"/>
              </w:rPr>
            </w:pPr>
            <w:r w:rsidRPr="00A006E4">
              <w:rPr>
                <w:rFonts w:ascii="Times New Roman" w:hAnsi="Times New Roman" w:cs="Times New Roman"/>
                <w:b/>
                <w:bCs/>
              </w:rPr>
              <w:t>9 Lecture Hours</w:t>
            </w:r>
          </w:p>
        </w:tc>
      </w:tr>
      <w:tr w:rsidR="00084D66" w:rsidRPr="001E7BED" w14:paraId="3F0A08AE" w14:textId="77777777" w:rsidTr="000701DC">
        <w:tc>
          <w:tcPr>
            <w:tcW w:w="10343" w:type="dxa"/>
            <w:gridSpan w:val="2"/>
          </w:tcPr>
          <w:p w14:paraId="6AEDC777" w14:textId="77777777" w:rsidR="009F5405" w:rsidRPr="00A006E4" w:rsidRDefault="005E6487" w:rsidP="00084D66">
            <w:pPr>
              <w:suppressAutoHyphens/>
              <w:rPr>
                <w:rFonts w:ascii="Times New Roman" w:eastAsia="Calibri" w:hAnsi="Times New Roman" w:cs="Times New Roman"/>
              </w:rPr>
            </w:pPr>
            <w:r w:rsidRPr="00A006E4">
              <w:rPr>
                <w:rFonts w:ascii="Times New Roman" w:eastAsia="Times New Roman" w:hAnsi="Times New Roman" w:cs="Times New Roman"/>
                <w:color w:val="323229"/>
                <w:shd w:val="clear" w:color="auto" w:fill="F0ECCD"/>
              </w:rPr>
              <w:t xml:space="preserve">Service Oriented architecture, </w:t>
            </w:r>
            <w:r w:rsidRPr="00A006E4">
              <w:rPr>
                <w:rFonts w:ascii="Times New Roman" w:eastAsia="Times New Roman" w:hAnsi="Times New Roman" w:cs="Times New Roman"/>
                <w:color w:val="323229"/>
                <w:highlight w:val="yellow"/>
                <w:shd w:val="clear" w:color="auto" w:fill="F0ECCD"/>
              </w:rPr>
              <w:t>SOAP</w:t>
            </w:r>
            <w:r w:rsidRPr="00A006E4">
              <w:rPr>
                <w:rFonts w:ascii="Times New Roman" w:eastAsia="Times New Roman" w:hAnsi="Times New Roman" w:cs="Times New Roman"/>
                <w:color w:val="323229"/>
                <w:shd w:val="clear" w:color="auto" w:fill="F0ECCD"/>
              </w:rPr>
              <w:t xml:space="preserve"> and REST architecture, Utility Computing, Web2.0, Cluster computing and Grid Computing,</w:t>
            </w:r>
            <w:r w:rsidRPr="00A006E4">
              <w:rPr>
                <w:rFonts w:ascii="Times New Roman" w:eastAsia="Times New Roman" w:hAnsi="Times New Roman" w:cs="Times New Roman"/>
                <w:color w:val="323229"/>
                <w:sz w:val="24"/>
                <w:szCs w:val="24"/>
                <w:shd w:val="clear" w:color="auto" w:fill="F0ECCD"/>
              </w:rPr>
              <w:t xml:space="preserve"> </w:t>
            </w:r>
            <w:r w:rsidRPr="00A006E4">
              <w:rPr>
                <w:rFonts w:ascii="Times New Roman" w:eastAsia="Times New Roman" w:hAnsi="Times New Roman" w:cs="Times New Roman"/>
                <w:color w:val="000000"/>
                <w:sz w:val="24"/>
                <w:szCs w:val="24"/>
              </w:rPr>
              <w:t xml:space="preserve"> </w:t>
            </w:r>
            <w:r w:rsidRPr="00A006E4">
              <w:rPr>
                <w:rFonts w:ascii="Times New Roman" w:eastAsia="Times New Roman" w:hAnsi="Times New Roman" w:cs="Times New Roman"/>
                <w:sz w:val="24"/>
                <w:szCs w:val="24"/>
              </w:rPr>
              <w:t>Cloud Storage Concepts Distributed File Systems (HDFS, Ceph FS); Cloud Databases (HBase, MongoDB, Cassandra, DynamoDB) ; Cloud Object Storage (Amazon S3, OpenStack Swift, Ceph)</w:t>
            </w:r>
          </w:p>
        </w:tc>
      </w:tr>
      <w:tr w:rsidR="00084D66" w:rsidRPr="001E7BED" w14:paraId="3141196C" w14:textId="77777777" w:rsidTr="000701DC">
        <w:tc>
          <w:tcPr>
            <w:tcW w:w="8217" w:type="dxa"/>
          </w:tcPr>
          <w:p w14:paraId="7EFBDD24" w14:textId="77777777" w:rsidR="009F5405" w:rsidRPr="00A006E4" w:rsidRDefault="005E6487" w:rsidP="00084D66">
            <w:pPr>
              <w:rPr>
                <w:rFonts w:ascii="Times New Roman" w:hAnsi="Times New Roman" w:cs="Times New Roman"/>
              </w:rPr>
            </w:pPr>
            <w:r w:rsidRPr="00A006E4">
              <w:rPr>
                <w:rFonts w:ascii="Times New Roman" w:hAnsi="Times New Roman" w:cs="Times New Roman"/>
                <w:b/>
                <w:bCs/>
              </w:rPr>
              <w:t xml:space="preserve">Unit-V: Deployment of Massive Datasets over cloud </w:t>
            </w:r>
          </w:p>
        </w:tc>
        <w:tc>
          <w:tcPr>
            <w:tcW w:w="2126" w:type="dxa"/>
          </w:tcPr>
          <w:p w14:paraId="1F5F976E" w14:textId="77777777" w:rsidR="009F5405" w:rsidRPr="00A006E4" w:rsidRDefault="005E6487" w:rsidP="00084D66">
            <w:pPr>
              <w:rPr>
                <w:rFonts w:ascii="Times New Roman" w:hAnsi="Times New Roman" w:cs="Times New Roman"/>
              </w:rPr>
            </w:pPr>
            <w:r w:rsidRPr="00A006E4">
              <w:rPr>
                <w:rFonts w:ascii="Times New Roman" w:hAnsi="Times New Roman" w:cs="Times New Roman"/>
                <w:b/>
                <w:bCs/>
              </w:rPr>
              <w:t>9 Lecture Hours</w:t>
            </w:r>
          </w:p>
        </w:tc>
      </w:tr>
      <w:tr w:rsidR="00084D66" w:rsidRPr="001E7BED" w14:paraId="0A889858" w14:textId="77777777" w:rsidTr="000701DC">
        <w:trPr>
          <w:trHeight w:val="1492"/>
        </w:trPr>
        <w:tc>
          <w:tcPr>
            <w:tcW w:w="10343" w:type="dxa"/>
            <w:gridSpan w:val="2"/>
          </w:tcPr>
          <w:p w14:paraId="2979227F" w14:textId="77777777" w:rsidR="009F5405" w:rsidRPr="00A006E4" w:rsidRDefault="005E6487" w:rsidP="00084D66">
            <w:pPr>
              <w:suppressAutoHyphens/>
              <w:jc w:val="both"/>
              <w:rPr>
                <w:rFonts w:ascii="Times New Roman" w:eastAsia="Times New Roman" w:hAnsi="Times New Roman" w:cs="Times New Roman"/>
                <w:sz w:val="24"/>
                <w:szCs w:val="24"/>
              </w:rPr>
            </w:pPr>
            <w:r w:rsidRPr="00A006E4">
              <w:rPr>
                <w:rFonts w:ascii="Times New Roman" w:eastAsia="Times New Roman" w:hAnsi="Times New Roman" w:cs="Times New Roman"/>
                <w:sz w:val="24"/>
                <w:szCs w:val="24"/>
              </w:rPr>
              <w:t>Distributed Programming for the Cloud; Data-Parallel Analytics with Hadoop, Setting -up Hadoop and Spark Cluster on different cloud tools, MapReduce (YARN), Iterative Data-Parallel Analytics with Apache Spark, Graph-Parallel Analytics with GraphLab 2.0 (PowerGraph)</w:t>
            </w:r>
          </w:p>
          <w:p w14:paraId="272D28F2" w14:textId="77777777" w:rsidR="009F5405" w:rsidRPr="00A006E4" w:rsidRDefault="009F5405" w:rsidP="00084D66">
            <w:pPr>
              <w:rPr>
                <w:rFonts w:ascii="Times New Roman" w:hAnsi="Times New Roman" w:cs="Times New Roman"/>
              </w:rPr>
            </w:pPr>
          </w:p>
        </w:tc>
      </w:tr>
      <w:tr w:rsidR="00084D66" w:rsidRPr="001E7BED" w14:paraId="4FFA43FF" w14:textId="77777777" w:rsidTr="000701DC">
        <w:trPr>
          <w:trHeight w:val="1492"/>
        </w:trPr>
        <w:tc>
          <w:tcPr>
            <w:tcW w:w="10343" w:type="dxa"/>
            <w:gridSpan w:val="2"/>
          </w:tcPr>
          <w:p w14:paraId="354925EF"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Text Books:</w:t>
            </w:r>
          </w:p>
          <w:p w14:paraId="524123FB" w14:textId="77777777" w:rsidR="009F5405" w:rsidRPr="001E7BED" w:rsidRDefault="005E6487" w:rsidP="00384C0C">
            <w:pPr>
              <w:numPr>
                <w:ilvl w:val="0"/>
                <w:numId w:val="269"/>
              </w:numPr>
              <w:contextualSpacing/>
              <w:rPr>
                <w:rFonts w:ascii="Times New Roman" w:hAnsi="Times New Roman" w:cs="Times New Roman"/>
              </w:rPr>
            </w:pPr>
            <w:r w:rsidRPr="001E7BED">
              <w:rPr>
                <w:rFonts w:ascii="Times New Roman" w:hAnsi="Times New Roman" w:cs="Times New Roman"/>
              </w:rPr>
              <w:t xml:space="preserve">Chuck Lam, Hadoop in Action, Manning Publications,2010. </w:t>
            </w:r>
          </w:p>
          <w:p w14:paraId="280E2C14" w14:textId="77777777" w:rsidR="009F5405" w:rsidRPr="001E7BED" w:rsidRDefault="005E6487" w:rsidP="00384C0C">
            <w:pPr>
              <w:numPr>
                <w:ilvl w:val="0"/>
                <w:numId w:val="269"/>
              </w:numPr>
              <w:contextualSpacing/>
              <w:rPr>
                <w:rFonts w:ascii="Times New Roman" w:hAnsi="Times New Roman" w:cs="Times New Roman"/>
              </w:rPr>
            </w:pPr>
            <w:r w:rsidRPr="001E7BED">
              <w:rPr>
                <w:rFonts w:ascii="Times New Roman" w:eastAsia="Calibri" w:hAnsi="Times New Roman" w:cs="Times New Roman"/>
                <w:sz w:val="24"/>
                <w:szCs w:val="24"/>
              </w:rPr>
              <w:t>David Loshin, "Big Data Analytics: From Strategic Planning to Enterprise Integration with Tools, Techniques, NoSQL, and Graph", 2013.</w:t>
            </w:r>
          </w:p>
          <w:p w14:paraId="42BDB137" w14:textId="77777777" w:rsidR="009F5405" w:rsidRPr="001E7BED" w:rsidRDefault="005E6487" w:rsidP="00084D66">
            <w:pPr>
              <w:rPr>
                <w:rFonts w:ascii="Times New Roman" w:hAnsi="Times New Roman" w:cs="Times New Roman"/>
                <w:b/>
                <w:bCs/>
              </w:rPr>
            </w:pPr>
            <w:r w:rsidRPr="001E7BED">
              <w:rPr>
                <w:rFonts w:ascii="Times New Roman" w:hAnsi="Times New Roman" w:cs="Times New Roman"/>
                <w:b/>
                <w:bCs/>
              </w:rPr>
              <w:t>Reference Books:</w:t>
            </w:r>
          </w:p>
          <w:p w14:paraId="02445C6E" w14:textId="77777777" w:rsidR="009F5405" w:rsidRPr="001E7BED" w:rsidRDefault="005E6487" w:rsidP="00384C0C">
            <w:pPr>
              <w:numPr>
                <w:ilvl w:val="0"/>
                <w:numId w:val="270"/>
              </w:numPr>
              <w:contextualSpacing/>
              <w:rPr>
                <w:rFonts w:ascii="Times New Roman" w:hAnsi="Times New Roman" w:cs="Times New Roman"/>
              </w:rPr>
            </w:pPr>
            <w:r w:rsidRPr="001E7BED">
              <w:rPr>
                <w:rFonts w:ascii="Times New Roman" w:hAnsi="Times New Roman" w:cs="Times New Roman"/>
              </w:rPr>
              <w:lastRenderedPageBreak/>
              <w:t>Big Data and Analytics by Seema Acharya, Subhashini Chellapan</w:t>
            </w:r>
          </w:p>
          <w:p w14:paraId="139AAC73" w14:textId="77777777" w:rsidR="009F5405" w:rsidRPr="001E7BED" w:rsidRDefault="005E6487" w:rsidP="00384C0C">
            <w:pPr>
              <w:numPr>
                <w:ilvl w:val="0"/>
                <w:numId w:val="270"/>
              </w:numPr>
              <w:contextualSpacing/>
              <w:rPr>
                <w:rFonts w:ascii="Times New Roman" w:hAnsi="Times New Roman" w:cs="Times New Roman"/>
              </w:rPr>
            </w:pPr>
            <w:r w:rsidRPr="001E7BED">
              <w:rPr>
                <w:rFonts w:ascii="Times New Roman" w:hAnsi="Times New Roman" w:cs="Times New Roman"/>
              </w:rPr>
              <w:t xml:space="preserve">Big Data, Big Analytics: Emerging Business Intelligence and Analytic Trends for Today's Businesses by Michael </w:t>
            </w:r>
            <w:proofErr w:type="gramStart"/>
            <w:r w:rsidRPr="001E7BED">
              <w:rPr>
                <w:rFonts w:ascii="Times New Roman" w:hAnsi="Times New Roman" w:cs="Times New Roman"/>
              </w:rPr>
              <w:t>Minelli ,Michele</w:t>
            </w:r>
            <w:proofErr w:type="gramEnd"/>
            <w:r w:rsidRPr="001E7BED">
              <w:rPr>
                <w:rFonts w:ascii="Times New Roman" w:hAnsi="Times New Roman" w:cs="Times New Roman"/>
              </w:rPr>
              <w:t xml:space="preserve"> Chambers , Ambiga Dhiraj</w:t>
            </w:r>
          </w:p>
          <w:p w14:paraId="2FD66C02" w14:textId="77777777" w:rsidR="009F5405" w:rsidRPr="001E7BED" w:rsidRDefault="009F5405" w:rsidP="00084D66">
            <w:pPr>
              <w:ind w:left="720"/>
              <w:contextualSpacing/>
              <w:rPr>
                <w:rFonts w:ascii="Times New Roman" w:hAnsi="Times New Roman" w:cs="Times New Roman"/>
                <w:b/>
                <w:bCs/>
              </w:rPr>
            </w:pPr>
          </w:p>
        </w:tc>
      </w:tr>
    </w:tbl>
    <w:p w14:paraId="4F0F5B1D" w14:textId="77777777" w:rsidR="009F5405" w:rsidRPr="001E7BED" w:rsidRDefault="005E6487" w:rsidP="00084D66">
      <w:pPr>
        <w:suppressAutoHyphens/>
        <w:spacing w:after="0" w:line="240" w:lineRule="auto"/>
        <w:jc w:val="both"/>
        <w:rPr>
          <w:rFonts w:ascii="Times New Roman" w:eastAsia="Times New Roman" w:hAnsi="Times New Roman" w:cs="Times New Roman"/>
          <w:b/>
          <w:sz w:val="24"/>
          <w:szCs w:val="24"/>
        </w:rPr>
      </w:pPr>
      <w:r w:rsidRPr="001E7BED">
        <w:rPr>
          <w:rFonts w:ascii="Times New Roman" w:eastAsia="Times New Roman" w:hAnsi="Times New Roman" w:cs="Times New Roman"/>
          <w:b/>
          <w:sz w:val="24"/>
          <w:szCs w:val="24"/>
        </w:rPr>
        <w:lastRenderedPageBreak/>
        <w:t>Modes of Evaluation: Quiz/Assignment/Presentation/Extempore/ Written Examination</w:t>
      </w:r>
    </w:p>
    <w:p w14:paraId="1B273A55" w14:textId="77777777" w:rsidR="009F5405" w:rsidRPr="001E7BED" w:rsidRDefault="005E6487" w:rsidP="00084D66">
      <w:pPr>
        <w:rPr>
          <w:rFonts w:ascii="Times New Roman" w:hAnsi="Times New Roman" w:cs="Times New Roman"/>
          <w:b/>
          <w:sz w:val="24"/>
          <w:szCs w:val="24"/>
        </w:rPr>
      </w:pPr>
      <w:r w:rsidRPr="001E7BED">
        <w:rPr>
          <w:rFonts w:ascii="Times New Roman" w:hAnsi="Times New Roman" w:cs="Times New Roman"/>
          <w:b/>
          <w:sz w:val="24"/>
          <w:szCs w:val="24"/>
        </w:rPr>
        <w:t>Examination Scheme:</w:t>
      </w:r>
    </w:p>
    <w:p w14:paraId="4AF59DB4" w14:textId="77777777" w:rsidR="00C82644" w:rsidRDefault="00C82644"/>
    <w:tbl>
      <w:tblPr>
        <w:tblW w:w="5000" w:type="pct"/>
        <w:jc w:val="center"/>
        <w:tblLook w:val="01E0" w:firstRow="1" w:lastRow="1" w:firstColumn="1" w:lastColumn="1" w:noHBand="0" w:noVBand="0"/>
      </w:tblPr>
      <w:tblGrid>
        <w:gridCol w:w="1923"/>
        <w:gridCol w:w="1623"/>
        <w:gridCol w:w="3768"/>
        <w:gridCol w:w="1316"/>
      </w:tblGrid>
      <w:tr w:rsidR="00084D66" w:rsidRPr="001E7BED" w14:paraId="7D07DC19" w14:textId="77777777" w:rsidTr="000701DC">
        <w:trPr>
          <w:trHeight w:val="230"/>
          <w:jc w:val="center"/>
        </w:trPr>
        <w:tc>
          <w:tcPr>
            <w:tcW w:w="2024" w:type="dxa"/>
            <w:tcBorders>
              <w:top w:val="single" w:sz="4" w:space="0" w:color="000000"/>
              <w:left w:val="single" w:sz="4" w:space="0" w:color="000000"/>
              <w:bottom w:val="single" w:sz="4" w:space="0" w:color="000000"/>
              <w:right w:val="single" w:sz="4" w:space="0" w:color="000000"/>
            </w:tcBorders>
          </w:tcPr>
          <w:p w14:paraId="4BAFDF87" w14:textId="77777777" w:rsidR="009F5405" w:rsidRPr="001E7BED" w:rsidRDefault="005E6487" w:rsidP="00084D66">
            <w:pPr>
              <w:spacing w:after="0"/>
              <w:jc w:val="center"/>
              <w:rPr>
                <w:rFonts w:ascii="Times New Roman" w:hAnsi="Times New Roman" w:cs="Times New Roman"/>
                <w:b/>
                <w:sz w:val="24"/>
                <w:szCs w:val="24"/>
              </w:rPr>
            </w:pPr>
            <w:r w:rsidRPr="001E7BED">
              <w:rPr>
                <w:rFonts w:ascii="Times New Roman" w:hAnsi="Times New Roman" w:cs="Times New Roman"/>
                <w:b/>
                <w:sz w:val="24"/>
                <w:szCs w:val="24"/>
              </w:rPr>
              <w:t>Components</w:t>
            </w:r>
          </w:p>
        </w:tc>
        <w:tc>
          <w:tcPr>
            <w:tcW w:w="1825" w:type="dxa"/>
            <w:tcBorders>
              <w:top w:val="single" w:sz="4" w:space="0" w:color="000000"/>
              <w:left w:val="single" w:sz="4" w:space="0" w:color="000000"/>
              <w:bottom w:val="single" w:sz="4" w:space="0" w:color="000000"/>
              <w:right w:val="single" w:sz="4" w:space="0" w:color="000000"/>
            </w:tcBorders>
          </w:tcPr>
          <w:p w14:paraId="351F0F6B" w14:textId="77777777" w:rsidR="009F5405" w:rsidRPr="001E7BED" w:rsidRDefault="005E6487" w:rsidP="00084D66">
            <w:pPr>
              <w:spacing w:after="0"/>
              <w:jc w:val="center"/>
              <w:rPr>
                <w:rFonts w:ascii="Times New Roman" w:hAnsi="Times New Roman" w:cs="Times New Roman"/>
                <w:b/>
                <w:sz w:val="24"/>
                <w:szCs w:val="24"/>
              </w:rPr>
            </w:pPr>
            <w:r w:rsidRPr="001E7BED">
              <w:rPr>
                <w:rFonts w:ascii="Times New Roman" w:hAnsi="Times New Roman" w:cs="Times New Roman"/>
                <w:b/>
                <w:sz w:val="24"/>
                <w:szCs w:val="24"/>
              </w:rPr>
              <w:t>Mid Term</w:t>
            </w:r>
          </w:p>
        </w:tc>
        <w:tc>
          <w:tcPr>
            <w:tcW w:w="4345" w:type="dxa"/>
            <w:tcBorders>
              <w:top w:val="single" w:sz="4" w:space="0" w:color="000000"/>
              <w:left w:val="single" w:sz="4" w:space="0" w:color="000000"/>
              <w:bottom w:val="single" w:sz="4" w:space="0" w:color="000000"/>
              <w:right w:val="single" w:sz="4" w:space="0" w:color="000000"/>
            </w:tcBorders>
          </w:tcPr>
          <w:p w14:paraId="039F3964" w14:textId="77777777" w:rsidR="009F5405" w:rsidRPr="001E7BED" w:rsidRDefault="005E6487" w:rsidP="00084D66">
            <w:pPr>
              <w:spacing w:after="0"/>
              <w:jc w:val="center"/>
              <w:rPr>
                <w:rFonts w:ascii="Times New Roman" w:hAnsi="Times New Roman" w:cs="Times New Roman"/>
                <w:b/>
                <w:sz w:val="24"/>
                <w:szCs w:val="24"/>
              </w:rPr>
            </w:pPr>
            <w:r w:rsidRPr="001E7BED">
              <w:rPr>
                <w:rFonts w:ascii="Times New Roman" w:hAnsi="Times New Roman" w:cs="Times New Roman"/>
                <w:b/>
                <w:sz w:val="24"/>
                <w:szCs w:val="24"/>
              </w:rPr>
              <w:t>Class Assessment</w:t>
            </w:r>
          </w:p>
        </w:tc>
        <w:tc>
          <w:tcPr>
            <w:tcW w:w="1444" w:type="dxa"/>
            <w:tcBorders>
              <w:top w:val="single" w:sz="4" w:space="0" w:color="000000"/>
              <w:left w:val="single" w:sz="4" w:space="0" w:color="000000"/>
              <w:bottom w:val="single" w:sz="4" w:space="0" w:color="000000"/>
              <w:right w:val="single" w:sz="4" w:space="0" w:color="000000"/>
            </w:tcBorders>
          </w:tcPr>
          <w:p w14:paraId="0E6969AD" w14:textId="77777777" w:rsidR="009F5405" w:rsidRPr="001E7BED" w:rsidRDefault="005E6487" w:rsidP="00084D66">
            <w:pPr>
              <w:spacing w:after="0"/>
              <w:jc w:val="center"/>
              <w:rPr>
                <w:rFonts w:ascii="Times New Roman" w:hAnsi="Times New Roman" w:cs="Times New Roman"/>
                <w:b/>
                <w:sz w:val="24"/>
                <w:szCs w:val="24"/>
              </w:rPr>
            </w:pPr>
            <w:r w:rsidRPr="001E7BED">
              <w:rPr>
                <w:rFonts w:ascii="Times New Roman" w:hAnsi="Times New Roman" w:cs="Times New Roman"/>
                <w:b/>
                <w:sz w:val="24"/>
                <w:szCs w:val="24"/>
              </w:rPr>
              <w:t>End Term</w:t>
            </w:r>
          </w:p>
        </w:tc>
      </w:tr>
      <w:tr w:rsidR="00084D66" w:rsidRPr="001E7BED" w14:paraId="03E8AAD0" w14:textId="77777777" w:rsidTr="000701DC">
        <w:trPr>
          <w:trHeight w:val="230"/>
          <w:jc w:val="center"/>
        </w:trPr>
        <w:tc>
          <w:tcPr>
            <w:tcW w:w="2024" w:type="dxa"/>
            <w:tcBorders>
              <w:top w:val="single" w:sz="4" w:space="0" w:color="000000"/>
              <w:left w:val="single" w:sz="4" w:space="0" w:color="000000"/>
              <w:bottom w:val="single" w:sz="4" w:space="0" w:color="000000"/>
              <w:right w:val="single" w:sz="4" w:space="0" w:color="000000"/>
            </w:tcBorders>
          </w:tcPr>
          <w:p w14:paraId="3193AB83" w14:textId="77777777" w:rsidR="009F5405" w:rsidRPr="001E7BED" w:rsidRDefault="005E6487" w:rsidP="00084D66">
            <w:pPr>
              <w:spacing w:after="0"/>
              <w:rPr>
                <w:rFonts w:ascii="Times New Roman" w:hAnsi="Times New Roman" w:cs="Times New Roman"/>
                <w:b/>
                <w:sz w:val="24"/>
                <w:szCs w:val="24"/>
              </w:rPr>
            </w:pPr>
            <w:r w:rsidRPr="001E7BED">
              <w:rPr>
                <w:rFonts w:ascii="Times New Roman" w:hAnsi="Times New Roman" w:cs="Times New Roman"/>
                <w:b/>
                <w:sz w:val="24"/>
                <w:szCs w:val="24"/>
              </w:rPr>
              <w:t>Weightage (%)</w:t>
            </w:r>
          </w:p>
        </w:tc>
        <w:tc>
          <w:tcPr>
            <w:tcW w:w="1825" w:type="dxa"/>
            <w:tcBorders>
              <w:top w:val="single" w:sz="4" w:space="0" w:color="000000"/>
              <w:left w:val="single" w:sz="4" w:space="0" w:color="000000"/>
              <w:bottom w:val="single" w:sz="4" w:space="0" w:color="000000"/>
              <w:right w:val="single" w:sz="4" w:space="0" w:color="000000"/>
            </w:tcBorders>
          </w:tcPr>
          <w:p w14:paraId="092780F5" w14:textId="77777777" w:rsidR="009F5405" w:rsidRPr="001E7BED" w:rsidRDefault="005E6487" w:rsidP="00084D66">
            <w:pPr>
              <w:spacing w:after="0"/>
              <w:jc w:val="center"/>
              <w:rPr>
                <w:rFonts w:ascii="Times New Roman" w:hAnsi="Times New Roman" w:cs="Times New Roman"/>
                <w:b/>
                <w:sz w:val="24"/>
                <w:szCs w:val="24"/>
              </w:rPr>
            </w:pPr>
            <w:r w:rsidRPr="001E7BED">
              <w:rPr>
                <w:rFonts w:ascii="Times New Roman" w:hAnsi="Times New Roman" w:cs="Times New Roman"/>
                <w:b/>
                <w:sz w:val="24"/>
                <w:szCs w:val="24"/>
              </w:rPr>
              <w:t>20</w:t>
            </w:r>
          </w:p>
        </w:tc>
        <w:tc>
          <w:tcPr>
            <w:tcW w:w="4345" w:type="dxa"/>
            <w:tcBorders>
              <w:top w:val="single" w:sz="4" w:space="0" w:color="000000"/>
              <w:left w:val="single" w:sz="4" w:space="0" w:color="000000"/>
              <w:bottom w:val="single" w:sz="4" w:space="0" w:color="000000"/>
              <w:right w:val="single" w:sz="4" w:space="0" w:color="000000"/>
            </w:tcBorders>
          </w:tcPr>
          <w:p w14:paraId="4B8AEB9A" w14:textId="77777777" w:rsidR="009F5405" w:rsidRPr="001E7BED" w:rsidRDefault="005E6487" w:rsidP="00084D66">
            <w:pPr>
              <w:spacing w:after="0"/>
              <w:jc w:val="center"/>
              <w:rPr>
                <w:rFonts w:ascii="Times New Roman" w:hAnsi="Times New Roman" w:cs="Times New Roman"/>
                <w:b/>
                <w:sz w:val="24"/>
                <w:szCs w:val="24"/>
              </w:rPr>
            </w:pPr>
            <w:r w:rsidRPr="001E7BED">
              <w:rPr>
                <w:rFonts w:ascii="Times New Roman" w:hAnsi="Times New Roman" w:cs="Times New Roman"/>
                <w:b/>
                <w:sz w:val="24"/>
                <w:szCs w:val="24"/>
              </w:rPr>
              <w:t>30</w:t>
            </w:r>
          </w:p>
        </w:tc>
        <w:tc>
          <w:tcPr>
            <w:tcW w:w="1444" w:type="dxa"/>
            <w:tcBorders>
              <w:top w:val="single" w:sz="4" w:space="0" w:color="000000"/>
              <w:left w:val="single" w:sz="4" w:space="0" w:color="000000"/>
              <w:bottom w:val="single" w:sz="4" w:space="0" w:color="000000"/>
              <w:right w:val="single" w:sz="4" w:space="0" w:color="000000"/>
            </w:tcBorders>
          </w:tcPr>
          <w:p w14:paraId="2B7D606B" w14:textId="77777777" w:rsidR="009F5405" w:rsidRPr="001E7BED" w:rsidRDefault="005E6487" w:rsidP="00084D66">
            <w:pPr>
              <w:spacing w:after="0"/>
              <w:jc w:val="center"/>
              <w:rPr>
                <w:rFonts w:ascii="Times New Roman" w:hAnsi="Times New Roman" w:cs="Times New Roman"/>
                <w:b/>
                <w:sz w:val="24"/>
                <w:szCs w:val="24"/>
              </w:rPr>
            </w:pPr>
            <w:r w:rsidRPr="001E7BED">
              <w:rPr>
                <w:rFonts w:ascii="Times New Roman" w:hAnsi="Times New Roman" w:cs="Times New Roman"/>
                <w:b/>
                <w:sz w:val="24"/>
                <w:szCs w:val="24"/>
              </w:rPr>
              <w:t>50</w:t>
            </w:r>
          </w:p>
        </w:tc>
      </w:tr>
    </w:tbl>
    <w:p w14:paraId="0FED9B0C" w14:textId="77777777" w:rsidR="009F5405" w:rsidRPr="001E7BED" w:rsidRDefault="005E6487" w:rsidP="00084D66">
      <w:pPr>
        <w:spacing w:before="120" w:after="120"/>
        <w:rPr>
          <w:rFonts w:ascii="Times New Roman" w:hAnsi="Times New Roman" w:cs="Times New Roman"/>
          <w:b/>
          <w:sz w:val="24"/>
          <w:szCs w:val="24"/>
        </w:rPr>
      </w:pPr>
      <w:r w:rsidRPr="001E7BED">
        <w:rPr>
          <w:rFonts w:ascii="Times New Roman" w:hAnsi="Times New Roman" w:cs="Times New Roman"/>
          <w:b/>
          <w:sz w:val="24"/>
          <w:szCs w:val="24"/>
        </w:rPr>
        <w:t>Relationship between the Course Outcomes (COs) and Program Outcomes (POs)</w:t>
      </w:r>
    </w:p>
    <w:tbl>
      <w:tblPr>
        <w:tblStyle w:val="TableGrid"/>
        <w:tblW w:w="0" w:type="auto"/>
        <w:tblLook w:val="04A0" w:firstRow="1" w:lastRow="0" w:firstColumn="1" w:lastColumn="0" w:noHBand="0" w:noVBand="1"/>
      </w:tblPr>
      <w:tblGrid>
        <w:gridCol w:w="713"/>
        <w:gridCol w:w="552"/>
        <w:gridCol w:w="753"/>
        <w:gridCol w:w="417"/>
        <w:gridCol w:w="417"/>
        <w:gridCol w:w="417"/>
        <w:gridCol w:w="417"/>
        <w:gridCol w:w="417"/>
        <w:gridCol w:w="417"/>
        <w:gridCol w:w="417"/>
        <w:gridCol w:w="417"/>
        <w:gridCol w:w="417"/>
        <w:gridCol w:w="480"/>
        <w:gridCol w:w="480"/>
        <w:gridCol w:w="480"/>
        <w:gridCol w:w="473"/>
        <w:gridCol w:w="473"/>
        <w:gridCol w:w="473"/>
      </w:tblGrid>
      <w:tr w:rsidR="00C82644" w14:paraId="11854C6D" w14:textId="77777777">
        <w:tc>
          <w:tcPr>
            <w:tcW w:w="480" w:type="dxa"/>
          </w:tcPr>
          <w:p w14:paraId="2961D8A7" w14:textId="77777777" w:rsidR="00C82644" w:rsidRDefault="005E6487">
            <w:r>
              <w:t>Course Code</w:t>
            </w:r>
          </w:p>
        </w:tc>
        <w:tc>
          <w:tcPr>
            <w:tcW w:w="480" w:type="dxa"/>
          </w:tcPr>
          <w:p w14:paraId="29C14879" w14:textId="77777777" w:rsidR="00C82644" w:rsidRDefault="005E6487">
            <w:r>
              <w:t>Course Name</w:t>
            </w:r>
          </w:p>
        </w:tc>
        <w:tc>
          <w:tcPr>
            <w:tcW w:w="480" w:type="dxa"/>
          </w:tcPr>
          <w:p w14:paraId="77062092" w14:textId="77777777" w:rsidR="00C82644" w:rsidRDefault="005E6487">
            <w:r>
              <w:t>COs</w:t>
            </w:r>
          </w:p>
        </w:tc>
        <w:tc>
          <w:tcPr>
            <w:tcW w:w="480" w:type="dxa"/>
          </w:tcPr>
          <w:p w14:paraId="411C8058" w14:textId="77777777" w:rsidR="00C82644" w:rsidRDefault="005E6487">
            <w:r>
              <w:t>PO1</w:t>
            </w:r>
          </w:p>
        </w:tc>
        <w:tc>
          <w:tcPr>
            <w:tcW w:w="480" w:type="dxa"/>
          </w:tcPr>
          <w:p w14:paraId="7D747AD2" w14:textId="77777777" w:rsidR="00C82644" w:rsidRDefault="005E6487">
            <w:r>
              <w:t>PO2</w:t>
            </w:r>
          </w:p>
        </w:tc>
        <w:tc>
          <w:tcPr>
            <w:tcW w:w="480" w:type="dxa"/>
          </w:tcPr>
          <w:p w14:paraId="7898B5BC" w14:textId="77777777" w:rsidR="00C82644" w:rsidRDefault="005E6487">
            <w:r>
              <w:t>PO3</w:t>
            </w:r>
          </w:p>
        </w:tc>
        <w:tc>
          <w:tcPr>
            <w:tcW w:w="480" w:type="dxa"/>
          </w:tcPr>
          <w:p w14:paraId="1580D96C" w14:textId="77777777" w:rsidR="00C82644" w:rsidRDefault="005E6487">
            <w:r>
              <w:t>PO4</w:t>
            </w:r>
          </w:p>
        </w:tc>
        <w:tc>
          <w:tcPr>
            <w:tcW w:w="480" w:type="dxa"/>
          </w:tcPr>
          <w:p w14:paraId="0B21BBE9" w14:textId="77777777" w:rsidR="00C82644" w:rsidRDefault="005E6487">
            <w:r>
              <w:t>PO5</w:t>
            </w:r>
          </w:p>
        </w:tc>
        <w:tc>
          <w:tcPr>
            <w:tcW w:w="480" w:type="dxa"/>
          </w:tcPr>
          <w:p w14:paraId="28328B8C" w14:textId="77777777" w:rsidR="00C82644" w:rsidRDefault="005E6487">
            <w:r>
              <w:t>PO6</w:t>
            </w:r>
          </w:p>
        </w:tc>
        <w:tc>
          <w:tcPr>
            <w:tcW w:w="480" w:type="dxa"/>
          </w:tcPr>
          <w:p w14:paraId="362052A6" w14:textId="77777777" w:rsidR="00C82644" w:rsidRDefault="005E6487">
            <w:r>
              <w:t>PO7</w:t>
            </w:r>
          </w:p>
        </w:tc>
        <w:tc>
          <w:tcPr>
            <w:tcW w:w="480" w:type="dxa"/>
          </w:tcPr>
          <w:p w14:paraId="110F8D83" w14:textId="77777777" w:rsidR="00C82644" w:rsidRDefault="005E6487">
            <w:r>
              <w:t>PO8</w:t>
            </w:r>
          </w:p>
        </w:tc>
        <w:tc>
          <w:tcPr>
            <w:tcW w:w="480" w:type="dxa"/>
          </w:tcPr>
          <w:p w14:paraId="1CB4A0F3" w14:textId="77777777" w:rsidR="00C82644" w:rsidRDefault="005E6487">
            <w:r>
              <w:t>PO9</w:t>
            </w:r>
          </w:p>
        </w:tc>
        <w:tc>
          <w:tcPr>
            <w:tcW w:w="480" w:type="dxa"/>
          </w:tcPr>
          <w:p w14:paraId="588F5342" w14:textId="77777777" w:rsidR="00C82644" w:rsidRDefault="005E6487">
            <w:r>
              <w:t>PO10</w:t>
            </w:r>
          </w:p>
        </w:tc>
        <w:tc>
          <w:tcPr>
            <w:tcW w:w="480" w:type="dxa"/>
          </w:tcPr>
          <w:p w14:paraId="0D79E1AC" w14:textId="77777777" w:rsidR="00C82644" w:rsidRDefault="005E6487">
            <w:r>
              <w:t>PO11</w:t>
            </w:r>
          </w:p>
        </w:tc>
        <w:tc>
          <w:tcPr>
            <w:tcW w:w="480" w:type="dxa"/>
          </w:tcPr>
          <w:p w14:paraId="17D33D08" w14:textId="77777777" w:rsidR="00C82644" w:rsidRDefault="005E6487">
            <w:r>
              <w:t>PO12</w:t>
            </w:r>
          </w:p>
        </w:tc>
        <w:tc>
          <w:tcPr>
            <w:tcW w:w="480" w:type="dxa"/>
          </w:tcPr>
          <w:p w14:paraId="1DD92291" w14:textId="77777777" w:rsidR="00C82644" w:rsidRDefault="005E6487">
            <w:r>
              <w:t>PSO1</w:t>
            </w:r>
          </w:p>
        </w:tc>
        <w:tc>
          <w:tcPr>
            <w:tcW w:w="480" w:type="dxa"/>
          </w:tcPr>
          <w:p w14:paraId="2E0FD32B" w14:textId="77777777" w:rsidR="00C82644" w:rsidRDefault="005E6487">
            <w:r>
              <w:t>PSO2</w:t>
            </w:r>
          </w:p>
        </w:tc>
        <w:tc>
          <w:tcPr>
            <w:tcW w:w="480" w:type="dxa"/>
          </w:tcPr>
          <w:p w14:paraId="3024DED5" w14:textId="77777777" w:rsidR="00C82644" w:rsidRDefault="005E6487">
            <w:r>
              <w:t>PSO3</w:t>
            </w:r>
          </w:p>
        </w:tc>
      </w:tr>
      <w:tr w:rsidR="00C82644" w14:paraId="36C21564" w14:textId="77777777">
        <w:tc>
          <w:tcPr>
            <w:tcW w:w="480" w:type="dxa"/>
            <w:vMerge w:val="restart"/>
          </w:tcPr>
          <w:p w14:paraId="41D1AA2B" w14:textId="77777777" w:rsidR="00C82644" w:rsidRDefault="005E6487">
            <w:r>
              <w:t>CSE11178</w:t>
            </w:r>
          </w:p>
          <w:p w14:paraId="237A12C8" w14:textId="77777777" w:rsidR="00C82644" w:rsidRDefault="00C82644"/>
          <w:p w14:paraId="1D2F505C" w14:textId="77777777" w:rsidR="00C82644" w:rsidRDefault="00C82644"/>
          <w:p w14:paraId="3B2A9AC3" w14:textId="77777777" w:rsidR="00C82644" w:rsidRDefault="00C82644"/>
          <w:p w14:paraId="6C7FED4D" w14:textId="77777777" w:rsidR="00C82644" w:rsidRDefault="00C82644"/>
        </w:tc>
        <w:tc>
          <w:tcPr>
            <w:tcW w:w="480" w:type="dxa"/>
            <w:vMerge w:val="restart"/>
          </w:tcPr>
          <w:p w14:paraId="02BF813D" w14:textId="77777777" w:rsidR="00C82644" w:rsidRDefault="005E6487">
            <w:r>
              <w:t>Big Data on Cloud</w:t>
            </w:r>
          </w:p>
          <w:p w14:paraId="07CDA1C2" w14:textId="77777777" w:rsidR="00C82644" w:rsidRDefault="00C82644"/>
          <w:p w14:paraId="76C3437A" w14:textId="77777777" w:rsidR="00C82644" w:rsidRDefault="00C82644"/>
          <w:p w14:paraId="3C009267" w14:textId="77777777" w:rsidR="00C82644" w:rsidRDefault="00C82644"/>
          <w:p w14:paraId="7CFD441E" w14:textId="77777777" w:rsidR="00C82644" w:rsidRDefault="00C82644"/>
        </w:tc>
        <w:tc>
          <w:tcPr>
            <w:tcW w:w="480" w:type="dxa"/>
          </w:tcPr>
          <w:p w14:paraId="1B2B36C6" w14:textId="77777777" w:rsidR="00C82644" w:rsidRDefault="005E6487">
            <w:r>
              <w:t>CO11178.1</w:t>
            </w:r>
          </w:p>
        </w:tc>
        <w:tc>
          <w:tcPr>
            <w:tcW w:w="480" w:type="dxa"/>
          </w:tcPr>
          <w:p w14:paraId="63E117C7" w14:textId="77777777" w:rsidR="00C82644" w:rsidRDefault="005E6487">
            <w:r>
              <w:t>2</w:t>
            </w:r>
          </w:p>
        </w:tc>
        <w:tc>
          <w:tcPr>
            <w:tcW w:w="480" w:type="dxa"/>
          </w:tcPr>
          <w:p w14:paraId="4D5A22EE" w14:textId="77777777" w:rsidR="00C82644" w:rsidRDefault="005E6487">
            <w:r>
              <w:t>1</w:t>
            </w:r>
          </w:p>
        </w:tc>
        <w:tc>
          <w:tcPr>
            <w:tcW w:w="480" w:type="dxa"/>
          </w:tcPr>
          <w:p w14:paraId="15FAE50C" w14:textId="77777777" w:rsidR="00C82644" w:rsidRDefault="005E6487">
            <w:r>
              <w:t>3</w:t>
            </w:r>
          </w:p>
        </w:tc>
        <w:tc>
          <w:tcPr>
            <w:tcW w:w="480" w:type="dxa"/>
          </w:tcPr>
          <w:p w14:paraId="5531B601" w14:textId="77777777" w:rsidR="00C82644" w:rsidRDefault="005E6487">
            <w:r>
              <w:t>2</w:t>
            </w:r>
          </w:p>
        </w:tc>
        <w:tc>
          <w:tcPr>
            <w:tcW w:w="480" w:type="dxa"/>
          </w:tcPr>
          <w:p w14:paraId="6F202A7D" w14:textId="77777777" w:rsidR="00C82644" w:rsidRDefault="005E6487">
            <w:r>
              <w:t>1</w:t>
            </w:r>
          </w:p>
        </w:tc>
        <w:tc>
          <w:tcPr>
            <w:tcW w:w="480" w:type="dxa"/>
          </w:tcPr>
          <w:p w14:paraId="400AED5A" w14:textId="77777777" w:rsidR="00C82644" w:rsidRDefault="005E6487">
            <w:r>
              <w:t>2</w:t>
            </w:r>
          </w:p>
        </w:tc>
        <w:tc>
          <w:tcPr>
            <w:tcW w:w="480" w:type="dxa"/>
          </w:tcPr>
          <w:p w14:paraId="7E407DEB" w14:textId="77777777" w:rsidR="00C82644" w:rsidRDefault="005E6487">
            <w:r>
              <w:t>3</w:t>
            </w:r>
          </w:p>
        </w:tc>
        <w:tc>
          <w:tcPr>
            <w:tcW w:w="480" w:type="dxa"/>
          </w:tcPr>
          <w:p w14:paraId="0B2B939D" w14:textId="77777777" w:rsidR="00C82644" w:rsidRDefault="005E6487">
            <w:r>
              <w:t>-</w:t>
            </w:r>
          </w:p>
        </w:tc>
        <w:tc>
          <w:tcPr>
            <w:tcW w:w="480" w:type="dxa"/>
          </w:tcPr>
          <w:p w14:paraId="21CAAF99" w14:textId="77777777" w:rsidR="00C82644" w:rsidRDefault="005E6487">
            <w:r>
              <w:t>2</w:t>
            </w:r>
          </w:p>
        </w:tc>
        <w:tc>
          <w:tcPr>
            <w:tcW w:w="480" w:type="dxa"/>
          </w:tcPr>
          <w:p w14:paraId="77BF57F2" w14:textId="77777777" w:rsidR="00C82644" w:rsidRDefault="005E6487">
            <w:r>
              <w:t>-</w:t>
            </w:r>
          </w:p>
        </w:tc>
        <w:tc>
          <w:tcPr>
            <w:tcW w:w="480" w:type="dxa"/>
          </w:tcPr>
          <w:p w14:paraId="029DD72E" w14:textId="77777777" w:rsidR="00C82644" w:rsidRDefault="005E6487">
            <w:r>
              <w:t>-</w:t>
            </w:r>
          </w:p>
        </w:tc>
        <w:tc>
          <w:tcPr>
            <w:tcW w:w="480" w:type="dxa"/>
          </w:tcPr>
          <w:p w14:paraId="7C54A15A" w14:textId="77777777" w:rsidR="00C82644" w:rsidRDefault="005E6487">
            <w:r>
              <w:t>2</w:t>
            </w:r>
          </w:p>
        </w:tc>
        <w:tc>
          <w:tcPr>
            <w:tcW w:w="480" w:type="dxa"/>
          </w:tcPr>
          <w:p w14:paraId="55BEE8E4" w14:textId="77777777" w:rsidR="00C82644" w:rsidRDefault="005E6487">
            <w:r>
              <w:t>2</w:t>
            </w:r>
          </w:p>
        </w:tc>
        <w:tc>
          <w:tcPr>
            <w:tcW w:w="480" w:type="dxa"/>
          </w:tcPr>
          <w:p w14:paraId="17F952AA" w14:textId="77777777" w:rsidR="00C82644" w:rsidRDefault="005E6487">
            <w:r>
              <w:t>1</w:t>
            </w:r>
          </w:p>
        </w:tc>
        <w:tc>
          <w:tcPr>
            <w:tcW w:w="480" w:type="dxa"/>
          </w:tcPr>
          <w:p w14:paraId="52E50372" w14:textId="77777777" w:rsidR="00C82644" w:rsidRDefault="005E6487">
            <w:r>
              <w:t>1</w:t>
            </w:r>
          </w:p>
        </w:tc>
      </w:tr>
      <w:tr w:rsidR="00C82644" w14:paraId="5613A4E9" w14:textId="77777777">
        <w:tc>
          <w:tcPr>
            <w:tcW w:w="480" w:type="dxa"/>
            <w:vMerge/>
          </w:tcPr>
          <w:p w14:paraId="4EBB6329" w14:textId="77777777" w:rsidR="00C82644" w:rsidRDefault="00C82644"/>
        </w:tc>
        <w:tc>
          <w:tcPr>
            <w:tcW w:w="480" w:type="dxa"/>
            <w:vMerge/>
          </w:tcPr>
          <w:p w14:paraId="05D800D4" w14:textId="77777777" w:rsidR="00C82644" w:rsidRDefault="00C82644"/>
        </w:tc>
        <w:tc>
          <w:tcPr>
            <w:tcW w:w="480" w:type="dxa"/>
          </w:tcPr>
          <w:p w14:paraId="4AA46BD4" w14:textId="77777777" w:rsidR="00C82644" w:rsidRDefault="005E6487">
            <w:r>
              <w:t>CO11178.2</w:t>
            </w:r>
          </w:p>
        </w:tc>
        <w:tc>
          <w:tcPr>
            <w:tcW w:w="480" w:type="dxa"/>
          </w:tcPr>
          <w:p w14:paraId="20C9814E" w14:textId="77777777" w:rsidR="00C82644" w:rsidRDefault="005E6487">
            <w:r>
              <w:t>3</w:t>
            </w:r>
          </w:p>
        </w:tc>
        <w:tc>
          <w:tcPr>
            <w:tcW w:w="480" w:type="dxa"/>
          </w:tcPr>
          <w:p w14:paraId="6D724647" w14:textId="77777777" w:rsidR="00C82644" w:rsidRDefault="005E6487">
            <w:r>
              <w:t>1</w:t>
            </w:r>
          </w:p>
        </w:tc>
        <w:tc>
          <w:tcPr>
            <w:tcW w:w="480" w:type="dxa"/>
          </w:tcPr>
          <w:p w14:paraId="53FF13CB" w14:textId="77777777" w:rsidR="00C82644" w:rsidRDefault="005E6487">
            <w:r>
              <w:t>3</w:t>
            </w:r>
          </w:p>
        </w:tc>
        <w:tc>
          <w:tcPr>
            <w:tcW w:w="480" w:type="dxa"/>
          </w:tcPr>
          <w:p w14:paraId="7BA73247" w14:textId="77777777" w:rsidR="00C82644" w:rsidRDefault="005E6487">
            <w:r>
              <w:t>1</w:t>
            </w:r>
          </w:p>
        </w:tc>
        <w:tc>
          <w:tcPr>
            <w:tcW w:w="480" w:type="dxa"/>
          </w:tcPr>
          <w:p w14:paraId="5840BE56" w14:textId="77777777" w:rsidR="00C82644" w:rsidRDefault="005E6487">
            <w:r>
              <w:t>1</w:t>
            </w:r>
          </w:p>
        </w:tc>
        <w:tc>
          <w:tcPr>
            <w:tcW w:w="480" w:type="dxa"/>
          </w:tcPr>
          <w:p w14:paraId="46D2BC7D" w14:textId="77777777" w:rsidR="00C82644" w:rsidRDefault="005E6487">
            <w:r>
              <w:t>1</w:t>
            </w:r>
          </w:p>
        </w:tc>
        <w:tc>
          <w:tcPr>
            <w:tcW w:w="480" w:type="dxa"/>
          </w:tcPr>
          <w:p w14:paraId="1D95D9AF" w14:textId="77777777" w:rsidR="00C82644" w:rsidRDefault="005E6487">
            <w:r>
              <w:t>2</w:t>
            </w:r>
          </w:p>
        </w:tc>
        <w:tc>
          <w:tcPr>
            <w:tcW w:w="480" w:type="dxa"/>
          </w:tcPr>
          <w:p w14:paraId="18CCD2FD" w14:textId="77777777" w:rsidR="00C82644" w:rsidRDefault="005E6487">
            <w:r>
              <w:t>-</w:t>
            </w:r>
          </w:p>
        </w:tc>
        <w:tc>
          <w:tcPr>
            <w:tcW w:w="480" w:type="dxa"/>
          </w:tcPr>
          <w:p w14:paraId="04C6E12C" w14:textId="77777777" w:rsidR="00C82644" w:rsidRDefault="005E6487">
            <w:r>
              <w:t>3</w:t>
            </w:r>
          </w:p>
        </w:tc>
        <w:tc>
          <w:tcPr>
            <w:tcW w:w="480" w:type="dxa"/>
          </w:tcPr>
          <w:p w14:paraId="5CB8FD5F" w14:textId="77777777" w:rsidR="00C82644" w:rsidRDefault="005E6487">
            <w:r>
              <w:t>-</w:t>
            </w:r>
          </w:p>
        </w:tc>
        <w:tc>
          <w:tcPr>
            <w:tcW w:w="480" w:type="dxa"/>
          </w:tcPr>
          <w:p w14:paraId="3FDCFBAE" w14:textId="77777777" w:rsidR="00C82644" w:rsidRDefault="005E6487">
            <w:r>
              <w:t>-</w:t>
            </w:r>
          </w:p>
        </w:tc>
        <w:tc>
          <w:tcPr>
            <w:tcW w:w="480" w:type="dxa"/>
          </w:tcPr>
          <w:p w14:paraId="1BB017B5" w14:textId="77777777" w:rsidR="00C82644" w:rsidRDefault="005E6487">
            <w:r>
              <w:t>1</w:t>
            </w:r>
          </w:p>
        </w:tc>
        <w:tc>
          <w:tcPr>
            <w:tcW w:w="480" w:type="dxa"/>
          </w:tcPr>
          <w:p w14:paraId="4D8A37E5" w14:textId="77777777" w:rsidR="00C82644" w:rsidRDefault="005E6487">
            <w:r>
              <w:t>3</w:t>
            </w:r>
          </w:p>
        </w:tc>
        <w:tc>
          <w:tcPr>
            <w:tcW w:w="480" w:type="dxa"/>
          </w:tcPr>
          <w:p w14:paraId="4A8F2E6C" w14:textId="77777777" w:rsidR="00C82644" w:rsidRDefault="005E6487">
            <w:r>
              <w:t>3</w:t>
            </w:r>
          </w:p>
        </w:tc>
        <w:tc>
          <w:tcPr>
            <w:tcW w:w="480" w:type="dxa"/>
          </w:tcPr>
          <w:p w14:paraId="71F4C417" w14:textId="77777777" w:rsidR="00C82644" w:rsidRDefault="005E6487">
            <w:r>
              <w:t>3</w:t>
            </w:r>
          </w:p>
        </w:tc>
      </w:tr>
      <w:tr w:rsidR="00C82644" w14:paraId="3384C8FD" w14:textId="77777777">
        <w:tc>
          <w:tcPr>
            <w:tcW w:w="480" w:type="dxa"/>
            <w:vMerge/>
          </w:tcPr>
          <w:p w14:paraId="4AAA508A" w14:textId="77777777" w:rsidR="00C82644" w:rsidRDefault="00C82644"/>
        </w:tc>
        <w:tc>
          <w:tcPr>
            <w:tcW w:w="480" w:type="dxa"/>
            <w:vMerge/>
          </w:tcPr>
          <w:p w14:paraId="02E0AC6E" w14:textId="77777777" w:rsidR="00C82644" w:rsidRDefault="00C82644"/>
        </w:tc>
        <w:tc>
          <w:tcPr>
            <w:tcW w:w="480" w:type="dxa"/>
          </w:tcPr>
          <w:p w14:paraId="0043B9D4" w14:textId="77777777" w:rsidR="00C82644" w:rsidRDefault="005E6487">
            <w:r>
              <w:t>CO11178.3</w:t>
            </w:r>
          </w:p>
        </w:tc>
        <w:tc>
          <w:tcPr>
            <w:tcW w:w="480" w:type="dxa"/>
          </w:tcPr>
          <w:p w14:paraId="413CA088" w14:textId="77777777" w:rsidR="00C82644" w:rsidRDefault="005E6487">
            <w:r>
              <w:t>2</w:t>
            </w:r>
          </w:p>
        </w:tc>
        <w:tc>
          <w:tcPr>
            <w:tcW w:w="480" w:type="dxa"/>
          </w:tcPr>
          <w:p w14:paraId="4DE759D1" w14:textId="77777777" w:rsidR="00C82644" w:rsidRDefault="005E6487">
            <w:r>
              <w:t>2</w:t>
            </w:r>
          </w:p>
        </w:tc>
        <w:tc>
          <w:tcPr>
            <w:tcW w:w="480" w:type="dxa"/>
          </w:tcPr>
          <w:p w14:paraId="3F6D7D65" w14:textId="77777777" w:rsidR="00C82644" w:rsidRDefault="005E6487">
            <w:r>
              <w:t>2</w:t>
            </w:r>
          </w:p>
        </w:tc>
        <w:tc>
          <w:tcPr>
            <w:tcW w:w="480" w:type="dxa"/>
          </w:tcPr>
          <w:p w14:paraId="667056B1" w14:textId="77777777" w:rsidR="00C82644" w:rsidRDefault="005E6487">
            <w:r>
              <w:t>2</w:t>
            </w:r>
          </w:p>
        </w:tc>
        <w:tc>
          <w:tcPr>
            <w:tcW w:w="480" w:type="dxa"/>
          </w:tcPr>
          <w:p w14:paraId="7EBABDAE" w14:textId="77777777" w:rsidR="00C82644" w:rsidRDefault="005E6487">
            <w:r>
              <w:t>1</w:t>
            </w:r>
          </w:p>
        </w:tc>
        <w:tc>
          <w:tcPr>
            <w:tcW w:w="480" w:type="dxa"/>
          </w:tcPr>
          <w:p w14:paraId="5D0BC64D" w14:textId="77777777" w:rsidR="00C82644" w:rsidRDefault="005E6487">
            <w:r>
              <w:t>2</w:t>
            </w:r>
          </w:p>
        </w:tc>
        <w:tc>
          <w:tcPr>
            <w:tcW w:w="480" w:type="dxa"/>
          </w:tcPr>
          <w:p w14:paraId="27C36F2F" w14:textId="77777777" w:rsidR="00C82644" w:rsidRDefault="005E6487">
            <w:r>
              <w:t>1</w:t>
            </w:r>
          </w:p>
        </w:tc>
        <w:tc>
          <w:tcPr>
            <w:tcW w:w="480" w:type="dxa"/>
          </w:tcPr>
          <w:p w14:paraId="0F8D378B" w14:textId="77777777" w:rsidR="00C82644" w:rsidRDefault="005E6487">
            <w:r>
              <w:t>-</w:t>
            </w:r>
          </w:p>
        </w:tc>
        <w:tc>
          <w:tcPr>
            <w:tcW w:w="480" w:type="dxa"/>
          </w:tcPr>
          <w:p w14:paraId="37987E54" w14:textId="77777777" w:rsidR="00C82644" w:rsidRDefault="005E6487">
            <w:r>
              <w:t>1</w:t>
            </w:r>
          </w:p>
        </w:tc>
        <w:tc>
          <w:tcPr>
            <w:tcW w:w="480" w:type="dxa"/>
          </w:tcPr>
          <w:p w14:paraId="70332425" w14:textId="77777777" w:rsidR="00C82644" w:rsidRDefault="005E6487">
            <w:r>
              <w:t>-</w:t>
            </w:r>
          </w:p>
        </w:tc>
        <w:tc>
          <w:tcPr>
            <w:tcW w:w="480" w:type="dxa"/>
          </w:tcPr>
          <w:p w14:paraId="74FE9227" w14:textId="77777777" w:rsidR="00C82644" w:rsidRDefault="005E6487">
            <w:r>
              <w:t>-</w:t>
            </w:r>
          </w:p>
        </w:tc>
        <w:tc>
          <w:tcPr>
            <w:tcW w:w="480" w:type="dxa"/>
          </w:tcPr>
          <w:p w14:paraId="6539E5F7" w14:textId="77777777" w:rsidR="00C82644" w:rsidRDefault="005E6487">
            <w:r>
              <w:t>1</w:t>
            </w:r>
          </w:p>
        </w:tc>
        <w:tc>
          <w:tcPr>
            <w:tcW w:w="480" w:type="dxa"/>
          </w:tcPr>
          <w:p w14:paraId="7938220C" w14:textId="77777777" w:rsidR="00C82644" w:rsidRDefault="005E6487">
            <w:r>
              <w:t>1</w:t>
            </w:r>
          </w:p>
        </w:tc>
        <w:tc>
          <w:tcPr>
            <w:tcW w:w="480" w:type="dxa"/>
          </w:tcPr>
          <w:p w14:paraId="797F2715" w14:textId="77777777" w:rsidR="00C82644" w:rsidRDefault="005E6487">
            <w:r>
              <w:t>2</w:t>
            </w:r>
          </w:p>
        </w:tc>
        <w:tc>
          <w:tcPr>
            <w:tcW w:w="480" w:type="dxa"/>
          </w:tcPr>
          <w:p w14:paraId="1E0B533B" w14:textId="77777777" w:rsidR="00C82644" w:rsidRDefault="005E6487">
            <w:r>
              <w:t>1</w:t>
            </w:r>
          </w:p>
        </w:tc>
      </w:tr>
      <w:tr w:rsidR="00C82644" w14:paraId="601CE901" w14:textId="77777777">
        <w:tc>
          <w:tcPr>
            <w:tcW w:w="480" w:type="dxa"/>
            <w:vMerge/>
          </w:tcPr>
          <w:p w14:paraId="081F617D" w14:textId="77777777" w:rsidR="00C82644" w:rsidRDefault="00C82644"/>
        </w:tc>
        <w:tc>
          <w:tcPr>
            <w:tcW w:w="480" w:type="dxa"/>
            <w:vMerge/>
          </w:tcPr>
          <w:p w14:paraId="36EBA824" w14:textId="77777777" w:rsidR="00C82644" w:rsidRDefault="00C82644"/>
        </w:tc>
        <w:tc>
          <w:tcPr>
            <w:tcW w:w="480" w:type="dxa"/>
          </w:tcPr>
          <w:p w14:paraId="099E3B9B" w14:textId="77777777" w:rsidR="00C82644" w:rsidRDefault="005E6487">
            <w:r>
              <w:t>CO11178.4</w:t>
            </w:r>
          </w:p>
        </w:tc>
        <w:tc>
          <w:tcPr>
            <w:tcW w:w="480" w:type="dxa"/>
          </w:tcPr>
          <w:p w14:paraId="16616A93" w14:textId="77777777" w:rsidR="00C82644" w:rsidRDefault="005E6487">
            <w:r>
              <w:t>3</w:t>
            </w:r>
          </w:p>
        </w:tc>
        <w:tc>
          <w:tcPr>
            <w:tcW w:w="480" w:type="dxa"/>
          </w:tcPr>
          <w:p w14:paraId="324244E6" w14:textId="77777777" w:rsidR="00C82644" w:rsidRDefault="005E6487">
            <w:r>
              <w:t>2</w:t>
            </w:r>
          </w:p>
        </w:tc>
        <w:tc>
          <w:tcPr>
            <w:tcW w:w="480" w:type="dxa"/>
          </w:tcPr>
          <w:p w14:paraId="3359E793" w14:textId="77777777" w:rsidR="00C82644" w:rsidRDefault="005E6487">
            <w:r>
              <w:t>1</w:t>
            </w:r>
          </w:p>
        </w:tc>
        <w:tc>
          <w:tcPr>
            <w:tcW w:w="480" w:type="dxa"/>
          </w:tcPr>
          <w:p w14:paraId="1B15B8D6" w14:textId="77777777" w:rsidR="00C82644" w:rsidRDefault="005E6487">
            <w:r>
              <w:t>3</w:t>
            </w:r>
          </w:p>
        </w:tc>
        <w:tc>
          <w:tcPr>
            <w:tcW w:w="480" w:type="dxa"/>
          </w:tcPr>
          <w:p w14:paraId="2B60B9B1" w14:textId="77777777" w:rsidR="00C82644" w:rsidRDefault="005E6487">
            <w:r>
              <w:t>3</w:t>
            </w:r>
          </w:p>
        </w:tc>
        <w:tc>
          <w:tcPr>
            <w:tcW w:w="480" w:type="dxa"/>
          </w:tcPr>
          <w:p w14:paraId="38C08DDF" w14:textId="77777777" w:rsidR="00C82644" w:rsidRDefault="005E6487">
            <w:r>
              <w:t>1</w:t>
            </w:r>
          </w:p>
        </w:tc>
        <w:tc>
          <w:tcPr>
            <w:tcW w:w="480" w:type="dxa"/>
          </w:tcPr>
          <w:p w14:paraId="4E0F844B" w14:textId="77777777" w:rsidR="00C82644" w:rsidRDefault="005E6487">
            <w:r>
              <w:t>1</w:t>
            </w:r>
          </w:p>
        </w:tc>
        <w:tc>
          <w:tcPr>
            <w:tcW w:w="480" w:type="dxa"/>
          </w:tcPr>
          <w:p w14:paraId="44531ABF" w14:textId="77777777" w:rsidR="00C82644" w:rsidRDefault="005E6487">
            <w:r>
              <w:t>-</w:t>
            </w:r>
          </w:p>
        </w:tc>
        <w:tc>
          <w:tcPr>
            <w:tcW w:w="480" w:type="dxa"/>
          </w:tcPr>
          <w:p w14:paraId="4335E1A3" w14:textId="77777777" w:rsidR="00C82644" w:rsidRDefault="005E6487">
            <w:r>
              <w:t>2</w:t>
            </w:r>
          </w:p>
        </w:tc>
        <w:tc>
          <w:tcPr>
            <w:tcW w:w="480" w:type="dxa"/>
          </w:tcPr>
          <w:p w14:paraId="051DF24D" w14:textId="77777777" w:rsidR="00C82644" w:rsidRDefault="005E6487">
            <w:r>
              <w:t>-</w:t>
            </w:r>
          </w:p>
        </w:tc>
        <w:tc>
          <w:tcPr>
            <w:tcW w:w="480" w:type="dxa"/>
          </w:tcPr>
          <w:p w14:paraId="68E51D68" w14:textId="77777777" w:rsidR="00C82644" w:rsidRDefault="005E6487">
            <w:r>
              <w:t>-</w:t>
            </w:r>
          </w:p>
        </w:tc>
        <w:tc>
          <w:tcPr>
            <w:tcW w:w="480" w:type="dxa"/>
          </w:tcPr>
          <w:p w14:paraId="38A609C8" w14:textId="77777777" w:rsidR="00C82644" w:rsidRDefault="005E6487">
            <w:r>
              <w:t>1</w:t>
            </w:r>
          </w:p>
        </w:tc>
        <w:tc>
          <w:tcPr>
            <w:tcW w:w="480" w:type="dxa"/>
          </w:tcPr>
          <w:p w14:paraId="54D1FFD1" w14:textId="77777777" w:rsidR="00C82644" w:rsidRDefault="005E6487">
            <w:r>
              <w:t>2</w:t>
            </w:r>
          </w:p>
        </w:tc>
        <w:tc>
          <w:tcPr>
            <w:tcW w:w="480" w:type="dxa"/>
          </w:tcPr>
          <w:p w14:paraId="174FDDAE" w14:textId="77777777" w:rsidR="00C82644" w:rsidRDefault="005E6487">
            <w:r>
              <w:t>1</w:t>
            </w:r>
          </w:p>
        </w:tc>
        <w:tc>
          <w:tcPr>
            <w:tcW w:w="480" w:type="dxa"/>
          </w:tcPr>
          <w:p w14:paraId="6DF80D23" w14:textId="77777777" w:rsidR="00C82644" w:rsidRDefault="005E6487">
            <w:r>
              <w:t>3</w:t>
            </w:r>
          </w:p>
        </w:tc>
      </w:tr>
      <w:tr w:rsidR="00C82644" w14:paraId="72065323" w14:textId="77777777">
        <w:tc>
          <w:tcPr>
            <w:tcW w:w="480" w:type="dxa"/>
            <w:vMerge/>
          </w:tcPr>
          <w:p w14:paraId="5023BDC7" w14:textId="77777777" w:rsidR="00C82644" w:rsidRDefault="00C82644"/>
        </w:tc>
        <w:tc>
          <w:tcPr>
            <w:tcW w:w="480" w:type="dxa"/>
            <w:vMerge/>
          </w:tcPr>
          <w:p w14:paraId="06346326" w14:textId="77777777" w:rsidR="00C82644" w:rsidRDefault="00C82644"/>
        </w:tc>
        <w:tc>
          <w:tcPr>
            <w:tcW w:w="480" w:type="dxa"/>
          </w:tcPr>
          <w:p w14:paraId="22CC52D7" w14:textId="77777777" w:rsidR="00C82644" w:rsidRDefault="005E6487">
            <w:r>
              <w:t>CO11178.5</w:t>
            </w:r>
          </w:p>
        </w:tc>
        <w:tc>
          <w:tcPr>
            <w:tcW w:w="480" w:type="dxa"/>
          </w:tcPr>
          <w:p w14:paraId="1392D820" w14:textId="77777777" w:rsidR="00C82644" w:rsidRDefault="005E6487">
            <w:r>
              <w:t>2</w:t>
            </w:r>
          </w:p>
        </w:tc>
        <w:tc>
          <w:tcPr>
            <w:tcW w:w="480" w:type="dxa"/>
          </w:tcPr>
          <w:p w14:paraId="037A0B2F" w14:textId="77777777" w:rsidR="00C82644" w:rsidRDefault="005E6487">
            <w:r>
              <w:t>2</w:t>
            </w:r>
          </w:p>
        </w:tc>
        <w:tc>
          <w:tcPr>
            <w:tcW w:w="480" w:type="dxa"/>
          </w:tcPr>
          <w:p w14:paraId="7C0BCF74" w14:textId="77777777" w:rsidR="00C82644" w:rsidRDefault="005E6487">
            <w:r>
              <w:t>3</w:t>
            </w:r>
          </w:p>
        </w:tc>
        <w:tc>
          <w:tcPr>
            <w:tcW w:w="480" w:type="dxa"/>
          </w:tcPr>
          <w:p w14:paraId="6C229CFC" w14:textId="77777777" w:rsidR="00C82644" w:rsidRDefault="005E6487">
            <w:r>
              <w:t>3</w:t>
            </w:r>
          </w:p>
        </w:tc>
        <w:tc>
          <w:tcPr>
            <w:tcW w:w="480" w:type="dxa"/>
          </w:tcPr>
          <w:p w14:paraId="06ED5587" w14:textId="77777777" w:rsidR="00C82644" w:rsidRDefault="005E6487">
            <w:r>
              <w:t>3</w:t>
            </w:r>
          </w:p>
        </w:tc>
        <w:tc>
          <w:tcPr>
            <w:tcW w:w="480" w:type="dxa"/>
          </w:tcPr>
          <w:p w14:paraId="59F6D7C2" w14:textId="77777777" w:rsidR="00C82644" w:rsidRDefault="005E6487">
            <w:r>
              <w:t>2</w:t>
            </w:r>
          </w:p>
        </w:tc>
        <w:tc>
          <w:tcPr>
            <w:tcW w:w="480" w:type="dxa"/>
          </w:tcPr>
          <w:p w14:paraId="6DC024C3" w14:textId="77777777" w:rsidR="00C82644" w:rsidRDefault="005E6487">
            <w:r>
              <w:t>1</w:t>
            </w:r>
          </w:p>
        </w:tc>
        <w:tc>
          <w:tcPr>
            <w:tcW w:w="480" w:type="dxa"/>
          </w:tcPr>
          <w:p w14:paraId="7F4F2D45" w14:textId="77777777" w:rsidR="00C82644" w:rsidRDefault="005E6487">
            <w:r>
              <w:t>-</w:t>
            </w:r>
          </w:p>
        </w:tc>
        <w:tc>
          <w:tcPr>
            <w:tcW w:w="480" w:type="dxa"/>
          </w:tcPr>
          <w:p w14:paraId="1B88A794" w14:textId="77777777" w:rsidR="00C82644" w:rsidRDefault="005E6487">
            <w:r>
              <w:t>2</w:t>
            </w:r>
          </w:p>
        </w:tc>
        <w:tc>
          <w:tcPr>
            <w:tcW w:w="480" w:type="dxa"/>
          </w:tcPr>
          <w:p w14:paraId="6491A7D0" w14:textId="77777777" w:rsidR="00C82644" w:rsidRDefault="005E6487">
            <w:r>
              <w:t>-</w:t>
            </w:r>
          </w:p>
        </w:tc>
        <w:tc>
          <w:tcPr>
            <w:tcW w:w="480" w:type="dxa"/>
          </w:tcPr>
          <w:p w14:paraId="42DFC89A" w14:textId="77777777" w:rsidR="00C82644" w:rsidRDefault="005E6487">
            <w:r>
              <w:t>-</w:t>
            </w:r>
          </w:p>
        </w:tc>
        <w:tc>
          <w:tcPr>
            <w:tcW w:w="480" w:type="dxa"/>
          </w:tcPr>
          <w:p w14:paraId="1E1FA752" w14:textId="77777777" w:rsidR="00C82644" w:rsidRDefault="005E6487">
            <w:r>
              <w:t>1</w:t>
            </w:r>
          </w:p>
        </w:tc>
        <w:tc>
          <w:tcPr>
            <w:tcW w:w="480" w:type="dxa"/>
          </w:tcPr>
          <w:p w14:paraId="3F62B36E" w14:textId="77777777" w:rsidR="00C82644" w:rsidRDefault="005E6487">
            <w:r>
              <w:t>3</w:t>
            </w:r>
          </w:p>
        </w:tc>
        <w:tc>
          <w:tcPr>
            <w:tcW w:w="480" w:type="dxa"/>
          </w:tcPr>
          <w:p w14:paraId="488A571B" w14:textId="77777777" w:rsidR="00C82644" w:rsidRDefault="005E6487">
            <w:r>
              <w:t>2</w:t>
            </w:r>
          </w:p>
        </w:tc>
        <w:tc>
          <w:tcPr>
            <w:tcW w:w="480" w:type="dxa"/>
          </w:tcPr>
          <w:p w14:paraId="7E3C7FF8" w14:textId="77777777" w:rsidR="00C82644" w:rsidRDefault="005E6487">
            <w:r>
              <w:t>2</w:t>
            </w:r>
          </w:p>
        </w:tc>
      </w:tr>
      <w:tr w:rsidR="00C82644" w14:paraId="5C8209BB" w14:textId="77777777">
        <w:tc>
          <w:tcPr>
            <w:tcW w:w="480" w:type="dxa"/>
            <w:vMerge/>
          </w:tcPr>
          <w:p w14:paraId="77B06444" w14:textId="77777777" w:rsidR="00C82644" w:rsidRDefault="00C82644"/>
        </w:tc>
        <w:tc>
          <w:tcPr>
            <w:tcW w:w="480" w:type="dxa"/>
            <w:vMerge/>
          </w:tcPr>
          <w:p w14:paraId="45037CF7" w14:textId="77777777" w:rsidR="00C82644" w:rsidRDefault="00C82644"/>
        </w:tc>
        <w:tc>
          <w:tcPr>
            <w:tcW w:w="480" w:type="dxa"/>
          </w:tcPr>
          <w:p w14:paraId="31DDD7BD" w14:textId="77777777" w:rsidR="00C82644" w:rsidRDefault="005E6487">
            <w:r>
              <w:t>CO11178</w:t>
            </w:r>
          </w:p>
        </w:tc>
        <w:tc>
          <w:tcPr>
            <w:tcW w:w="480" w:type="dxa"/>
          </w:tcPr>
          <w:p w14:paraId="26AA367E" w14:textId="77777777" w:rsidR="00C82644" w:rsidRDefault="005E6487">
            <w:r>
              <w:t>2.4</w:t>
            </w:r>
          </w:p>
        </w:tc>
        <w:tc>
          <w:tcPr>
            <w:tcW w:w="480" w:type="dxa"/>
          </w:tcPr>
          <w:p w14:paraId="6AF94887" w14:textId="77777777" w:rsidR="00C82644" w:rsidRDefault="005E6487">
            <w:r>
              <w:t>1.6</w:t>
            </w:r>
          </w:p>
        </w:tc>
        <w:tc>
          <w:tcPr>
            <w:tcW w:w="480" w:type="dxa"/>
          </w:tcPr>
          <w:p w14:paraId="78604B31" w14:textId="77777777" w:rsidR="00C82644" w:rsidRDefault="005E6487">
            <w:r>
              <w:t>2.4</w:t>
            </w:r>
          </w:p>
        </w:tc>
        <w:tc>
          <w:tcPr>
            <w:tcW w:w="480" w:type="dxa"/>
          </w:tcPr>
          <w:p w14:paraId="21318339" w14:textId="77777777" w:rsidR="00C82644" w:rsidRDefault="005E6487">
            <w:r>
              <w:t>2.2</w:t>
            </w:r>
          </w:p>
        </w:tc>
        <w:tc>
          <w:tcPr>
            <w:tcW w:w="480" w:type="dxa"/>
          </w:tcPr>
          <w:p w14:paraId="0383F542" w14:textId="77777777" w:rsidR="00C82644" w:rsidRDefault="005E6487">
            <w:r>
              <w:t>1.8</w:t>
            </w:r>
          </w:p>
        </w:tc>
        <w:tc>
          <w:tcPr>
            <w:tcW w:w="480" w:type="dxa"/>
          </w:tcPr>
          <w:p w14:paraId="78648664" w14:textId="77777777" w:rsidR="00C82644" w:rsidRDefault="005E6487">
            <w:r>
              <w:t>1.6</w:t>
            </w:r>
          </w:p>
        </w:tc>
        <w:tc>
          <w:tcPr>
            <w:tcW w:w="480" w:type="dxa"/>
          </w:tcPr>
          <w:p w14:paraId="4384AAFB" w14:textId="77777777" w:rsidR="00C82644" w:rsidRDefault="005E6487">
            <w:r>
              <w:t>1.6</w:t>
            </w:r>
          </w:p>
        </w:tc>
        <w:tc>
          <w:tcPr>
            <w:tcW w:w="480" w:type="dxa"/>
          </w:tcPr>
          <w:p w14:paraId="53A03460" w14:textId="77777777" w:rsidR="00C82644" w:rsidRDefault="005E6487">
            <w:r>
              <w:t>-</w:t>
            </w:r>
          </w:p>
        </w:tc>
        <w:tc>
          <w:tcPr>
            <w:tcW w:w="480" w:type="dxa"/>
          </w:tcPr>
          <w:p w14:paraId="440634DF" w14:textId="77777777" w:rsidR="00C82644" w:rsidRDefault="005E6487">
            <w:r>
              <w:t>2.0</w:t>
            </w:r>
          </w:p>
        </w:tc>
        <w:tc>
          <w:tcPr>
            <w:tcW w:w="480" w:type="dxa"/>
          </w:tcPr>
          <w:p w14:paraId="3D271B5D" w14:textId="77777777" w:rsidR="00C82644" w:rsidRDefault="005E6487">
            <w:r>
              <w:t>-</w:t>
            </w:r>
          </w:p>
        </w:tc>
        <w:tc>
          <w:tcPr>
            <w:tcW w:w="480" w:type="dxa"/>
          </w:tcPr>
          <w:p w14:paraId="20519C26" w14:textId="77777777" w:rsidR="00C82644" w:rsidRDefault="005E6487">
            <w:r>
              <w:t>-</w:t>
            </w:r>
          </w:p>
        </w:tc>
        <w:tc>
          <w:tcPr>
            <w:tcW w:w="480" w:type="dxa"/>
          </w:tcPr>
          <w:p w14:paraId="75E01DB7" w14:textId="77777777" w:rsidR="00C82644" w:rsidRDefault="005E6487">
            <w:r>
              <w:t>1.2</w:t>
            </w:r>
          </w:p>
        </w:tc>
        <w:tc>
          <w:tcPr>
            <w:tcW w:w="480" w:type="dxa"/>
          </w:tcPr>
          <w:p w14:paraId="31E0F35C" w14:textId="77777777" w:rsidR="00C82644" w:rsidRDefault="005E6487">
            <w:r>
              <w:t>2.2</w:t>
            </w:r>
          </w:p>
        </w:tc>
        <w:tc>
          <w:tcPr>
            <w:tcW w:w="480" w:type="dxa"/>
          </w:tcPr>
          <w:p w14:paraId="1DE4F042" w14:textId="77777777" w:rsidR="00C82644" w:rsidRDefault="005E6487">
            <w:r>
              <w:t>1.8</w:t>
            </w:r>
          </w:p>
        </w:tc>
        <w:tc>
          <w:tcPr>
            <w:tcW w:w="480" w:type="dxa"/>
          </w:tcPr>
          <w:p w14:paraId="72E1D3AA" w14:textId="77777777" w:rsidR="00C82644" w:rsidRDefault="005E6487">
            <w:r>
              <w:t>2.0</w:t>
            </w:r>
          </w:p>
        </w:tc>
      </w:tr>
    </w:tbl>
    <w:p w14:paraId="03BC3735" w14:textId="77777777" w:rsidR="009F5405" w:rsidRPr="001E7BED" w:rsidRDefault="005E6487" w:rsidP="00084D66">
      <w:pPr>
        <w:rPr>
          <w:rFonts w:ascii="Times New Roman" w:hAnsi="Times New Roman" w:cs="Times New Roman"/>
        </w:rPr>
      </w:pPr>
      <w:r w:rsidRPr="001E7BED">
        <w:rPr>
          <w:rFonts w:ascii="Times New Roman" w:hAnsi="Times New Roman" w:cs="Times New Roman"/>
        </w:rPr>
        <w:t>1 = Weakly Mapped</w:t>
      </w:r>
      <w:r w:rsidRPr="001E7BED">
        <w:rPr>
          <w:rFonts w:ascii="Times New Roman" w:hAnsi="Times New Roman" w:cs="Times New Roman"/>
        </w:rPr>
        <w:br/>
        <w:t>2 = Moderately Mapped</w:t>
      </w:r>
      <w:r w:rsidRPr="001E7BED">
        <w:rPr>
          <w:rFonts w:ascii="Times New Roman" w:hAnsi="Times New Roman" w:cs="Times New Roman"/>
        </w:rPr>
        <w:br/>
        <w:t>3 = Strongly Mapped</w:t>
      </w:r>
    </w:p>
    <w:p w14:paraId="669EB1C9" w14:textId="77777777" w:rsidR="00C82644" w:rsidRDefault="005E6487">
      <w:r>
        <w:br w:type="page"/>
      </w:r>
    </w:p>
    <w:p w14:paraId="71175B6F" w14:textId="77777777" w:rsidR="00C82644" w:rsidRDefault="00C82644"/>
    <w:sectPr w:rsidR="00D0152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00"/>
    <w:family w:val="roman"/>
    <w:notTrueType/>
    <w:pitch w:val="default"/>
  </w:font>
  <w:font w:name="Swis721 Cn BT">
    <w:panose1 w:val="00000000000000000000"/>
    <w:charset w:val="00"/>
    <w:family w:val="roman"/>
    <w:notTrueType/>
    <w:pitch w:val="default"/>
  </w:font>
  <w:font w:name="CIDFont">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5F07276"/>
    <w:multiLevelType w:val="multilevel"/>
    <w:tmpl w:val="D3609B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41690"/>
    <w:rsid w:val="0029639D"/>
    <w:rsid w:val="00326F90"/>
    <w:rsid w:val="005E6487"/>
    <w:rsid w:val="00622F5E"/>
    <w:rsid w:val="00666D88"/>
    <w:rsid w:val="007B034F"/>
    <w:rsid w:val="009F5405"/>
    <w:rsid w:val="00AA1D8D"/>
    <w:rsid w:val="00B26682"/>
    <w:rsid w:val="00B47730"/>
    <w:rsid w:val="00C82644"/>
    <w:rsid w:val="00CB0664"/>
    <w:rsid w:val="00D0152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EDFD36"/>
  <w14:defaultImageDpi w14:val="300"/>
  <w15:docId w15:val="{849634F3-6BBA-1B4B-BAA3-2BA21FBBC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71302">
      <w:bodyDiv w:val="1"/>
      <w:marLeft w:val="0"/>
      <w:marRight w:val="0"/>
      <w:marTop w:val="0"/>
      <w:marBottom w:val="0"/>
      <w:divBdr>
        <w:top w:val="none" w:sz="0" w:space="0" w:color="auto"/>
        <w:left w:val="none" w:sz="0" w:space="0" w:color="auto"/>
        <w:bottom w:val="none" w:sz="0" w:space="0" w:color="auto"/>
        <w:right w:val="none" w:sz="0" w:space="0" w:color="auto"/>
      </w:divBdr>
    </w:div>
    <w:div w:id="287396295">
      <w:bodyDiv w:val="1"/>
      <w:marLeft w:val="0"/>
      <w:marRight w:val="0"/>
      <w:marTop w:val="0"/>
      <w:marBottom w:val="0"/>
      <w:divBdr>
        <w:top w:val="none" w:sz="0" w:space="0" w:color="auto"/>
        <w:left w:val="none" w:sz="0" w:space="0" w:color="auto"/>
        <w:bottom w:val="none" w:sz="0" w:space="0" w:color="auto"/>
        <w:right w:val="none" w:sz="0" w:space="0" w:color="auto"/>
      </w:divBdr>
    </w:div>
    <w:div w:id="1516142435">
      <w:bodyDiv w:val="1"/>
      <w:marLeft w:val="0"/>
      <w:marRight w:val="0"/>
      <w:marTop w:val="0"/>
      <w:marBottom w:val="0"/>
      <w:divBdr>
        <w:top w:val="none" w:sz="0" w:space="0" w:color="auto"/>
        <w:left w:val="none" w:sz="0" w:space="0" w:color="auto"/>
        <w:bottom w:val="none" w:sz="0" w:space="0" w:color="auto"/>
        <w:right w:val="none" w:sz="0" w:space="0" w:color="auto"/>
      </w:divBdr>
    </w:div>
    <w:div w:id="1558128851">
      <w:bodyDiv w:val="1"/>
      <w:marLeft w:val="0"/>
      <w:marRight w:val="0"/>
      <w:marTop w:val="0"/>
      <w:marBottom w:val="0"/>
      <w:divBdr>
        <w:top w:val="none" w:sz="0" w:space="0" w:color="auto"/>
        <w:left w:val="none" w:sz="0" w:space="0" w:color="auto"/>
        <w:bottom w:val="none" w:sz="0" w:space="0" w:color="auto"/>
        <w:right w:val="none" w:sz="0" w:space="0" w:color="auto"/>
      </w:divBdr>
    </w:div>
    <w:div w:id="1919513193">
      <w:bodyDiv w:val="1"/>
      <w:marLeft w:val="0"/>
      <w:marRight w:val="0"/>
      <w:marTop w:val="0"/>
      <w:marBottom w:val="0"/>
      <w:divBdr>
        <w:top w:val="none" w:sz="0" w:space="0" w:color="auto"/>
        <w:left w:val="none" w:sz="0" w:space="0" w:color="auto"/>
        <w:bottom w:val="none" w:sz="0" w:space="0" w:color="auto"/>
        <w:right w:val="none" w:sz="0" w:space="0" w:color="auto"/>
      </w:divBdr>
    </w:div>
    <w:div w:id="1948854665">
      <w:bodyDiv w:val="1"/>
      <w:marLeft w:val="0"/>
      <w:marRight w:val="0"/>
      <w:marTop w:val="0"/>
      <w:marBottom w:val="0"/>
      <w:divBdr>
        <w:top w:val="none" w:sz="0" w:space="0" w:color="auto"/>
        <w:left w:val="none" w:sz="0" w:space="0" w:color="auto"/>
        <w:bottom w:val="none" w:sz="0" w:space="0" w:color="auto"/>
        <w:right w:val="none" w:sz="0" w:space="0" w:color="auto"/>
      </w:divBdr>
    </w:div>
    <w:div w:id="20988210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2FF4B-F57F-451C-919A-3BD8FA46B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359</Pages>
  <Words>82296</Words>
  <Characters>469088</Characters>
  <Application>Microsoft Office Word</Application>
  <DocSecurity>0</DocSecurity>
  <Lines>3909</Lines>
  <Paragraphs>1100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550284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6</cp:revision>
  <dcterms:created xsi:type="dcterms:W3CDTF">2013-12-23T23:15:00Z</dcterms:created>
  <dcterms:modified xsi:type="dcterms:W3CDTF">2026-06-17T06:38:00Z</dcterms:modified>
  <cp:category/>
</cp:coreProperties>
</file>