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spacing w:after="40"/>
        <w:jc w:val="center"/>
      </w:pPr>
      <w:r>
        <w:rPr>
          <w:rFonts w:ascii="Times New Roman" w:hAnsi="Times New Roman"/>
          <w:b/>
          <w:sz w:val="26"/>
        </w:rPr>
        <w:t>ADAMAS UNIVERSITY</w:t>
      </w:r>
    </w:p>
    <w:p>
      <w:pPr>
        <w:spacing w:after="40"/>
        <w:jc w:val="center"/>
      </w:pPr>
      <w:r>
        <w:rPr>
          <w:rFonts w:ascii="Times New Roman" w:hAnsi="Times New Roman"/>
          <w:b w:val="0"/>
          <w:sz w:val="22"/>
        </w:rPr>
        <w:t>School of Engineering &amp; Technology</w:t>
      </w:r>
    </w:p>
    <w:p>
      <w:pPr>
        <w:spacing w:after="200"/>
        <w:jc w:val="center"/>
      </w:pPr>
      <w:r>
        <w:rPr>
          <w:rFonts w:ascii="Times New Roman" w:hAnsi="Times New Roman"/>
          <w:b w:val="0"/>
          <w:sz w:val="22"/>
        </w:rPr>
        <w:t>B.Tech. CSE — Specialization: Cloud Computing</w:t>
      </w:r>
    </w:p>
    <w:p>
      <w:pPr>
        <w:spacing w:after="40"/>
        <w:jc w:val="center"/>
      </w:pPr>
      <w:r>
        <w:rPr>
          <w:rFonts w:ascii="Times New Roman" w:hAnsi="Times New Roman"/>
          <w:b/>
          <w:color w:val="1F3B63"/>
          <w:sz w:val="30"/>
        </w:rPr>
        <w:t>Parallel Processing Lab  (CSE12176)</w:t>
      </w:r>
    </w:p>
    <w:p>
      <w:pPr>
        <w:spacing w:after="240"/>
        <w:jc w:val="center"/>
      </w:pPr>
      <w:r>
        <w:rPr>
          <w:rFonts w:ascii="Times New Roman" w:hAnsi="Times New Roman"/>
          <w:b w:val="0"/>
          <w:color w:val="444444"/>
          <w:sz w:val="21"/>
        </w:rPr>
        <w:t>Specialization Lab – I  |  Semester IV</w:t>
      </w:r>
    </w:p>
    <w:tbl>
      <w:tblPr>
        <w:tblW w:w="10485" w:type="dxa"/>
        <w:tblLook w:val="04A0" w:firstRow="1" w:lastRow="0" w:firstColumn="1" w:lastColumn="0" w:noHBand="0" w:noVBand="1"/>
      </w:tblPr>
      <w:tblGrid>
        <w:gridCol w:w="2689"/>
        <w:gridCol w:w="6095"/>
        <w:gridCol w:w="425"/>
        <w:gridCol w:w="425"/>
        <w:gridCol w:w="426"/>
        <w:gridCol w:w="425"/>
      </w:tblGrid>
      <w:tr w:rsidR="00084D66" w:rsidRPr="001E7BED" w14:paraId="0B2891B1" w14:textId="77777777" w:rsidTr="000701DC">
        <w:tc>
          <w:tcPr>
            <w:tcW w:w="2689" w:type="dxa"/>
          </w:tcPr>
          <w:p w14:paraId="04AF4A78" w14:textId="77777777" w:rsidR="009F5405" w:rsidRPr="001E7BED" w:rsidRDefault="005E6487" w:rsidP="00084D66">
            <w:pPr>
              <w:rPr>
                <w:rFonts w:ascii="Times New Roman" w:eastAsia="Calibri" w:hAnsi="Times New Roman" w:cs="Times New Roman"/>
                <w:b/>
                <w:bCs/>
              </w:rPr>
            </w:pPr>
            <w:r w:rsidRPr="001E7BED">
              <w:rPr>
                <w:rFonts w:ascii="Times New Roman" w:eastAsia="Calibri" w:hAnsi="Times New Roman" w:cs="Times New Roman"/>
                <w:b/>
                <w:bCs/>
              </w:rPr>
              <w:t>CSE12176</w:t>
            </w:r>
          </w:p>
        </w:tc>
        <w:tc>
          <w:tcPr>
            <w:tcW w:w="6095" w:type="dxa"/>
          </w:tcPr>
          <w:p w14:paraId="53C89843" w14:textId="77777777" w:rsidR="009F5405" w:rsidRPr="001E7BED" w:rsidRDefault="005E6487" w:rsidP="00084D66">
            <w:pPr>
              <w:rPr>
                <w:rFonts w:ascii="Times New Roman" w:eastAsia="Calibri" w:hAnsi="Times New Roman" w:cs="Times New Roman"/>
                <w:b/>
                <w:bCs/>
              </w:rPr>
            </w:pPr>
            <w:r w:rsidRPr="001E7BED">
              <w:rPr>
                <w:rFonts w:ascii="Times New Roman" w:eastAsia="Calibri" w:hAnsi="Times New Roman" w:cs="Times New Roman"/>
                <w:b/>
                <w:bCs/>
              </w:rPr>
              <w:t>Parallel Processing</w:t>
            </w:r>
            <w:r>
              <w:rPr>
                <w:rFonts w:ascii="Times New Roman" w:eastAsia="Calibri" w:hAnsi="Times New Roman" w:cs="Times New Roman"/>
                <w:b/>
                <w:bCs/>
              </w:rPr>
              <w:t xml:space="preserve"> Lab</w:t>
            </w:r>
          </w:p>
        </w:tc>
        <w:tc>
          <w:tcPr>
            <w:tcW w:w="425" w:type="dxa"/>
          </w:tcPr>
          <w:p w14:paraId="518624CB" w14:textId="77777777" w:rsidR="009F5405" w:rsidRPr="001E7BED" w:rsidRDefault="005E6487" w:rsidP="00084D66">
            <w:pPr>
              <w:rPr>
                <w:rFonts w:ascii="Times New Roman" w:eastAsia="Calibri" w:hAnsi="Times New Roman" w:cs="Times New Roman"/>
                <w:b/>
                <w:bCs/>
              </w:rPr>
            </w:pPr>
            <w:r w:rsidRPr="001E7BED">
              <w:rPr>
                <w:rFonts w:ascii="Times New Roman" w:eastAsia="Calibri" w:hAnsi="Times New Roman" w:cs="Times New Roman"/>
                <w:b/>
                <w:bCs/>
              </w:rPr>
              <w:t>L</w:t>
            </w:r>
          </w:p>
        </w:tc>
        <w:tc>
          <w:tcPr>
            <w:tcW w:w="425" w:type="dxa"/>
          </w:tcPr>
          <w:p w14:paraId="223E7383" w14:textId="77777777" w:rsidR="009F5405" w:rsidRPr="001E7BED" w:rsidRDefault="005E6487" w:rsidP="00084D66">
            <w:pPr>
              <w:rPr>
                <w:rFonts w:ascii="Times New Roman" w:eastAsia="Calibri" w:hAnsi="Times New Roman" w:cs="Times New Roman"/>
                <w:b/>
                <w:bCs/>
              </w:rPr>
            </w:pPr>
            <w:r w:rsidRPr="001E7BED">
              <w:rPr>
                <w:rFonts w:ascii="Times New Roman" w:eastAsia="Calibri" w:hAnsi="Times New Roman" w:cs="Times New Roman"/>
                <w:b/>
                <w:bCs/>
              </w:rPr>
              <w:t>T</w:t>
            </w:r>
          </w:p>
        </w:tc>
        <w:tc>
          <w:tcPr>
            <w:tcW w:w="426" w:type="dxa"/>
          </w:tcPr>
          <w:p w14:paraId="50E2346B" w14:textId="77777777" w:rsidR="009F5405" w:rsidRPr="001E7BED" w:rsidRDefault="005E6487" w:rsidP="00084D66">
            <w:pPr>
              <w:rPr>
                <w:rFonts w:ascii="Times New Roman" w:eastAsia="Calibri" w:hAnsi="Times New Roman" w:cs="Times New Roman"/>
                <w:b/>
                <w:bCs/>
              </w:rPr>
            </w:pPr>
            <w:r w:rsidRPr="001E7BED">
              <w:rPr>
                <w:rFonts w:ascii="Times New Roman" w:eastAsia="Calibri" w:hAnsi="Times New Roman" w:cs="Times New Roman"/>
                <w:b/>
                <w:bCs/>
              </w:rPr>
              <w:t>P</w:t>
            </w:r>
          </w:p>
        </w:tc>
        <w:tc>
          <w:tcPr>
            <w:tcW w:w="425" w:type="dxa"/>
          </w:tcPr>
          <w:p w14:paraId="1101BFD2" w14:textId="77777777" w:rsidR="009F5405" w:rsidRPr="001E7BED" w:rsidRDefault="005E6487" w:rsidP="00084D66">
            <w:pPr>
              <w:rPr>
                <w:rFonts w:ascii="Times New Roman" w:eastAsia="Calibri" w:hAnsi="Times New Roman" w:cs="Times New Roman"/>
                <w:b/>
                <w:bCs/>
              </w:rPr>
            </w:pPr>
            <w:r w:rsidRPr="001E7BED">
              <w:rPr>
                <w:rFonts w:ascii="Times New Roman" w:eastAsia="Calibri" w:hAnsi="Times New Roman" w:cs="Times New Roman"/>
                <w:b/>
                <w:bCs/>
              </w:rPr>
              <w:t>C</w:t>
            </w:r>
          </w:p>
        </w:tc>
      </w:tr>
      <w:tr w:rsidR="00084D66" w:rsidRPr="001E7BED" w14:paraId="7DB5B77B" w14:textId="77777777" w:rsidTr="000701DC">
        <w:tc>
          <w:tcPr>
            <w:tcW w:w="2689" w:type="dxa"/>
          </w:tcPr>
          <w:p w14:paraId="2E69E1D5" w14:textId="77777777" w:rsidR="009F5405" w:rsidRPr="001E7BED" w:rsidRDefault="005E6487" w:rsidP="00084D66">
            <w:pPr>
              <w:rPr>
                <w:rFonts w:ascii="Times New Roman" w:eastAsia="Calibri" w:hAnsi="Times New Roman" w:cs="Times New Roman"/>
                <w:b/>
                <w:bCs/>
              </w:rPr>
            </w:pPr>
            <w:r w:rsidRPr="001E7BED">
              <w:rPr>
                <w:rFonts w:ascii="Times New Roman" w:eastAsia="Calibri" w:hAnsi="Times New Roman" w:cs="Times New Roman"/>
                <w:b/>
                <w:bCs/>
              </w:rPr>
              <w:t>Version 1.0</w:t>
            </w:r>
          </w:p>
        </w:tc>
        <w:tc>
          <w:tcPr>
            <w:tcW w:w="6095" w:type="dxa"/>
          </w:tcPr>
          <w:p w14:paraId="2F097A80" w14:textId="77777777" w:rsidR="009F5405" w:rsidRPr="001E7BED" w:rsidRDefault="005E6487" w:rsidP="00084D66">
            <w:pPr>
              <w:rPr>
                <w:rFonts w:ascii="Times New Roman" w:eastAsia="Calibri" w:hAnsi="Times New Roman" w:cs="Times New Roman"/>
                <w:b/>
                <w:bCs/>
              </w:rPr>
            </w:pPr>
            <w:r w:rsidRPr="001E7BED">
              <w:rPr>
                <w:rFonts w:ascii="Times New Roman" w:eastAsia="Calibri" w:hAnsi="Times New Roman" w:cs="Times New Roman"/>
                <w:b/>
                <w:bCs/>
              </w:rPr>
              <w:t xml:space="preserve">Contact Hours – </w:t>
            </w:r>
            <w:r>
              <w:rPr>
                <w:rFonts w:ascii="Times New Roman" w:eastAsia="Calibri" w:hAnsi="Times New Roman" w:cs="Times New Roman"/>
                <w:b/>
                <w:bCs/>
              </w:rPr>
              <w:t>30</w:t>
            </w:r>
          </w:p>
        </w:tc>
        <w:tc>
          <w:tcPr>
            <w:tcW w:w="425" w:type="dxa"/>
          </w:tcPr>
          <w:p w14:paraId="19AD5D57" w14:textId="77777777" w:rsidR="009F5405" w:rsidRPr="001E7BED" w:rsidRDefault="005E6487" w:rsidP="00084D66">
            <w:pPr>
              <w:rPr>
                <w:rFonts w:ascii="Times New Roman" w:eastAsia="Calibri" w:hAnsi="Times New Roman" w:cs="Times New Roman"/>
                <w:b/>
                <w:bCs/>
              </w:rPr>
            </w:pPr>
            <w:r>
              <w:rPr>
                <w:rFonts w:ascii="Times New Roman" w:eastAsia="Calibri" w:hAnsi="Times New Roman" w:cs="Times New Roman"/>
                <w:b/>
                <w:bCs/>
              </w:rPr>
              <w:t>0</w:t>
            </w:r>
          </w:p>
        </w:tc>
        <w:tc>
          <w:tcPr>
            <w:tcW w:w="425" w:type="dxa"/>
          </w:tcPr>
          <w:p w14:paraId="2AE2881B" w14:textId="77777777" w:rsidR="009F5405" w:rsidRPr="001E7BED" w:rsidRDefault="005E6487" w:rsidP="00084D66">
            <w:pPr>
              <w:rPr>
                <w:rFonts w:ascii="Times New Roman" w:eastAsia="Calibri" w:hAnsi="Times New Roman" w:cs="Times New Roman"/>
                <w:b/>
                <w:bCs/>
              </w:rPr>
            </w:pPr>
            <w:r w:rsidRPr="001E7BED">
              <w:rPr>
                <w:rFonts w:ascii="Times New Roman" w:eastAsia="Calibri" w:hAnsi="Times New Roman" w:cs="Times New Roman"/>
                <w:b/>
                <w:bCs/>
              </w:rPr>
              <w:t>0</w:t>
            </w:r>
          </w:p>
        </w:tc>
        <w:tc>
          <w:tcPr>
            <w:tcW w:w="426" w:type="dxa"/>
          </w:tcPr>
          <w:p w14:paraId="4F8C41CF" w14:textId="77777777" w:rsidR="009F5405" w:rsidRPr="001E7BED" w:rsidRDefault="005E6487" w:rsidP="00084D66">
            <w:pPr>
              <w:rPr>
                <w:rFonts w:ascii="Times New Roman" w:eastAsia="Calibri" w:hAnsi="Times New Roman" w:cs="Times New Roman"/>
                <w:b/>
                <w:bCs/>
              </w:rPr>
            </w:pPr>
            <w:r>
              <w:rPr>
                <w:rFonts w:ascii="Times New Roman" w:eastAsia="Calibri" w:hAnsi="Times New Roman" w:cs="Times New Roman"/>
                <w:b/>
                <w:bCs/>
              </w:rPr>
              <w:t>2</w:t>
            </w:r>
          </w:p>
        </w:tc>
        <w:tc>
          <w:tcPr>
            <w:tcW w:w="425" w:type="dxa"/>
          </w:tcPr>
          <w:p w14:paraId="52C57F69" w14:textId="77777777" w:rsidR="009F5405" w:rsidRPr="001E7BED" w:rsidRDefault="005E6487" w:rsidP="00084D66">
            <w:pPr>
              <w:rPr>
                <w:rFonts w:ascii="Times New Roman" w:eastAsia="Calibri" w:hAnsi="Times New Roman" w:cs="Times New Roman"/>
                <w:b/>
                <w:bCs/>
              </w:rPr>
            </w:pPr>
            <w:r>
              <w:rPr>
                <w:rFonts w:ascii="Times New Roman" w:eastAsia="Calibri" w:hAnsi="Times New Roman" w:cs="Times New Roman"/>
                <w:b/>
                <w:bCs/>
              </w:rPr>
              <w:t>1</w:t>
            </w:r>
          </w:p>
        </w:tc>
      </w:tr>
      <w:tr w:rsidR="00084D66" w:rsidRPr="001E7BED" w14:paraId="49023435" w14:textId="77777777" w:rsidTr="000701DC">
        <w:tc>
          <w:tcPr>
            <w:tcW w:w="2689" w:type="dxa"/>
          </w:tcPr>
          <w:p w14:paraId="3F4CEFCE" w14:textId="77777777" w:rsidR="009F5405" w:rsidRPr="001E7BED" w:rsidRDefault="005E6487" w:rsidP="00084D66">
            <w:pPr>
              <w:rPr>
                <w:rFonts w:ascii="Times New Roman" w:eastAsia="Calibri" w:hAnsi="Times New Roman" w:cs="Times New Roman"/>
                <w:b/>
                <w:bCs/>
              </w:rPr>
            </w:pPr>
            <w:r w:rsidRPr="001E7BED">
              <w:rPr>
                <w:rFonts w:ascii="Times New Roman" w:eastAsia="Calibri" w:hAnsi="Times New Roman" w:cs="Times New Roman"/>
                <w:b/>
                <w:bCs/>
              </w:rPr>
              <w:t>Pre-requisite/Exposure</w:t>
            </w:r>
          </w:p>
        </w:tc>
        <w:tc>
          <w:tcPr>
            <w:tcW w:w="7796" w:type="dxa"/>
            <w:gridSpan w:val="5"/>
          </w:tcPr>
          <w:p w14:paraId="05989113" w14:textId="77777777" w:rsidR="009F5405" w:rsidRPr="001E7BED" w:rsidRDefault="005E6487" w:rsidP="00084D66">
            <w:pPr>
              <w:rPr>
                <w:rFonts w:ascii="Times New Roman" w:eastAsia="Calibri" w:hAnsi="Times New Roman" w:cs="Times New Roman"/>
                <w:b/>
                <w:bCs/>
              </w:rPr>
            </w:pPr>
            <w:r w:rsidRPr="001E7BED">
              <w:rPr>
                <w:rFonts w:ascii="Times New Roman" w:eastAsia="Calibri" w:hAnsi="Times New Roman" w:cs="Times New Roman"/>
                <w:b/>
                <w:bCs/>
              </w:rPr>
              <w:t>Programming in C, Data Structures, and Computer Architecture</w:t>
            </w:r>
          </w:p>
        </w:tc>
      </w:tr>
      <w:tr w:rsidR="00084D66" w:rsidRPr="001E7BED" w14:paraId="736D8480" w14:textId="77777777" w:rsidTr="000701DC">
        <w:tc>
          <w:tcPr>
            <w:tcW w:w="2689" w:type="dxa"/>
          </w:tcPr>
          <w:p w14:paraId="7499B8D5" w14:textId="77777777" w:rsidR="009F5405" w:rsidRPr="001E7BED" w:rsidRDefault="005E6487" w:rsidP="00084D66">
            <w:pPr>
              <w:rPr>
                <w:rFonts w:ascii="Times New Roman" w:eastAsia="Calibri" w:hAnsi="Times New Roman" w:cs="Times New Roman"/>
                <w:b/>
                <w:bCs/>
              </w:rPr>
            </w:pPr>
            <w:r w:rsidRPr="001E7BED">
              <w:rPr>
                <w:rFonts w:ascii="Times New Roman" w:eastAsia="Calibri" w:hAnsi="Times New Roman" w:cs="Times New Roman"/>
                <w:b/>
                <w:bCs/>
              </w:rPr>
              <w:t>Co-requisite</w:t>
            </w:r>
          </w:p>
        </w:tc>
        <w:tc>
          <w:tcPr>
            <w:tcW w:w="7796" w:type="dxa"/>
            <w:gridSpan w:val="5"/>
          </w:tcPr>
          <w:p w14:paraId="4854AC94" w14:textId="77777777" w:rsidR="009F5405" w:rsidRPr="001E7BED" w:rsidRDefault="005E6487" w:rsidP="00084D66">
            <w:pPr>
              <w:rPr>
                <w:rFonts w:ascii="Times New Roman" w:eastAsia="Calibri" w:hAnsi="Times New Roman" w:cs="Times New Roman"/>
                <w:b/>
                <w:bCs/>
              </w:rPr>
            </w:pPr>
            <w:r w:rsidRPr="001E7BED">
              <w:rPr>
                <w:rFonts w:ascii="Times New Roman" w:eastAsia="Calibri" w:hAnsi="Times New Roman" w:cs="Times New Roman"/>
                <w:b/>
                <w:bCs/>
              </w:rPr>
              <w:t>NIL</w:t>
            </w:r>
          </w:p>
        </w:tc>
      </w:tr>
    </w:tbl>
    <w:p w14:paraId="4B81216E" w14:textId="77777777" w:rsidR="009F5405" w:rsidRPr="001E7BED" w:rsidRDefault="005E6487" w:rsidP="00084D66">
      <w:pPr>
        <w:rPr>
          <w:rFonts w:ascii="Times New Roman" w:eastAsia="Calibri" w:hAnsi="Times New Roman" w:cs="Times New Roman"/>
          <w:b/>
          <w:bCs/>
        </w:rPr>
      </w:pPr>
      <w:r w:rsidRPr="001E7BED">
        <w:rPr>
          <w:rFonts w:ascii="Times New Roman" w:eastAsia="Calibri" w:hAnsi="Times New Roman" w:cs="Times New Roman"/>
          <w:b/>
          <w:bCs/>
        </w:rPr>
        <w:t>Course Objectives:</w:t>
      </w:r>
    </w:p>
    <w:p w14:paraId="33EC4769" w14:textId="77777777" w:rsidR="009F5405" w:rsidRPr="001E7BED" w:rsidRDefault="005E6487" w:rsidP="00384C0C">
      <w:pPr>
        <w:pStyle w:val="ListNumber"/>
        <w:numPr>
          <w:ilvl w:val="0"/>
          <w:numId w:val="262"/>
        </w:numPr>
        <w:rPr>
          <w:rFonts w:ascii="Times New Roman" w:eastAsia="Calibri" w:hAnsi="Times New Roman" w:cs="Times New Roman"/>
        </w:rPr>
      </w:pPr>
      <w:r w:rsidRPr="001E7BED">
        <w:rPr>
          <w:rFonts w:ascii="Times New Roman" w:eastAsia="Calibri" w:hAnsi="Times New Roman" w:cs="Times New Roman"/>
        </w:rPr>
        <w:t>To familiarize the issues in parallel computing.</w:t>
      </w:r>
      <w:r w:rsidRPr="001E7BED">
        <w:rPr>
          <w:rFonts w:ascii="Times New Roman" w:eastAsia="Calibri" w:hAnsi="Times New Roman" w:cs="Times New Roman"/>
        </w:rPr>
        <w:br/>
      </w:r>
    </w:p>
    <w:p w14:paraId="0A7C67CE" w14:textId="77777777" w:rsidR="009F5405" w:rsidRPr="001E7BED" w:rsidRDefault="005E6487" w:rsidP="00384C0C">
      <w:pPr>
        <w:pStyle w:val="ListNumber"/>
        <w:numPr>
          <w:ilvl w:val="0"/>
          <w:numId w:val="262"/>
        </w:numPr>
        <w:rPr>
          <w:rFonts w:ascii="Times New Roman" w:eastAsia="Calibri" w:hAnsi="Times New Roman" w:cs="Times New Roman"/>
        </w:rPr>
      </w:pPr>
      <w:r w:rsidRPr="001E7BED">
        <w:rPr>
          <w:rFonts w:ascii="Times New Roman" w:eastAsia="Calibri" w:hAnsi="Times New Roman" w:cs="Times New Roman"/>
        </w:rPr>
        <w:t>To describe distributed memory programming using MPI.</w:t>
      </w:r>
    </w:p>
    <w:p w14:paraId="61A70973" w14:textId="77777777" w:rsidR="009F5405" w:rsidRPr="001E7BED" w:rsidRDefault="005E6487" w:rsidP="00384C0C">
      <w:pPr>
        <w:pStyle w:val="ListNumber"/>
        <w:numPr>
          <w:ilvl w:val="0"/>
          <w:numId w:val="262"/>
        </w:numPr>
        <w:rPr>
          <w:rFonts w:ascii="Times New Roman" w:eastAsia="Calibri" w:hAnsi="Times New Roman" w:cs="Times New Roman"/>
        </w:rPr>
      </w:pPr>
      <w:r w:rsidRPr="001E7BED">
        <w:rPr>
          <w:rFonts w:ascii="Times New Roman" w:eastAsia="Calibri" w:hAnsi="Times New Roman" w:cs="Times New Roman"/>
        </w:rPr>
        <w:t>To understand shared memory paradigm with Pthreads and with OpenMP.</w:t>
      </w:r>
    </w:p>
    <w:p w14:paraId="602262C8" w14:textId="77777777" w:rsidR="009F5405" w:rsidRPr="001E7BED" w:rsidRDefault="005E6487" w:rsidP="00384C0C">
      <w:pPr>
        <w:pStyle w:val="ListNumber"/>
        <w:numPr>
          <w:ilvl w:val="0"/>
          <w:numId w:val="262"/>
        </w:numPr>
        <w:rPr>
          <w:rFonts w:ascii="Times New Roman" w:eastAsia="Calibri" w:hAnsi="Times New Roman" w:cs="Times New Roman"/>
        </w:rPr>
      </w:pPr>
      <w:r w:rsidRPr="001E7BED">
        <w:rPr>
          <w:rFonts w:ascii="Times New Roman" w:eastAsia="Calibri" w:hAnsi="Times New Roman" w:cs="Times New Roman"/>
        </w:rPr>
        <w:t>To learn the GPU based parallel programming using OpenCL</w:t>
      </w:r>
    </w:p>
    <w:p w14:paraId="223482FA" w14:textId="77777777" w:rsidR="009F5405" w:rsidRPr="001E7BED" w:rsidRDefault="005E6487" w:rsidP="00084D66">
      <w:pPr>
        <w:rPr>
          <w:rFonts w:ascii="Times New Roman" w:eastAsia="Calibri" w:hAnsi="Times New Roman" w:cs="Times New Roman"/>
          <w:b/>
          <w:bCs/>
        </w:rPr>
      </w:pPr>
      <w:r w:rsidRPr="001E7BED">
        <w:rPr>
          <w:rFonts w:ascii="Times New Roman" w:eastAsia="Calibri" w:hAnsi="Times New Roman" w:cs="Times New Roman"/>
          <w:b/>
          <w:bCs/>
        </w:rPr>
        <w:t>Course Outcomes:</w:t>
      </w:r>
    </w:p>
    <w:p w14:paraId="53916F03" w14:textId="77777777" w:rsidR="009F5405" w:rsidRPr="001E7BED" w:rsidRDefault="005E6487" w:rsidP="00084D66">
      <w:pPr>
        <w:rPr>
          <w:rFonts w:ascii="Times New Roman" w:eastAsia="Calibri" w:hAnsi="Times New Roman" w:cs="Times New Roman"/>
        </w:rPr>
      </w:pPr>
      <w:r w:rsidRPr="001E7BED">
        <w:rPr>
          <w:rFonts w:ascii="Times New Roman" w:eastAsia="Calibri" w:hAnsi="Times New Roman" w:cs="Times New Roman"/>
        </w:rPr>
        <w:t>On the completion of this course the student will be able to</w:t>
      </w:r>
    </w:p>
    <w:p w14:paraId="0D5C96CB" w14:textId="77777777" w:rsidR="009F5405" w:rsidRPr="001E7BED" w:rsidRDefault="005E6487" w:rsidP="00384C0C">
      <w:pPr>
        <w:pStyle w:val="ListNumber"/>
        <w:numPr>
          <w:ilvl w:val="0"/>
          <w:numId w:val="263"/>
        </w:numPr>
        <w:rPr>
          <w:rFonts w:ascii="Times New Roman" w:eastAsia="Calibri" w:hAnsi="Times New Roman" w:cs="Times New Roman"/>
        </w:rPr>
      </w:pPr>
      <w:r w:rsidRPr="001E7BED">
        <w:rPr>
          <w:rFonts w:ascii="Times New Roman" w:eastAsia="Calibri" w:hAnsi="Times New Roman" w:cs="Times New Roman"/>
        </w:rPr>
        <w:t>Understand the basics of Parallel Processing.</w:t>
      </w:r>
      <w:r w:rsidRPr="001E7BED">
        <w:rPr>
          <w:rFonts w:ascii="Times New Roman" w:eastAsia="Calibri" w:hAnsi="Times New Roman" w:cs="Times New Roman"/>
        </w:rPr>
        <w:br/>
      </w:r>
    </w:p>
    <w:p w14:paraId="34118EE9" w14:textId="77777777" w:rsidR="009F5405" w:rsidRPr="001E7BED" w:rsidRDefault="005E6487" w:rsidP="00384C0C">
      <w:pPr>
        <w:pStyle w:val="ListNumber"/>
        <w:numPr>
          <w:ilvl w:val="0"/>
          <w:numId w:val="263"/>
        </w:numPr>
        <w:rPr>
          <w:rFonts w:ascii="Times New Roman" w:eastAsia="Calibri" w:hAnsi="Times New Roman" w:cs="Times New Roman"/>
        </w:rPr>
      </w:pPr>
      <w:r w:rsidRPr="001E7BED">
        <w:rPr>
          <w:rFonts w:ascii="Times New Roman" w:eastAsia="Calibri" w:hAnsi="Times New Roman" w:cs="Times New Roman"/>
        </w:rPr>
        <w:t>Identify issues in parallel programming.</w:t>
      </w:r>
      <w:r w:rsidRPr="001E7BED">
        <w:rPr>
          <w:rFonts w:ascii="Times New Roman" w:eastAsia="Calibri" w:hAnsi="Times New Roman" w:cs="Times New Roman"/>
        </w:rPr>
        <w:br/>
      </w:r>
    </w:p>
    <w:p w14:paraId="20A45E15" w14:textId="77777777" w:rsidR="009F5405" w:rsidRPr="001E7BED" w:rsidRDefault="005E6487" w:rsidP="00384C0C">
      <w:pPr>
        <w:pStyle w:val="ListNumber"/>
        <w:numPr>
          <w:ilvl w:val="0"/>
          <w:numId w:val="263"/>
        </w:numPr>
        <w:rPr>
          <w:rFonts w:ascii="Times New Roman" w:eastAsia="Calibri" w:hAnsi="Times New Roman" w:cs="Times New Roman"/>
        </w:rPr>
      </w:pPr>
      <w:r w:rsidRPr="001E7BED">
        <w:rPr>
          <w:rFonts w:ascii="Times New Roman" w:eastAsia="Calibri" w:hAnsi="Times New Roman" w:cs="Times New Roman"/>
        </w:rPr>
        <w:t>Develop distributed memory programs using MPI framework.</w:t>
      </w:r>
      <w:r w:rsidRPr="001E7BED">
        <w:rPr>
          <w:rFonts w:ascii="Times New Roman" w:eastAsia="Calibri" w:hAnsi="Times New Roman" w:cs="Times New Roman"/>
        </w:rPr>
        <w:br/>
      </w:r>
    </w:p>
    <w:p w14:paraId="5CBA1282" w14:textId="77777777" w:rsidR="009F5405" w:rsidRPr="001E7BED" w:rsidRDefault="005E6487" w:rsidP="00384C0C">
      <w:pPr>
        <w:pStyle w:val="ListNumber"/>
        <w:numPr>
          <w:ilvl w:val="0"/>
          <w:numId w:val="263"/>
        </w:numPr>
        <w:rPr>
          <w:rFonts w:ascii="Times New Roman" w:eastAsia="Calibri" w:hAnsi="Times New Roman" w:cs="Times New Roman"/>
        </w:rPr>
      </w:pPr>
      <w:r w:rsidRPr="001E7BED">
        <w:rPr>
          <w:rFonts w:ascii="Times New Roman" w:eastAsia="Calibri" w:hAnsi="Times New Roman" w:cs="Times New Roman"/>
        </w:rPr>
        <w:t>Design and develop shared memory parallel programs using Pthreads and using OpenMP.</w:t>
      </w:r>
      <w:r w:rsidRPr="001E7BED">
        <w:rPr>
          <w:rFonts w:ascii="Times New Roman" w:eastAsia="Calibri" w:hAnsi="Times New Roman" w:cs="Times New Roman"/>
        </w:rPr>
        <w:br/>
      </w:r>
    </w:p>
    <w:p w14:paraId="6964FEFC" w14:textId="77777777" w:rsidR="009F5405" w:rsidRPr="001E7BED" w:rsidRDefault="005E6487" w:rsidP="00384C0C">
      <w:pPr>
        <w:pStyle w:val="ListNumber"/>
        <w:numPr>
          <w:ilvl w:val="0"/>
          <w:numId w:val="263"/>
        </w:numPr>
        <w:rPr>
          <w:rFonts w:ascii="Times New Roman" w:eastAsia="Calibri" w:hAnsi="Times New Roman" w:cs="Times New Roman"/>
        </w:rPr>
      </w:pPr>
      <w:r w:rsidRPr="001E7BED">
        <w:rPr>
          <w:rFonts w:ascii="Times New Roman" w:eastAsia="Calibri" w:hAnsi="Times New Roman" w:cs="Times New Roman"/>
        </w:rPr>
        <w:t>Implement Graphical Processing OpenCL programs.</w:t>
      </w:r>
      <w:r w:rsidRPr="001E7BED">
        <w:rPr>
          <w:rFonts w:ascii="Times New Roman" w:eastAsia="Calibri" w:hAnsi="Times New Roman" w:cs="Times New Roman"/>
        </w:rPr>
        <w:br/>
      </w:r>
    </w:p>
    <w:p w14:paraId="6296E9C1" w14:textId="77777777" w:rsidR="009F5405" w:rsidRPr="001E7BED" w:rsidRDefault="005E6487" w:rsidP="00084D66">
      <w:pPr>
        <w:rPr>
          <w:rFonts w:ascii="Times New Roman" w:eastAsia="Calibri" w:hAnsi="Times New Roman" w:cs="Times New Roman"/>
          <w:b/>
          <w:bCs/>
        </w:rPr>
      </w:pPr>
      <w:r w:rsidRPr="001E7BED">
        <w:rPr>
          <w:rFonts w:ascii="Times New Roman" w:eastAsia="Calibri" w:hAnsi="Times New Roman" w:cs="Times New Roman"/>
          <w:b/>
          <w:bCs/>
        </w:rPr>
        <w:t>Course Description:</w:t>
      </w:r>
    </w:p>
    <w:p w14:paraId="529273A5" w14:textId="77777777" w:rsidR="009F5405" w:rsidRPr="001E7BED" w:rsidRDefault="005E6487" w:rsidP="00084D66">
      <w:pPr>
        <w:jc w:val="both"/>
        <w:rPr>
          <w:rFonts w:ascii="Times New Roman" w:eastAsia="Calibri" w:hAnsi="Times New Roman" w:cs="Times New Roman"/>
        </w:rPr>
      </w:pPr>
      <w:r w:rsidRPr="001E7BED">
        <w:rPr>
          <w:rFonts w:ascii="Times New Roman" w:eastAsia="Calibri" w:hAnsi="Times New Roman" w:cs="Times New Roman"/>
        </w:rPr>
        <w:t xml:space="preserve">In a parallel computation, multiple processors work together to solve a given problem. These are exciting times in parallel computing. The largest parallel machine has over a hundred thousand processors, and it is believed that machines with over ten thousand processors will be commonly available by the end of the decade. Furthermore, with most chip manufacturers moving toward multicore processors, most machines will soon be parallel ones. It is, therefore, essential to learn to use parallel machines effectively. While parallel machines provide enormous raw computational power, it is often not easy to make effective use of all this power. The problems encountered in making effective use of a large number of machines are similar to those encountered in making a group of people work together. (i) People may spend much of their time talking to each other, instead of doing useful work. Communication between processors is quite expensive, compared with the CPU speed. So we need to pay attention to minimizing the amount of communication; otherwise much of the time will be spent on inter-processor communication, rather than on useful work. (ii) In a group, a few people may do much of the work, while the others relax. Similarly, in </w:t>
      </w:r>
      <w:r w:rsidRPr="001E7BED">
        <w:rPr>
          <w:rFonts w:ascii="Times New Roman" w:eastAsia="Calibri" w:hAnsi="Times New Roman" w:cs="Times New Roman"/>
        </w:rPr>
        <w:lastRenderedPageBreak/>
        <w:t>a computation, the work load on different processors may differ. In order to make effective use of the parallel machine, we want to keep the work load balanced on all processors. (iii) It may be difficult to decompose a problem so that people can work on different parts simultaneously. For example, consider someone who want to have dinner cooked, eat it, and then have the dishes washed. It is not easy to speed up this process by hiring someone to cook, and another person to wash the dishes, because the three tasks are sequential; the food needs to be cooked before it is eaten, and the food needs to be eaten before the dishes are washed. Similar problems occur in parallel computations too, and sequential parts of the computation can reduce the effectiveness of parallelization substantially. This course will describe different techniques used to solve the above problems, in order to develop efficient parallel algorithms for a variety of problems. We will also pay much attention to practical aspects of implementing parallel code that actually yields good performance on real parallel machines.</w:t>
      </w:r>
    </w:p>
    <w:p w14:paraId="576B554F" w14:textId="77777777" w:rsidR="009F5405" w:rsidRPr="001E7BED" w:rsidRDefault="005E6487" w:rsidP="00084D66">
      <w:pPr>
        <w:rPr>
          <w:rFonts w:ascii="Times New Roman" w:eastAsia="Calibri" w:hAnsi="Times New Roman" w:cs="Times New Roman"/>
          <w:b/>
          <w:bCs/>
        </w:rPr>
      </w:pPr>
      <w:r w:rsidRPr="001E7BED">
        <w:rPr>
          <w:rFonts w:ascii="Times New Roman" w:eastAsia="Calibri" w:hAnsi="Times New Roman" w:cs="Times New Roman"/>
          <w:b/>
          <w:bCs/>
        </w:rPr>
        <w:t xml:space="preserve">Course Content: </w:t>
      </w:r>
    </w:p>
    <w:p w14:paraId="4BB4A5C5" w14:textId="77777777" w:rsidR="009F5405" w:rsidRPr="001E7BED" w:rsidRDefault="005E6487" w:rsidP="00384C0C">
      <w:pPr>
        <w:pStyle w:val="ListNumber"/>
        <w:numPr>
          <w:ilvl w:val="0"/>
          <w:numId w:val="264"/>
        </w:numPr>
        <w:rPr>
          <w:rFonts w:ascii="Times New Roman" w:eastAsia="Calibri" w:hAnsi="Times New Roman" w:cs="Times New Roman"/>
        </w:rPr>
      </w:pPr>
      <w:r w:rsidRPr="001E7BED">
        <w:rPr>
          <w:rFonts w:ascii="Times New Roman" w:eastAsia="Calibri" w:hAnsi="Times New Roman" w:cs="Times New Roman"/>
        </w:rPr>
        <w:t xml:space="preserve">first parallel construct in </w:t>
      </w:r>
      <w:r w:rsidRPr="008064C8">
        <w:rPr>
          <w:rFonts w:ascii="Times New Roman" w:eastAsia="Calibri" w:hAnsi="Times New Roman" w:cs="Times New Roman"/>
          <w:highlight w:val="yellow"/>
        </w:rPr>
        <w:t>OpenMP</w:t>
      </w:r>
      <w:r w:rsidRPr="001E7BED">
        <w:rPr>
          <w:rFonts w:ascii="Times New Roman" w:eastAsia="Calibri" w:hAnsi="Times New Roman" w:cs="Times New Roman"/>
        </w:rPr>
        <w:t xml:space="preserve"> that creates a parallel region in a C++ code.</w:t>
      </w:r>
    </w:p>
    <w:p w14:paraId="6C4849E2" w14:textId="77777777" w:rsidR="009F5405" w:rsidRPr="001E7BED" w:rsidRDefault="005E6487" w:rsidP="00384C0C">
      <w:pPr>
        <w:pStyle w:val="ListNumber"/>
        <w:numPr>
          <w:ilvl w:val="0"/>
          <w:numId w:val="264"/>
        </w:numPr>
        <w:rPr>
          <w:rFonts w:ascii="Times New Roman" w:eastAsia="Calibri" w:hAnsi="Times New Roman" w:cs="Times New Roman"/>
        </w:rPr>
      </w:pPr>
      <w:r w:rsidRPr="001E7BED">
        <w:rPr>
          <w:rFonts w:ascii="Times New Roman" w:eastAsia="Calibri" w:hAnsi="Times New Roman" w:cs="Times New Roman"/>
        </w:rPr>
        <w:t>write a SPMD (Single Instruction Multiple Data) parallel program in OpenMP</w:t>
      </w:r>
    </w:p>
    <w:p w14:paraId="2C4762B5" w14:textId="77777777" w:rsidR="009F5405" w:rsidRPr="001E7BED" w:rsidRDefault="005E6487" w:rsidP="00384C0C">
      <w:pPr>
        <w:pStyle w:val="ListNumber"/>
        <w:numPr>
          <w:ilvl w:val="0"/>
          <w:numId w:val="264"/>
        </w:numPr>
        <w:rPr>
          <w:rFonts w:ascii="Times New Roman" w:eastAsia="Calibri" w:hAnsi="Times New Roman" w:cs="Times New Roman"/>
        </w:rPr>
      </w:pPr>
      <w:r w:rsidRPr="001E7BED">
        <w:rPr>
          <w:rFonts w:ascii="Times New Roman" w:eastAsia="Calibri" w:hAnsi="Times New Roman" w:cs="Times New Roman"/>
        </w:rPr>
        <w:t xml:space="preserve">create a parallel program using OpenMP to calculate PI </w:t>
      </w:r>
    </w:p>
    <w:p w14:paraId="49A27A1E" w14:textId="77777777" w:rsidR="009F5405" w:rsidRPr="001E7BED" w:rsidRDefault="005E6487" w:rsidP="00384C0C">
      <w:pPr>
        <w:pStyle w:val="ListNumber"/>
        <w:numPr>
          <w:ilvl w:val="0"/>
          <w:numId w:val="264"/>
        </w:numPr>
        <w:rPr>
          <w:rFonts w:ascii="Times New Roman" w:eastAsia="Calibri" w:hAnsi="Times New Roman" w:cs="Times New Roman"/>
        </w:rPr>
      </w:pPr>
      <w:r w:rsidRPr="001E7BED">
        <w:rPr>
          <w:rFonts w:ascii="Times New Roman" w:eastAsia="Calibri" w:hAnsi="Times New Roman" w:cs="Times New Roman"/>
        </w:rPr>
        <w:t>create an OpenMP program to calculate themandelbrot set</w:t>
      </w:r>
    </w:p>
    <w:p w14:paraId="7933ABDC" w14:textId="77777777" w:rsidR="009F5405" w:rsidRPr="001E7BED" w:rsidRDefault="005E6487" w:rsidP="00384C0C">
      <w:pPr>
        <w:pStyle w:val="ListNumber"/>
        <w:numPr>
          <w:ilvl w:val="0"/>
          <w:numId w:val="264"/>
        </w:numPr>
        <w:rPr>
          <w:rFonts w:ascii="Times New Roman" w:eastAsia="Calibri" w:hAnsi="Times New Roman" w:cs="Times New Roman"/>
        </w:rPr>
      </w:pPr>
      <w:r w:rsidRPr="001E7BED">
        <w:rPr>
          <w:rFonts w:ascii="Times New Roman" w:eastAsia="Calibri" w:hAnsi="Times New Roman" w:cs="Times New Roman"/>
        </w:rPr>
        <w:t>A prime pair or twin prime is a prime number that has a prime gap of two, in other words, the difference between the two prime numbers are two, for example the twin prime pair (41, 43). You need to write an OpenMP program to find the total number of prime pairs between 2 and 50,000,000. Your grade will be not only determined by the correctness of the total number, but also depends on your program performance. Your program should print the number of prime pairs and the total execution time of your program. Report the speedup of your program using 1, 2, 4, and 8 threads respectively.</w:t>
      </w:r>
    </w:p>
    <w:p w14:paraId="4E550464" w14:textId="77777777" w:rsidR="009F5405" w:rsidRPr="001E7BED" w:rsidRDefault="005E6487" w:rsidP="00384C0C">
      <w:pPr>
        <w:pStyle w:val="ListNumber"/>
        <w:numPr>
          <w:ilvl w:val="0"/>
          <w:numId w:val="264"/>
        </w:numPr>
        <w:rPr>
          <w:rFonts w:ascii="Times New Roman" w:eastAsia="Calibri" w:hAnsi="Times New Roman" w:cs="Times New Roman"/>
        </w:rPr>
      </w:pPr>
      <w:r w:rsidRPr="001E7BED">
        <w:rPr>
          <w:rFonts w:ascii="Times New Roman" w:eastAsia="Calibri" w:hAnsi="Times New Roman" w:cs="Times New Roman"/>
        </w:rPr>
        <w:t>implement Parallel Programming in Java by using Fork/Join Framework</w:t>
      </w:r>
    </w:p>
    <w:p w14:paraId="2E9658B4" w14:textId="77777777" w:rsidR="009F5405" w:rsidRPr="001E7BED" w:rsidRDefault="005E6487" w:rsidP="00384C0C">
      <w:pPr>
        <w:pStyle w:val="ListNumber"/>
        <w:numPr>
          <w:ilvl w:val="0"/>
          <w:numId w:val="264"/>
        </w:numPr>
        <w:rPr>
          <w:rFonts w:ascii="Times New Roman" w:eastAsia="Calibri" w:hAnsi="Times New Roman" w:cs="Times New Roman"/>
        </w:rPr>
      </w:pPr>
      <w:r w:rsidRPr="001E7BED">
        <w:rPr>
          <w:rFonts w:ascii="Times New Roman" w:eastAsia="Calibri" w:hAnsi="Times New Roman" w:cs="Times New Roman"/>
        </w:rPr>
        <w:t>implement Parallel Stream in Java</w:t>
      </w:r>
    </w:p>
    <w:p w14:paraId="58D5CC34" w14:textId="77777777" w:rsidR="009F5405" w:rsidRPr="001E7BED" w:rsidRDefault="005E6487" w:rsidP="00384C0C">
      <w:pPr>
        <w:pStyle w:val="ListNumber"/>
        <w:numPr>
          <w:ilvl w:val="0"/>
          <w:numId w:val="264"/>
        </w:numPr>
        <w:rPr>
          <w:rFonts w:ascii="Times New Roman" w:eastAsia="Calibri" w:hAnsi="Times New Roman" w:cs="Times New Roman"/>
        </w:rPr>
      </w:pPr>
      <w:r w:rsidRPr="001E7BED">
        <w:rPr>
          <w:rFonts w:ascii="Times New Roman" w:eastAsia="Calibri" w:hAnsi="Times New Roman" w:cs="Times New Roman"/>
        </w:rPr>
        <w:t xml:space="preserve">Read and Monitor GPU status </w:t>
      </w:r>
      <w:r w:rsidRPr="008064C8">
        <w:rPr>
          <w:rFonts w:ascii="Times New Roman" w:eastAsia="Calibri" w:hAnsi="Times New Roman" w:cs="Times New Roman"/>
          <w:highlight w:val="yellow"/>
        </w:rPr>
        <w:t>usi</w:t>
      </w:r>
      <w:r w:rsidRPr="008064C8">
        <w:rPr>
          <w:rFonts w:ascii="Times New Roman" w:eastAsia="Calibri" w:hAnsi="Times New Roman" w:cs="Times New Roman"/>
        </w:rPr>
        <w:t>ng</w:t>
      </w:r>
      <w:r w:rsidRPr="008064C8">
        <w:rPr>
          <w:rFonts w:ascii="Times New Roman" w:eastAsia="Calibri" w:hAnsi="Times New Roman" w:cs="Times New Roman"/>
          <w:highlight w:val="yellow"/>
        </w:rPr>
        <w:t xml:space="preserve"> CUDA</w:t>
      </w:r>
      <w:r w:rsidRPr="001E7BED">
        <w:rPr>
          <w:rFonts w:ascii="Times New Roman" w:eastAsia="Calibri" w:hAnsi="Times New Roman" w:cs="Times New Roman"/>
        </w:rPr>
        <w:t xml:space="preserve"> API</w:t>
      </w:r>
    </w:p>
    <w:p w14:paraId="1D07C66D" w14:textId="77777777" w:rsidR="009F5405" w:rsidRPr="001E7BED" w:rsidRDefault="005E6487" w:rsidP="00384C0C">
      <w:pPr>
        <w:pStyle w:val="ListNumber"/>
        <w:numPr>
          <w:ilvl w:val="0"/>
          <w:numId w:val="264"/>
        </w:numPr>
        <w:rPr>
          <w:rFonts w:ascii="Times New Roman" w:eastAsia="Calibri" w:hAnsi="Times New Roman" w:cs="Times New Roman"/>
        </w:rPr>
      </w:pPr>
      <w:r w:rsidRPr="001E7BED">
        <w:rPr>
          <w:rFonts w:ascii="Times New Roman" w:eastAsia="Calibri" w:hAnsi="Times New Roman" w:cs="Times New Roman"/>
        </w:rPr>
        <w:t>Allocated and Deallocate from GPU Memory using CUDA API</w:t>
      </w:r>
    </w:p>
    <w:p w14:paraId="4E540DC7" w14:textId="77777777" w:rsidR="009F5405" w:rsidRPr="001E7BED" w:rsidRDefault="005E6487" w:rsidP="00384C0C">
      <w:pPr>
        <w:pStyle w:val="ListNumber"/>
        <w:numPr>
          <w:ilvl w:val="0"/>
          <w:numId w:val="264"/>
        </w:numPr>
        <w:rPr>
          <w:rFonts w:ascii="Times New Roman" w:eastAsia="Calibri" w:hAnsi="Times New Roman" w:cs="Times New Roman"/>
        </w:rPr>
      </w:pPr>
      <w:r w:rsidRPr="001E7BED">
        <w:rPr>
          <w:rFonts w:ascii="Times New Roman" w:eastAsia="Calibri" w:hAnsi="Times New Roman" w:cs="Times New Roman"/>
        </w:rPr>
        <w:t>Multiply two large matrix using CUDA API.</w:t>
      </w:r>
    </w:p>
    <w:p w14:paraId="09A15E64" w14:textId="77777777" w:rsidR="009F5405" w:rsidRPr="001E7BED" w:rsidRDefault="005E6487" w:rsidP="00384C0C">
      <w:pPr>
        <w:pStyle w:val="ListNumber"/>
        <w:numPr>
          <w:ilvl w:val="0"/>
          <w:numId w:val="264"/>
        </w:numPr>
        <w:rPr>
          <w:rFonts w:ascii="Times New Roman" w:eastAsia="Calibri" w:hAnsi="Times New Roman" w:cs="Times New Roman"/>
        </w:rPr>
      </w:pPr>
      <w:r w:rsidRPr="001E7BED">
        <w:rPr>
          <w:rFonts w:ascii="Times New Roman" w:eastAsia="Calibri" w:hAnsi="Times New Roman" w:cs="Times New Roman"/>
        </w:rPr>
        <w:t xml:space="preserve">Distributed Memory Environments / Cluster Programming  - </w:t>
      </w:r>
      <w:r w:rsidRPr="001E7BED">
        <w:rPr>
          <w:rFonts w:ascii="Times New Roman" w:eastAsia="Calibri" w:hAnsi="Times New Roman" w:cs="Times New Roman"/>
        </w:rPr>
        <w:br/>
        <w:t>Basics of MPI (Message Passing Interface)</w:t>
      </w:r>
    </w:p>
    <w:p w14:paraId="0EAEE6AB" w14:textId="77777777" w:rsidR="009F5405" w:rsidRPr="001E7BED" w:rsidRDefault="005E6487" w:rsidP="00384C0C">
      <w:pPr>
        <w:pStyle w:val="ListNumber"/>
        <w:numPr>
          <w:ilvl w:val="1"/>
          <w:numId w:val="264"/>
        </w:numPr>
        <w:ind w:left="1985"/>
        <w:rPr>
          <w:rFonts w:ascii="Times New Roman" w:eastAsia="Calibri" w:hAnsi="Times New Roman" w:cs="Times New Roman"/>
        </w:rPr>
      </w:pPr>
      <w:r w:rsidRPr="001E7BED">
        <w:rPr>
          <w:rFonts w:ascii="Times New Roman" w:eastAsia="Calibri" w:hAnsi="Times New Roman" w:cs="Times New Roman"/>
        </w:rPr>
        <w:t xml:space="preserve">To learn Communication between </w:t>
      </w:r>
      <w:r w:rsidRPr="008064C8">
        <w:rPr>
          <w:rFonts w:ascii="Times New Roman" w:eastAsia="Calibri" w:hAnsi="Times New Roman" w:cs="Times New Roman"/>
          <w:highlight w:val="yellow"/>
        </w:rPr>
        <w:t>MPI</w:t>
      </w:r>
      <w:r w:rsidRPr="001E7BED">
        <w:rPr>
          <w:rFonts w:ascii="Times New Roman" w:eastAsia="Calibri" w:hAnsi="Times New Roman" w:cs="Times New Roman"/>
        </w:rPr>
        <w:t xml:space="preserve"> processes </w:t>
      </w:r>
    </w:p>
    <w:p w14:paraId="66D3D468" w14:textId="77777777" w:rsidR="009F5405" w:rsidRPr="001E7BED" w:rsidRDefault="005E6487" w:rsidP="00384C0C">
      <w:pPr>
        <w:pStyle w:val="ListNumber"/>
        <w:numPr>
          <w:ilvl w:val="1"/>
          <w:numId w:val="264"/>
        </w:numPr>
        <w:ind w:left="1985"/>
        <w:rPr>
          <w:rFonts w:ascii="Times New Roman" w:eastAsia="Calibri" w:hAnsi="Times New Roman" w:cs="Times New Roman"/>
        </w:rPr>
      </w:pPr>
      <w:r w:rsidRPr="001E7BED">
        <w:rPr>
          <w:rFonts w:ascii="Times New Roman" w:eastAsia="Calibri" w:hAnsi="Times New Roman" w:cs="Times New Roman"/>
        </w:rPr>
        <w:t>To get familiarized with advance communication between MPI processes</w:t>
      </w:r>
    </w:p>
    <w:p w14:paraId="67889303" w14:textId="77777777" w:rsidR="009F5405" w:rsidRPr="001E7BED" w:rsidRDefault="005E6487" w:rsidP="00384C0C">
      <w:pPr>
        <w:pStyle w:val="ListNumber"/>
        <w:numPr>
          <w:ilvl w:val="1"/>
          <w:numId w:val="264"/>
        </w:numPr>
        <w:ind w:left="1985"/>
        <w:rPr>
          <w:rFonts w:ascii="Times New Roman" w:eastAsia="Calibri" w:hAnsi="Times New Roman" w:cs="Times New Roman"/>
        </w:rPr>
      </w:pPr>
      <w:r w:rsidRPr="001E7BED">
        <w:rPr>
          <w:rFonts w:ascii="Times New Roman" w:eastAsia="Calibri" w:hAnsi="Times New Roman" w:cs="Times New Roman"/>
        </w:rPr>
        <w:t xml:space="preserve">Study of MPI collective operations using ‘Synchronization’ </w:t>
      </w:r>
    </w:p>
    <w:p w14:paraId="7D7CD63E" w14:textId="77777777" w:rsidR="009F5405" w:rsidRPr="001E7BED" w:rsidRDefault="005E6487" w:rsidP="00384C0C">
      <w:pPr>
        <w:pStyle w:val="ListNumber"/>
        <w:numPr>
          <w:ilvl w:val="1"/>
          <w:numId w:val="264"/>
        </w:numPr>
        <w:ind w:left="1985"/>
        <w:rPr>
          <w:rFonts w:ascii="Times New Roman" w:eastAsia="Calibri" w:hAnsi="Times New Roman" w:cs="Times New Roman"/>
        </w:rPr>
      </w:pPr>
      <w:r w:rsidRPr="001E7BED">
        <w:rPr>
          <w:rFonts w:ascii="Times New Roman" w:eastAsia="Calibri" w:hAnsi="Times New Roman" w:cs="Times New Roman"/>
        </w:rPr>
        <w:t xml:space="preserve">Study of MPI collective operations using ‘Data Movement’ </w:t>
      </w:r>
    </w:p>
    <w:p w14:paraId="393407E7" w14:textId="77777777" w:rsidR="009F5405" w:rsidRPr="001E7BED" w:rsidRDefault="005E6487" w:rsidP="00384C0C">
      <w:pPr>
        <w:pStyle w:val="ListNumber"/>
        <w:numPr>
          <w:ilvl w:val="1"/>
          <w:numId w:val="264"/>
        </w:numPr>
        <w:ind w:left="1985"/>
        <w:rPr>
          <w:rFonts w:ascii="Times New Roman" w:eastAsia="Calibri" w:hAnsi="Times New Roman" w:cs="Times New Roman"/>
        </w:rPr>
      </w:pPr>
      <w:r w:rsidRPr="001E7BED">
        <w:rPr>
          <w:rFonts w:ascii="Times New Roman" w:eastAsia="Calibri" w:hAnsi="Times New Roman" w:cs="Times New Roman"/>
        </w:rPr>
        <w:t xml:space="preserve">Study of MPI collective operations using ‘Collective Computation’ </w:t>
      </w:r>
    </w:p>
    <w:p w14:paraId="1C1FFAAB" w14:textId="77777777" w:rsidR="009F5405" w:rsidRPr="001E7BED" w:rsidRDefault="005E6487" w:rsidP="00384C0C">
      <w:pPr>
        <w:pStyle w:val="ListNumber"/>
        <w:numPr>
          <w:ilvl w:val="1"/>
          <w:numId w:val="264"/>
        </w:numPr>
        <w:ind w:left="1985"/>
        <w:rPr>
          <w:rFonts w:ascii="Times New Roman" w:eastAsia="Calibri" w:hAnsi="Times New Roman" w:cs="Times New Roman"/>
        </w:rPr>
      </w:pPr>
      <w:r w:rsidRPr="001E7BED">
        <w:rPr>
          <w:rFonts w:ascii="Times New Roman" w:eastAsia="Calibri" w:hAnsi="Times New Roman" w:cs="Times New Roman"/>
        </w:rPr>
        <w:t>To understand MPI Non-Blocking operation</w:t>
      </w:r>
    </w:p>
    <w:p w14:paraId="11E02C1E" w14:textId="77777777" w:rsidR="009F5405" w:rsidRPr="001E7BED" w:rsidRDefault="005E6487" w:rsidP="00384C0C">
      <w:pPr>
        <w:pStyle w:val="ListNumber"/>
        <w:numPr>
          <w:ilvl w:val="0"/>
          <w:numId w:val="264"/>
        </w:numPr>
        <w:rPr>
          <w:rFonts w:ascii="Times New Roman" w:eastAsia="Calibri" w:hAnsi="Times New Roman" w:cs="Times New Roman"/>
        </w:rPr>
      </w:pPr>
      <w:r w:rsidRPr="001E7BED">
        <w:rPr>
          <w:rFonts w:ascii="Times New Roman" w:eastAsia="Calibri" w:hAnsi="Times New Roman" w:cs="Times New Roman"/>
        </w:rPr>
        <w:t xml:space="preserve">Shared Memory Environments / SMP Programming </w:t>
      </w:r>
      <w:r w:rsidRPr="001E7BED">
        <w:rPr>
          <w:rFonts w:ascii="Times New Roman" w:eastAsia="Calibri" w:hAnsi="Times New Roman" w:cs="Times New Roman"/>
        </w:rPr>
        <w:br/>
        <w:t>Basics of OpenMP API (Open Multi-Processor API)</w:t>
      </w:r>
    </w:p>
    <w:p w14:paraId="60094500" w14:textId="77777777" w:rsidR="009F5405" w:rsidRPr="001E7BED" w:rsidRDefault="005E6487" w:rsidP="00384C0C">
      <w:pPr>
        <w:pStyle w:val="ListNumber"/>
        <w:numPr>
          <w:ilvl w:val="1"/>
          <w:numId w:val="264"/>
        </w:numPr>
        <w:ind w:left="1985"/>
        <w:rPr>
          <w:rFonts w:ascii="Times New Roman" w:eastAsia="Calibri" w:hAnsi="Times New Roman" w:cs="Times New Roman"/>
        </w:rPr>
      </w:pPr>
      <w:r w:rsidRPr="001E7BED">
        <w:rPr>
          <w:rFonts w:ascii="Times New Roman" w:eastAsia="Calibri" w:hAnsi="Times New Roman" w:cs="Times New Roman"/>
        </w:rPr>
        <w:t xml:space="preserve">To get familiarized with OpenMP Directives 55 </w:t>
      </w:r>
    </w:p>
    <w:p w14:paraId="5EA9037D" w14:textId="77777777" w:rsidR="009F5405" w:rsidRPr="001E7BED" w:rsidRDefault="005E6487" w:rsidP="00384C0C">
      <w:pPr>
        <w:pStyle w:val="ListNumber"/>
        <w:numPr>
          <w:ilvl w:val="1"/>
          <w:numId w:val="264"/>
        </w:numPr>
        <w:ind w:left="1985"/>
        <w:rPr>
          <w:rFonts w:ascii="Times New Roman" w:eastAsia="Calibri" w:hAnsi="Times New Roman" w:cs="Times New Roman"/>
        </w:rPr>
      </w:pPr>
      <w:r w:rsidRPr="001E7BED">
        <w:rPr>
          <w:rFonts w:ascii="Times New Roman" w:eastAsia="Calibri" w:hAnsi="Times New Roman" w:cs="Times New Roman"/>
        </w:rPr>
        <w:t xml:space="preserve">Sharing of work among threads using Loop Construct in OpenMP </w:t>
      </w:r>
    </w:p>
    <w:p w14:paraId="14F7C13B" w14:textId="77777777" w:rsidR="009F5405" w:rsidRPr="001E7BED" w:rsidRDefault="005E6487" w:rsidP="00384C0C">
      <w:pPr>
        <w:pStyle w:val="ListNumber"/>
        <w:numPr>
          <w:ilvl w:val="1"/>
          <w:numId w:val="264"/>
        </w:numPr>
        <w:ind w:left="1985"/>
        <w:rPr>
          <w:rFonts w:ascii="Times New Roman" w:eastAsia="Calibri" w:hAnsi="Times New Roman" w:cs="Times New Roman"/>
        </w:rPr>
      </w:pPr>
      <w:r w:rsidRPr="001E7BED">
        <w:rPr>
          <w:rFonts w:ascii="Times New Roman" w:eastAsia="Calibri" w:hAnsi="Times New Roman" w:cs="Times New Roman"/>
        </w:rPr>
        <w:t xml:space="preserve">Clauses in Loop Construct </w:t>
      </w:r>
    </w:p>
    <w:p w14:paraId="7FBCC0B5" w14:textId="77777777" w:rsidR="009F5405" w:rsidRPr="001E7BED" w:rsidRDefault="005E6487" w:rsidP="00384C0C">
      <w:pPr>
        <w:pStyle w:val="ListNumber"/>
        <w:numPr>
          <w:ilvl w:val="1"/>
          <w:numId w:val="264"/>
        </w:numPr>
        <w:ind w:left="1985"/>
        <w:rPr>
          <w:rFonts w:ascii="Times New Roman" w:eastAsia="Calibri" w:hAnsi="Times New Roman" w:cs="Times New Roman"/>
        </w:rPr>
      </w:pPr>
      <w:r w:rsidRPr="001E7BED">
        <w:rPr>
          <w:rFonts w:ascii="Times New Roman" w:eastAsia="Calibri" w:hAnsi="Times New Roman" w:cs="Times New Roman"/>
        </w:rPr>
        <w:lastRenderedPageBreak/>
        <w:t>Sharing of work among threads in an OpenMP program using ‘Sections Construct’</w:t>
      </w:r>
    </w:p>
    <w:p w14:paraId="0739DC83" w14:textId="77777777" w:rsidR="009F5405" w:rsidRPr="001E7BED" w:rsidRDefault="005E6487" w:rsidP="00384C0C">
      <w:pPr>
        <w:pStyle w:val="ListNumber"/>
        <w:numPr>
          <w:ilvl w:val="1"/>
          <w:numId w:val="264"/>
        </w:numPr>
        <w:ind w:left="1985"/>
        <w:rPr>
          <w:rFonts w:ascii="Times New Roman" w:eastAsia="Calibri" w:hAnsi="Times New Roman" w:cs="Times New Roman"/>
        </w:rPr>
      </w:pPr>
      <w:r w:rsidRPr="001E7BED">
        <w:rPr>
          <w:rFonts w:ascii="Times New Roman" w:eastAsia="Calibri" w:hAnsi="Times New Roman" w:cs="Times New Roman"/>
        </w:rPr>
        <w:t>Sharing of work among threads in an OpenMP program using ‘Single Construct’</w:t>
      </w:r>
    </w:p>
    <w:p w14:paraId="51CD51B3" w14:textId="77777777" w:rsidR="009F5405" w:rsidRPr="001E7BED" w:rsidRDefault="005E6487" w:rsidP="00384C0C">
      <w:pPr>
        <w:pStyle w:val="ListNumber"/>
        <w:numPr>
          <w:ilvl w:val="1"/>
          <w:numId w:val="264"/>
        </w:numPr>
        <w:ind w:left="1985"/>
        <w:rPr>
          <w:rFonts w:ascii="Times New Roman" w:eastAsia="Calibri" w:hAnsi="Times New Roman" w:cs="Times New Roman"/>
        </w:rPr>
      </w:pPr>
      <w:r w:rsidRPr="001E7BED">
        <w:rPr>
          <w:rFonts w:ascii="Times New Roman" w:eastAsia="Calibri" w:hAnsi="Times New Roman" w:cs="Times New Roman"/>
        </w:rPr>
        <w:t>Use of Environment Variables in OpenMP API</w:t>
      </w:r>
    </w:p>
    <w:p w14:paraId="4CC41E23" w14:textId="77777777" w:rsidR="009F5405" w:rsidRPr="001E7BED" w:rsidRDefault="005E6487" w:rsidP="00084D66">
      <w:pPr>
        <w:spacing w:after="0" w:line="240" w:lineRule="auto"/>
        <w:jc w:val="both"/>
        <w:rPr>
          <w:rFonts w:ascii="Times New Roman" w:eastAsia="Times New Roman" w:hAnsi="Times New Roman" w:cs="Times New Roman"/>
          <w:b/>
          <w:sz w:val="24"/>
          <w:szCs w:val="24"/>
        </w:rPr>
      </w:pPr>
      <w:r w:rsidRPr="001E7BED">
        <w:rPr>
          <w:rFonts w:ascii="Times New Roman" w:eastAsia="Times New Roman" w:hAnsi="Times New Roman" w:cs="Times New Roman"/>
          <w:b/>
          <w:sz w:val="24"/>
          <w:szCs w:val="24"/>
        </w:rPr>
        <w:t>Modes of Evaluation: Quiz/Assignment/Presentation/Extempore/ Written Examination</w:t>
      </w:r>
    </w:p>
    <w:p w14:paraId="1AC503F4" w14:textId="77777777" w:rsidR="009F5405" w:rsidRPr="001E7BED" w:rsidRDefault="005E6487" w:rsidP="00084D66">
      <w:pPr>
        <w:rPr>
          <w:rFonts w:ascii="Times New Roman" w:eastAsia="Calibri" w:hAnsi="Times New Roman" w:cs="Times New Roman"/>
          <w:b/>
          <w:sz w:val="24"/>
          <w:szCs w:val="24"/>
        </w:rPr>
      </w:pPr>
      <w:r w:rsidRPr="001E7BED">
        <w:rPr>
          <w:rFonts w:ascii="Times New Roman" w:eastAsia="Calibri" w:hAnsi="Times New Roman" w:cs="Times New Roman"/>
          <w:b/>
          <w:sz w:val="24"/>
          <w:szCs w:val="24"/>
        </w:rPr>
        <w:t>Examination Scheme:</w:t>
      </w:r>
    </w:p>
    <w:p w14:paraId="133555F3" w14:textId="77777777" w:rsidR="00C82644" w:rsidRDefault="00C82644"/>
    <w:tbl>
      <w:tblPr>
        <w:tblW w:w="5000" w:type="pct"/>
        <w:jc w:val="center"/>
        <w:tblLook w:val="01E0" w:firstRow="1" w:lastRow="1" w:firstColumn="1" w:lastColumn="1" w:noHBand="0" w:noVBand="0"/>
      </w:tblPr>
      <w:tblGrid>
        <w:gridCol w:w="1923"/>
        <w:gridCol w:w="1623"/>
        <w:gridCol w:w="3768"/>
        <w:gridCol w:w="1316"/>
      </w:tblGrid>
      <w:tr w:rsidR="00084D66" w:rsidRPr="001E7BED" w14:paraId="5FA73667" w14:textId="77777777" w:rsidTr="000701DC">
        <w:trPr>
          <w:trHeight w:val="230"/>
          <w:jc w:val="center"/>
        </w:trPr>
        <w:tc>
          <w:tcPr>
            <w:tcW w:w="2024" w:type="dxa"/>
            <w:tcBorders>
              <w:top w:val="single" w:sz="4" w:space="0" w:color="000000"/>
              <w:left w:val="single" w:sz="4" w:space="0" w:color="000000"/>
              <w:bottom w:val="single" w:sz="4" w:space="0" w:color="000000"/>
              <w:right w:val="single" w:sz="4" w:space="0" w:color="000000"/>
            </w:tcBorders>
          </w:tcPr>
          <w:p w14:paraId="002F087F" w14:textId="77777777" w:rsidR="009F5405" w:rsidRPr="001E7BED" w:rsidRDefault="005E6487" w:rsidP="00084D66">
            <w:pPr>
              <w:spacing w:after="0"/>
              <w:jc w:val="center"/>
              <w:rPr>
                <w:rFonts w:ascii="Times New Roman" w:eastAsia="Calibri" w:hAnsi="Times New Roman" w:cs="Times New Roman"/>
                <w:b/>
                <w:sz w:val="24"/>
                <w:szCs w:val="24"/>
              </w:rPr>
            </w:pPr>
            <w:r w:rsidRPr="001E7BED">
              <w:rPr>
                <w:rFonts w:ascii="Times New Roman" w:eastAsia="Calibri" w:hAnsi="Times New Roman" w:cs="Times New Roman"/>
                <w:b/>
                <w:sz w:val="24"/>
                <w:szCs w:val="24"/>
              </w:rPr>
              <w:t>Components</w:t>
            </w:r>
          </w:p>
        </w:tc>
        <w:tc>
          <w:tcPr>
            <w:tcW w:w="1825" w:type="dxa"/>
            <w:tcBorders>
              <w:top w:val="single" w:sz="4" w:space="0" w:color="000000"/>
              <w:left w:val="single" w:sz="4" w:space="0" w:color="000000"/>
              <w:bottom w:val="single" w:sz="4" w:space="0" w:color="000000"/>
              <w:right w:val="single" w:sz="4" w:space="0" w:color="000000"/>
            </w:tcBorders>
          </w:tcPr>
          <w:p w14:paraId="2765B2F9" w14:textId="77777777" w:rsidR="009F5405" w:rsidRPr="001E7BED" w:rsidRDefault="005E6487" w:rsidP="00084D66">
            <w:pPr>
              <w:spacing w:after="0"/>
              <w:jc w:val="center"/>
              <w:rPr>
                <w:rFonts w:ascii="Times New Roman" w:eastAsia="Calibri" w:hAnsi="Times New Roman" w:cs="Times New Roman"/>
                <w:b/>
                <w:sz w:val="24"/>
                <w:szCs w:val="24"/>
              </w:rPr>
            </w:pPr>
            <w:r w:rsidRPr="001E7BED">
              <w:rPr>
                <w:rFonts w:ascii="Times New Roman" w:eastAsia="Calibri" w:hAnsi="Times New Roman" w:cs="Times New Roman"/>
                <w:b/>
                <w:sz w:val="24"/>
                <w:szCs w:val="24"/>
              </w:rPr>
              <w:t>Mid Term</w:t>
            </w:r>
          </w:p>
        </w:tc>
        <w:tc>
          <w:tcPr>
            <w:tcW w:w="4345" w:type="dxa"/>
            <w:tcBorders>
              <w:top w:val="single" w:sz="4" w:space="0" w:color="000000"/>
              <w:left w:val="single" w:sz="4" w:space="0" w:color="000000"/>
              <w:bottom w:val="single" w:sz="4" w:space="0" w:color="000000"/>
              <w:right w:val="single" w:sz="4" w:space="0" w:color="000000"/>
            </w:tcBorders>
          </w:tcPr>
          <w:p w14:paraId="038FD533" w14:textId="77777777" w:rsidR="009F5405" w:rsidRPr="001E7BED" w:rsidRDefault="005E6487" w:rsidP="00084D66">
            <w:pPr>
              <w:spacing w:after="0"/>
              <w:jc w:val="center"/>
              <w:rPr>
                <w:rFonts w:ascii="Times New Roman" w:eastAsia="Calibri" w:hAnsi="Times New Roman" w:cs="Times New Roman"/>
                <w:b/>
                <w:sz w:val="24"/>
                <w:szCs w:val="24"/>
              </w:rPr>
            </w:pPr>
            <w:r w:rsidRPr="001E7BED">
              <w:rPr>
                <w:rFonts w:ascii="Times New Roman" w:eastAsia="Calibri" w:hAnsi="Times New Roman" w:cs="Times New Roman"/>
                <w:b/>
                <w:sz w:val="24"/>
                <w:szCs w:val="24"/>
              </w:rPr>
              <w:t>Class Assessment</w:t>
            </w:r>
          </w:p>
        </w:tc>
        <w:tc>
          <w:tcPr>
            <w:tcW w:w="1444" w:type="dxa"/>
            <w:tcBorders>
              <w:top w:val="single" w:sz="4" w:space="0" w:color="000000"/>
              <w:left w:val="single" w:sz="4" w:space="0" w:color="000000"/>
              <w:bottom w:val="single" w:sz="4" w:space="0" w:color="000000"/>
              <w:right w:val="single" w:sz="4" w:space="0" w:color="000000"/>
            </w:tcBorders>
          </w:tcPr>
          <w:p w14:paraId="3FF2C61E" w14:textId="77777777" w:rsidR="009F5405" w:rsidRPr="001E7BED" w:rsidRDefault="005E6487" w:rsidP="00084D66">
            <w:pPr>
              <w:spacing w:after="0"/>
              <w:jc w:val="center"/>
              <w:rPr>
                <w:rFonts w:ascii="Times New Roman" w:eastAsia="Calibri" w:hAnsi="Times New Roman" w:cs="Times New Roman"/>
                <w:b/>
                <w:sz w:val="24"/>
                <w:szCs w:val="24"/>
              </w:rPr>
            </w:pPr>
            <w:r w:rsidRPr="001E7BED">
              <w:rPr>
                <w:rFonts w:ascii="Times New Roman" w:eastAsia="Calibri" w:hAnsi="Times New Roman" w:cs="Times New Roman"/>
                <w:b/>
                <w:sz w:val="24"/>
                <w:szCs w:val="24"/>
              </w:rPr>
              <w:t>End Term</w:t>
            </w:r>
          </w:p>
        </w:tc>
      </w:tr>
      <w:tr w:rsidR="00084D66" w:rsidRPr="001E7BED" w14:paraId="2D92041E" w14:textId="77777777" w:rsidTr="000701DC">
        <w:trPr>
          <w:trHeight w:val="230"/>
          <w:jc w:val="center"/>
        </w:trPr>
        <w:tc>
          <w:tcPr>
            <w:tcW w:w="2024" w:type="dxa"/>
            <w:tcBorders>
              <w:top w:val="single" w:sz="4" w:space="0" w:color="000000"/>
              <w:left w:val="single" w:sz="4" w:space="0" w:color="000000"/>
              <w:bottom w:val="single" w:sz="4" w:space="0" w:color="000000"/>
              <w:right w:val="single" w:sz="4" w:space="0" w:color="000000"/>
            </w:tcBorders>
          </w:tcPr>
          <w:p w14:paraId="2CDEEE87" w14:textId="77777777" w:rsidR="009F5405" w:rsidRPr="001E7BED" w:rsidRDefault="005E6487" w:rsidP="00084D66">
            <w:pPr>
              <w:spacing w:after="0"/>
              <w:rPr>
                <w:rFonts w:ascii="Times New Roman" w:eastAsia="Calibri" w:hAnsi="Times New Roman" w:cs="Times New Roman"/>
                <w:b/>
                <w:sz w:val="24"/>
                <w:szCs w:val="24"/>
              </w:rPr>
            </w:pPr>
            <w:r w:rsidRPr="001E7BED">
              <w:rPr>
                <w:rFonts w:ascii="Times New Roman" w:eastAsia="Calibri" w:hAnsi="Times New Roman" w:cs="Times New Roman"/>
                <w:b/>
                <w:sz w:val="24"/>
                <w:szCs w:val="24"/>
              </w:rPr>
              <w:t>Weightage (%)</w:t>
            </w:r>
          </w:p>
        </w:tc>
        <w:tc>
          <w:tcPr>
            <w:tcW w:w="1825" w:type="dxa"/>
            <w:tcBorders>
              <w:top w:val="single" w:sz="4" w:space="0" w:color="000000"/>
              <w:left w:val="single" w:sz="4" w:space="0" w:color="000000"/>
              <w:bottom w:val="single" w:sz="4" w:space="0" w:color="000000"/>
              <w:right w:val="single" w:sz="4" w:space="0" w:color="000000"/>
            </w:tcBorders>
          </w:tcPr>
          <w:p w14:paraId="7F71741A" w14:textId="77777777" w:rsidR="009F5405" w:rsidRPr="001E7BED" w:rsidRDefault="005E6487" w:rsidP="00084D66">
            <w:pPr>
              <w:spacing w:after="0"/>
              <w:jc w:val="center"/>
              <w:rPr>
                <w:rFonts w:ascii="Times New Roman" w:eastAsia="Calibri" w:hAnsi="Times New Roman" w:cs="Times New Roman"/>
                <w:b/>
                <w:sz w:val="24"/>
                <w:szCs w:val="24"/>
              </w:rPr>
            </w:pPr>
            <w:r w:rsidRPr="001E7BED">
              <w:rPr>
                <w:rFonts w:ascii="Times New Roman" w:eastAsia="Calibri" w:hAnsi="Times New Roman" w:cs="Times New Roman"/>
                <w:b/>
                <w:sz w:val="24"/>
                <w:szCs w:val="24"/>
              </w:rPr>
              <w:t>20</w:t>
            </w:r>
          </w:p>
        </w:tc>
        <w:tc>
          <w:tcPr>
            <w:tcW w:w="4345" w:type="dxa"/>
            <w:tcBorders>
              <w:top w:val="single" w:sz="4" w:space="0" w:color="000000"/>
              <w:left w:val="single" w:sz="4" w:space="0" w:color="000000"/>
              <w:bottom w:val="single" w:sz="4" w:space="0" w:color="000000"/>
              <w:right w:val="single" w:sz="4" w:space="0" w:color="000000"/>
            </w:tcBorders>
          </w:tcPr>
          <w:p w14:paraId="3E7FF917" w14:textId="77777777" w:rsidR="009F5405" w:rsidRPr="001E7BED" w:rsidRDefault="005E6487" w:rsidP="00084D66">
            <w:pPr>
              <w:spacing w:after="0"/>
              <w:jc w:val="center"/>
              <w:rPr>
                <w:rFonts w:ascii="Times New Roman" w:eastAsia="Calibri" w:hAnsi="Times New Roman" w:cs="Times New Roman"/>
                <w:b/>
                <w:sz w:val="24"/>
                <w:szCs w:val="24"/>
              </w:rPr>
            </w:pPr>
            <w:r w:rsidRPr="001E7BED">
              <w:rPr>
                <w:rFonts w:ascii="Times New Roman" w:eastAsia="Calibri" w:hAnsi="Times New Roman" w:cs="Times New Roman"/>
                <w:b/>
                <w:sz w:val="24"/>
                <w:szCs w:val="24"/>
              </w:rPr>
              <w:t>30</w:t>
            </w:r>
          </w:p>
        </w:tc>
        <w:tc>
          <w:tcPr>
            <w:tcW w:w="1444" w:type="dxa"/>
            <w:tcBorders>
              <w:top w:val="single" w:sz="4" w:space="0" w:color="000000"/>
              <w:left w:val="single" w:sz="4" w:space="0" w:color="000000"/>
              <w:bottom w:val="single" w:sz="4" w:space="0" w:color="000000"/>
              <w:right w:val="single" w:sz="4" w:space="0" w:color="000000"/>
            </w:tcBorders>
          </w:tcPr>
          <w:p w14:paraId="4E83B3B5" w14:textId="77777777" w:rsidR="009F5405" w:rsidRPr="001E7BED" w:rsidRDefault="005E6487" w:rsidP="00084D66">
            <w:pPr>
              <w:spacing w:after="0"/>
              <w:jc w:val="center"/>
              <w:rPr>
                <w:rFonts w:ascii="Times New Roman" w:eastAsia="Calibri" w:hAnsi="Times New Roman" w:cs="Times New Roman"/>
                <w:b/>
                <w:sz w:val="24"/>
                <w:szCs w:val="24"/>
              </w:rPr>
            </w:pPr>
            <w:r w:rsidRPr="001E7BED">
              <w:rPr>
                <w:rFonts w:ascii="Times New Roman" w:eastAsia="Calibri" w:hAnsi="Times New Roman" w:cs="Times New Roman"/>
                <w:b/>
                <w:sz w:val="24"/>
                <w:szCs w:val="24"/>
              </w:rPr>
              <w:t>50</w:t>
            </w:r>
          </w:p>
        </w:tc>
      </w:tr>
    </w:tbl>
    <w:p w14:paraId="55B4B2D0" w14:textId="77777777" w:rsidR="009F5405" w:rsidRPr="001E7BED" w:rsidRDefault="005E6487" w:rsidP="00084D66">
      <w:pPr>
        <w:spacing w:before="120" w:after="120"/>
        <w:rPr>
          <w:rFonts w:ascii="Times New Roman" w:eastAsia="Calibri" w:hAnsi="Times New Roman" w:cs="Times New Roman"/>
          <w:b/>
          <w:sz w:val="24"/>
          <w:szCs w:val="24"/>
        </w:rPr>
      </w:pPr>
      <w:r w:rsidRPr="001E7BED">
        <w:rPr>
          <w:rFonts w:ascii="Times New Roman" w:eastAsia="Calibri" w:hAnsi="Times New Roman" w:cs="Times New Roman"/>
          <w:b/>
          <w:sz w:val="24"/>
          <w:szCs w:val="24"/>
        </w:rPr>
        <w:t>Relationship between the Course Outcomes (COs) and Program Outcomes (POs)</w:t>
      </w:r>
    </w:p>
    <w:tbl>
      <w:tblPr>
        <w:tblStyle w:val="TableGrid"/>
        <w:tblW w:w="0" w:type="auto"/>
        <w:tblLook w:val="04A0" w:firstRow="1" w:lastRow="0" w:firstColumn="1" w:lastColumn="0" w:noHBand="0" w:noVBand="1"/>
      </w:tblPr>
      <w:tblGrid>
        <w:gridCol w:w="696"/>
        <w:gridCol w:w="721"/>
        <w:gridCol w:w="733"/>
        <w:gridCol w:w="409"/>
        <w:gridCol w:w="409"/>
        <w:gridCol w:w="409"/>
        <w:gridCol w:w="409"/>
        <w:gridCol w:w="409"/>
        <w:gridCol w:w="409"/>
        <w:gridCol w:w="409"/>
        <w:gridCol w:w="409"/>
        <w:gridCol w:w="409"/>
        <w:gridCol w:w="470"/>
        <w:gridCol w:w="470"/>
        <w:gridCol w:w="470"/>
        <w:gridCol w:w="463"/>
        <w:gridCol w:w="463"/>
        <w:gridCol w:w="463"/>
      </w:tblGrid>
      <w:tr w:rsidR="00C82644" w14:paraId="552A5754" w14:textId="77777777">
        <w:tc>
          <w:tcPr>
            <w:tcW w:w="480" w:type="dxa"/>
          </w:tcPr>
          <w:p w14:paraId="103CAD15" w14:textId="77777777" w:rsidR="00C82644" w:rsidRDefault="005E6487">
            <w:r>
              <w:t>Course Code</w:t>
            </w:r>
          </w:p>
        </w:tc>
        <w:tc>
          <w:tcPr>
            <w:tcW w:w="480" w:type="dxa"/>
          </w:tcPr>
          <w:p w14:paraId="02C8B81A" w14:textId="77777777" w:rsidR="00C82644" w:rsidRDefault="005E6487">
            <w:r>
              <w:t>Course Name</w:t>
            </w:r>
          </w:p>
        </w:tc>
        <w:tc>
          <w:tcPr>
            <w:tcW w:w="480" w:type="dxa"/>
          </w:tcPr>
          <w:p w14:paraId="694B7D22" w14:textId="77777777" w:rsidR="00C82644" w:rsidRDefault="005E6487">
            <w:r>
              <w:t>COs</w:t>
            </w:r>
          </w:p>
        </w:tc>
        <w:tc>
          <w:tcPr>
            <w:tcW w:w="480" w:type="dxa"/>
          </w:tcPr>
          <w:p w14:paraId="100C6A55" w14:textId="77777777" w:rsidR="00C82644" w:rsidRDefault="005E6487">
            <w:r>
              <w:t>PO1</w:t>
            </w:r>
          </w:p>
        </w:tc>
        <w:tc>
          <w:tcPr>
            <w:tcW w:w="480" w:type="dxa"/>
          </w:tcPr>
          <w:p w14:paraId="4757F55A" w14:textId="77777777" w:rsidR="00C82644" w:rsidRDefault="005E6487">
            <w:r>
              <w:t>PO2</w:t>
            </w:r>
          </w:p>
        </w:tc>
        <w:tc>
          <w:tcPr>
            <w:tcW w:w="480" w:type="dxa"/>
          </w:tcPr>
          <w:p w14:paraId="146C598F" w14:textId="77777777" w:rsidR="00C82644" w:rsidRDefault="005E6487">
            <w:r>
              <w:t>PO3</w:t>
            </w:r>
          </w:p>
        </w:tc>
        <w:tc>
          <w:tcPr>
            <w:tcW w:w="480" w:type="dxa"/>
          </w:tcPr>
          <w:p w14:paraId="1BB490F4" w14:textId="77777777" w:rsidR="00C82644" w:rsidRDefault="005E6487">
            <w:r>
              <w:t>PO4</w:t>
            </w:r>
          </w:p>
        </w:tc>
        <w:tc>
          <w:tcPr>
            <w:tcW w:w="480" w:type="dxa"/>
          </w:tcPr>
          <w:p w14:paraId="7929977C" w14:textId="77777777" w:rsidR="00C82644" w:rsidRDefault="005E6487">
            <w:r>
              <w:t>PO5</w:t>
            </w:r>
          </w:p>
        </w:tc>
        <w:tc>
          <w:tcPr>
            <w:tcW w:w="480" w:type="dxa"/>
          </w:tcPr>
          <w:p w14:paraId="4BA56EC0" w14:textId="77777777" w:rsidR="00C82644" w:rsidRDefault="005E6487">
            <w:r>
              <w:t>PO6</w:t>
            </w:r>
          </w:p>
        </w:tc>
        <w:tc>
          <w:tcPr>
            <w:tcW w:w="480" w:type="dxa"/>
          </w:tcPr>
          <w:p w14:paraId="24969B96" w14:textId="77777777" w:rsidR="00C82644" w:rsidRDefault="005E6487">
            <w:r>
              <w:t>PO7</w:t>
            </w:r>
          </w:p>
        </w:tc>
        <w:tc>
          <w:tcPr>
            <w:tcW w:w="480" w:type="dxa"/>
          </w:tcPr>
          <w:p w14:paraId="40DB892E" w14:textId="77777777" w:rsidR="00C82644" w:rsidRDefault="005E6487">
            <w:r>
              <w:t>PO8</w:t>
            </w:r>
          </w:p>
        </w:tc>
        <w:tc>
          <w:tcPr>
            <w:tcW w:w="480" w:type="dxa"/>
          </w:tcPr>
          <w:p w14:paraId="412A92B0" w14:textId="77777777" w:rsidR="00C82644" w:rsidRDefault="005E6487">
            <w:r>
              <w:t>PO9</w:t>
            </w:r>
          </w:p>
        </w:tc>
        <w:tc>
          <w:tcPr>
            <w:tcW w:w="480" w:type="dxa"/>
          </w:tcPr>
          <w:p w14:paraId="194A2FC6" w14:textId="77777777" w:rsidR="00C82644" w:rsidRDefault="005E6487">
            <w:r>
              <w:t>PO10</w:t>
            </w:r>
          </w:p>
        </w:tc>
        <w:tc>
          <w:tcPr>
            <w:tcW w:w="480" w:type="dxa"/>
          </w:tcPr>
          <w:p w14:paraId="4E177D7F" w14:textId="77777777" w:rsidR="00C82644" w:rsidRDefault="005E6487">
            <w:r>
              <w:t>PO11</w:t>
            </w:r>
          </w:p>
        </w:tc>
        <w:tc>
          <w:tcPr>
            <w:tcW w:w="480" w:type="dxa"/>
          </w:tcPr>
          <w:p w14:paraId="76363E4F" w14:textId="77777777" w:rsidR="00C82644" w:rsidRDefault="005E6487">
            <w:r>
              <w:t>PO12</w:t>
            </w:r>
          </w:p>
        </w:tc>
        <w:tc>
          <w:tcPr>
            <w:tcW w:w="480" w:type="dxa"/>
          </w:tcPr>
          <w:p w14:paraId="1A01605A" w14:textId="77777777" w:rsidR="00C82644" w:rsidRDefault="005E6487">
            <w:r>
              <w:t>PSO1</w:t>
            </w:r>
          </w:p>
        </w:tc>
        <w:tc>
          <w:tcPr>
            <w:tcW w:w="480" w:type="dxa"/>
          </w:tcPr>
          <w:p w14:paraId="41DA15B7" w14:textId="77777777" w:rsidR="00C82644" w:rsidRDefault="005E6487">
            <w:r>
              <w:t>PSO2</w:t>
            </w:r>
          </w:p>
        </w:tc>
        <w:tc>
          <w:tcPr>
            <w:tcW w:w="480" w:type="dxa"/>
          </w:tcPr>
          <w:p w14:paraId="667FF016" w14:textId="77777777" w:rsidR="00C82644" w:rsidRDefault="005E6487">
            <w:r>
              <w:t>PSO3</w:t>
            </w:r>
          </w:p>
        </w:tc>
      </w:tr>
      <w:tr w:rsidR="00C82644" w14:paraId="3FCE456C" w14:textId="77777777">
        <w:tc>
          <w:tcPr>
            <w:tcW w:w="480" w:type="dxa"/>
            <w:vMerge w:val="restart"/>
          </w:tcPr>
          <w:p w14:paraId="54651B77" w14:textId="77777777" w:rsidR="00C82644" w:rsidRDefault="005E6487">
            <w:r>
              <w:t>CSE12176</w:t>
            </w:r>
          </w:p>
          <w:p w14:paraId="45DB77ED" w14:textId="77777777" w:rsidR="00C82644" w:rsidRDefault="00C82644"/>
          <w:p w14:paraId="0F9494D2" w14:textId="77777777" w:rsidR="00C82644" w:rsidRDefault="00C82644"/>
          <w:p w14:paraId="521DE7F9" w14:textId="77777777" w:rsidR="00C82644" w:rsidRDefault="00C82644"/>
          <w:p w14:paraId="60591153" w14:textId="77777777" w:rsidR="00C82644" w:rsidRDefault="00C82644"/>
        </w:tc>
        <w:tc>
          <w:tcPr>
            <w:tcW w:w="480" w:type="dxa"/>
            <w:vMerge w:val="restart"/>
          </w:tcPr>
          <w:p w14:paraId="53FA7D22" w14:textId="77777777" w:rsidR="00C82644" w:rsidRDefault="005E6487">
            <w:r>
              <w:t>Parallel Processing Lab</w:t>
            </w:r>
          </w:p>
          <w:p w14:paraId="4B9F7557" w14:textId="77777777" w:rsidR="00C82644" w:rsidRDefault="00C82644"/>
          <w:p w14:paraId="3F656B57" w14:textId="77777777" w:rsidR="00C82644" w:rsidRDefault="00C82644"/>
          <w:p w14:paraId="30D3AF30" w14:textId="77777777" w:rsidR="00C82644" w:rsidRDefault="00C82644"/>
          <w:p w14:paraId="43F4A253" w14:textId="77777777" w:rsidR="00C82644" w:rsidRDefault="00C82644"/>
        </w:tc>
        <w:tc>
          <w:tcPr>
            <w:tcW w:w="480" w:type="dxa"/>
          </w:tcPr>
          <w:p w14:paraId="1B04147C" w14:textId="77777777" w:rsidR="00C82644" w:rsidRDefault="005E6487">
            <w:r>
              <w:t>CO12176.1</w:t>
            </w:r>
          </w:p>
        </w:tc>
        <w:tc>
          <w:tcPr>
            <w:tcW w:w="480" w:type="dxa"/>
          </w:tcPr>
          <w:p w14:paraId="069293B8" w14:textId="77777777" w:rsidR="00C82644" w:rsidRDefault="005E6487">
            <w:r>
              <w:t>3</w:t>
            </w:r>
          </w:p>
        </w:tc>
        <w:tc>
          <w:tcPr>
            <w:tcW w:w="480" w:type="dxa"/>
          </w:tcPr>
          <w:p w14:paraId="4039B5F0" w14:textId="77777777" w:rsidR="00C82644" w:rsidRDefault="005E6487">
            <w:r>
              <w:t>3</w:t>
            </w:r>
          </w:p>
        </w:tc>
        <w:tc>
          <w:tcPr>
            <w:tcW w:w="480" w:type="dxa"/>
          </w:tcPr>
          <w:p w14:paraId="01058598" w14:textId="77777777" w:rsidR="00C82644" w:rsidRDefault="005E6487">
            <w:r>
              <w:t>2</w:t>
            </w:r>
          </w:p>
        </w:tc>
        <w:tc>
          <w:tcPr>
            <w:tcW w:w="480" w:type="dxa"/>
          </w:tcPr>
          <w:p w14:paraId="4BE2BDAF" w14:textId="77777777" w:rsidR="00C82644" w:rsidRDefault="005E6487">
            <w:r>
              <w:t>3</w:t>
            </w:r>
          </w:p>
        </w:tc>
        <w:tc>
          <w:tcPr>
            <w:tcW w:w="480" w:type="dxa"/>
          </w:tcPr>
          <w:p w14:paraId="5493B585" w14:textId="77777777" w:rsidR="00C82644" w:rsidRDefault="005E6487">
            <w:r>
              <w:t>2</w:t>
            </w:r>
          </w:p>
        </w:tc>
        <w:tc>
          <w:tcPr>
            <w:tcW w:w="480" w:type="dxa"/>
          </w:tcPr>
          <w:p w14:paraId="41A7978B" w14:textId="77777777" w:rsidR="00C82644" w:rsidRDefault="005E6487">
            <w:r>
              <w:t>1</w:t>
            </w:r>
          </w:p>
        </w:tc>
        <w:tc>
          <w:tcPr>
            <w:tcW w:w="480" w:type="dxa"/>
          </w:tcPr>
          <w:p w14:paraId="556D7C5F" w14:textId="77777777" w:rsidR="00C82644" w:rsidRDefault="005E6487">
            <w:r>
              <w:t>1</w:t>
            </w:r>
          </w:p>
        </w:tc>
        <w:tc>
          <w:tcPr>
            <w:tcW w:w="480" w:type="dxa"/>
          </w:tcPr>
          <w:p w14:paraId="64493049" w14:textId="77777777" w:rsidR="00C82644" w:rsidRDefault="005E6487">
            <w:r>
              <w:t>-</w:t>
            </w:r>
          </w:p>
        </w:tc>
        <w:tc>
          <w:tcPr>
            <w:tcW w:w="480" w:type="dxa"/>
          </w:tcPr>
          <w:p w14:paraId="66CE504F" w14:textId="77777777" w:rsidR="00C82644" w:rsidRDefault="005E6487">
            <w:r>
              <w:t>3</w:t>
            </w:r>
          </w:p>
        </w:tc>
        <w:tc>
          <w:tcPr>
            <w:tcW w:w="480" w:type="dxa"/>
          </w:tcPr>
          <w:p w14:paraId="13EBE734" w14:textId="77777777" w:rsidR="00C82644" w:rsidRDefault="005E6487">
            <w:r>
              <w:t>-</w:t>
            </w:r>
          </w:p>
        </w:tc>
        <w:tc>
          <w:tcPr>
            <w:tcW w:w="480" w:type="dxa"/>
          </w:tcPr>
          <w:p w14:paraId="5C117D12" w14:textId="77777777" w:rsidR="00C82644" w:rsidRDefault="005E6487">
            <w:r>
              <w:t>-</w:t>
            </w:r>
          </w:p>
        </w:tc>
        <w:tc>
          <w:tcPr>
            <w:tcW w:w="480" w:type="dxa"/>
          </w:tcPr>
          <w:p w14:paraId="25F80ACF" w14:textId="77777777" w:rsidR="00C82644" w:rsidRDefault="005E6487">
            <w:r>
              <w:t>3</w:t>
            </w:r>
          </w:p>
        </w:tc>
        <w:tc>
          <w:tcPr>
            <w:tcW w:w="480" w:type="dxa"/>
          </w:tcPr>
          <w:p w14:paraId="37C376EC" w14:textId="77777777" w:rsidR="00C82644" w:rsidRDefault="005E6487">
            <w:r>
              <w:t>2</w:t>
            </w:r>
          </w:p>
        </w:tc>
        <w:tc>
          <w:tcPr>
            <w:tcW w:w="480" w:type="dxa"/>
          </w:tcPr>
          <w:p w14:paraId="60B61FC3" w14:textId="77777777" w:rsidR="00C82644" w:rsidRDefault="005E6487">
            <w:r>
              <w:t>1</w:t>
            </w:r>
          </w:p>
        </w:tc>
        <w:tc>
          <w:tcPr>
            <w:tcW w:w="480" w:type="dxa"/>
          </w:tcPr>
          <w:p w14:paraId="45ED687C" w14:textId="77777777" w:rsidR="00C82644" w:rsidRDefault="005E6487">
            <w:r>
              <w:t>1</w:t>
            </w:r>
          </w:p>
        </w:tc>
      </w:tr>
      <w:tr w:rsidR="00C82644" w14:paraId="1B0D57A8" w14:textId="77777777">
        <w:tc>
          <w:tcPr>
            <w:tcW w:w="480" w:type="dxa"/>
            <w:vMerge/>
          </w:tcPr>
          <w:p w14:paraId="674A1B0C" w14:textId="77777777" w:rsidR="00C82644" w:rsidRDefault="00C82644"/>
        </w:tc>
        <w:tc>
          <w:tcPr>
            <w:tcW w:w="480" w:type="dxa"/>
            <w:vMerge/>
          </w:tcPr>
          <w:p w14:paraId="20FC7AE5" w14:textId="77777777" w:rsidR="00C82644" w:rsidRDefault="00C82644"/>
        </w:tc>
        <w:tc>
          <w:tcPr>
            <w:tcW w:w="480" w:type="dxa"/>
          </w:tcPr>
          <w:p w14:paraId="11036D60" w14:textId="77777777" w:rsidR="00C82644" w:rsidRDefault="005E6487">
            <w:r>
              <w:t>CO12176.2</w:t>
            </w:r>
          </w:p>
        </w:tc>
        <w:tc>
          <w:tcPr>
            <w:tcW w:w="480" w:type="dxa"/>
          </w:tcPr>
          <w:p w14:paraId="4B87A89B" w14:textId="77777777" w:rsidR="00C82644" w:rsidRDefault="005E6487">
            <w:r>
              <w:t>3</w:t>
            </w:r>
          </w:p>
        </w:tc>
        <w:tc>
          <w:tcPr>
            <w:tcW w:w="480" w:type="dxa"/>
          </w:tcPr>
          <w:p w14:paraId="2E5C2D02" w14:textId="77777777" w:rsidR="00C82644" w:rsidRDefault="005E6487">
            <w:r>
              <w:t>1</w:t>
            </w:r>
          </w:p>
        </w:tc>
        <w:tc>
          <w:tcPr>
            <w:tcW w:w="480" w:type="dxa"/>
          </w:tcPr>
          <w:p w14:paraId="21377261" w14:textId="77777777" w:rsidR="00C82644" w:rsidRDefault="005E6487">
            <w:r>
              <w:t>2</w:t>
            </w:r>
          </w:p>
        </w:tc>
        <w:tc>
          <w:tcPr>
            <w:tcW w:w="480" w:type="dxa"/>
          </w:tcPr>
          <w:p w14:paraId="672BC61B" w14:textId="77777777" w:rsidR="00C82644" w:rsidRDefault="005E6487">
            <w:r>
              <w:t>2</w:t>
            </w:r>
          </w:p>
        </w:tc>
        <w:tc>
          <w:tcPr>
            <w:tcW w:w="480" w:type="dxa"/>
          </w:tcPr>
          <w:p w14:paraId="155BF5F8" w14:textId="77777777" w:rsidR="00C82644" w:rsidRDefault="005E6487">
            <w:r>
              <w:t>1</w:t>
            </w:r>
          </w:p>
        </w:tc>
        <w:tc>
          <w:tcPr>
            <w:tcW w:w="480" w:type="dxa"/>
          </w:tcPr>
          <w:p w14:paraId="03F7DDC0" w14:textId="77777777" w:rsidR="00C82644" w:rsidRDefault="005E6487">
            <w:r>
              <w:t>2</w:t>
            </w:r>
          </w:p>
        </w:tc>
        <w:tc>
          <w:tcPr>
            <w:tcW w:w="480" w:type="dxa"/>
          </w:tcPr>
          <w:p w14:paraId="5702BA22" w14:textId="77777777" w:rsidR="00C82644" w:rsidRDefault="005E6487">
            <w:r>
              <w:t>2</w:t>
            </w:r>
          </w:p>
        </w:tc>
        <w:tc>
          <w:tcPr>
            <w:tcW w:w="480" w:type="dxa"/>
          </w:tcPr>
          <w:p w14:paraId="1EAB8AB6" w14:textId="77777777" w:rsidR="00C82644" w:rsidRDefault="005E6487">
            <w:r>
              <w:t>-</w:t>
            </w:r>
          </w:p>
        </w:tc>
        <w:tc>
          <w:tcPr>
            <w:tcW w:w="480" w:type="dxa"/>
          </w:tcPr>
          <w:p w14:paraId="35F53239" w14:textId="77777777" w:rsidR="00C82644" w:rsidRDefault="005E6487">
            <w:r>
              <w:t>2</w:t>
            </w:r>
          </w:p>
        </w:tc>
        <w:tc>
          <w:tcPr>
            <w:tcW w:w="480" w:type="dxa"/>
          </w:tcPr>
          <w:p w14:paraId="1A9480D6" w14:textId="77777777" w:rsidR="00C82644" w:rsidRDefault="005E6487">
            <w:r>
              <w:t>-</w:t>
            </w:r>
          </w:p>
        </w:tc>
        <w:tc>
          <w:tcPr>
            <w:tcW w:w="480" w:type="dxa"/>
          </w:tcPr>
          <w:p w14:paraId="4E1F5A33" w14:textId="77777777" w:rsidR="00C82644" w:rsidRDefault="005E6487">
            <w:r>
              <w:t>-</w:t>
            </w:r>
          </w:p>
        </w:tc>
        <w:tc>
          <w:tcPr>
            <w:tcW w:w="480" w:type="dxa"/>
          </w:tcPr>
          <w:p w14:paraId="23D422CE" w14:textId="77777777" w:rsidR="00C82644" w:rsidRDefault="005E6487">
            <w:r>
              <w:t>2</w:t>
            </w:r>
          </w:p>
        </w:tc>
        <w:tc>
          <w:tcPr>
            <w:tcW w:w="480" w:type="dxa"/>
          </w:tcPr>
          <w:p w14:paraId="1C480F3B" w14:textId="77777777" w:rsidR="00C82644" w:rsidRDefault="005E6487">
            <w:r>
              <w:t>1</w:t>
            </w:r>
          </w:p>
        </w:tc>
        <w:tc>
          <w:tcPr>
            <w:tcW w:w="480" w:type="dxa"/>
          </w:tcPr>
          <w:p w14:paraId="137D0E79" w14:textId="77777777" w:rsidR="00C82644" w:rsidRDefault="005E6487">
            <w:r>
              <w:t>1</w:t>
            </w:r>
          </w:p>
        </w:tc>
        <w:tc>
          <w:tcPr>
            <w:tcW w:w="480" w:type="dxa"/>
          </w:tcPr>
          <w:p w14:paraId="3FA0E8BC" w14:textId="77777777" w:rsidR="00C82644" w:rsidRDefault="005E6487">
            <w:r>
              <w:t>1</w:t>
            </w:r>
          </w:p>
        </w:tc>
      </w:tr>
      <w:tr w:rsidR="00C82644" w14:paraId="7A2CE65C" w14:textId="77777777">
        <w:tc>
          <w:tcPr>
            <w:tcW w:w="480" w:type="dxa"/>
            <w:vMerge/>
          </w:tcPr>
          <w:p w14:paraId="69E875F6" w14:textId="77777777" w:rsidR="00C82644" w:rsidRDefault="00C82644"/>
        </w:tc>
        <w:tc>
          <w:tcPr>
            <w:tcW w:w="480" w:type="dxa"/>
            <w:vMerge/>
          </w:tcPr>
          <w:p w14:paraId="16024579" w14:textId="77777777" w:rsidR="00C82644" w:rsidRDefault="00C82644"/>
        </w:tc>
        <w:tc>
          <w:tcPr>
            <w:tcW w:w="480" w:type="dxa"/>
          </w:tcPr>
          <w:p w14:paraId="702FE408" w14:textId="77777777" w:rsidR="00C82644" w:rsidRDefault="005E6487">
            <w:r>
              <w:t>CO12176.3</w:t>
            </w:r>
          </w:p>
        </w:tc>
        <w:tc>
          <w:tcPr>
            <w:tcW w:w="480" w:type="dxa"/>
          </w:tcPr>
          <w:p w14:paraId="784C0622" w14:textId="77777777" w:rsidR="00C82644" w:rsidRDefault="005E6487">
            <w:r>
              <w:t>3</w:t>
            </w:r>
          </w:p>
        </w:tc>
        <w:tc>
          <w:tcPr>
            <w:tcW w:w="480" w:type="dxa"/>
          </w:tcPr>
          <w:p w14:paraId="179430AD" w14:textId="77777777" w:rsidR="00C82644" w:rsidRDefault="005E6487">
            <w:r>
              <w:t>1</w:t>
            </w:r>
          </w:p>
        </w:tc>
        <w:tc>
          <w:tcPr>
            <w:tcW w:w="480" w:type="dxa"/>
          </w:tcPr>
          <w:p w14:paraId="2B1C2D19" w14:textId="77777777" w:rsidR="00C82644" w:rsidRDefault="005E6487">
            <w:r>
              <w:t>3</w:t>
            </w:r>
          </w:p>
        </w:tc>
        <w:tc>
          <w:tcPr>
            <w:tcW w:w="480" w:type="dxa"/>
          </w:tcPr>
          <w:p w14:paraId="72FAE029" w14:textId="77777777" w:rsidR="00C82644" w:rsidRDefault="005E6487">
            <w:r>
              <w:t>2</w:t>
            </w:r>
          </w:p>
        </w:tc>
        <w:tc>
          <w:tcPr>
            <w:tcW w:w="480" w:type="dxa"/>
          </w:tcPr>
          <w:p w14:paraId="1D767B0F" w14:textId="77777777" w:rsidR="00C82644" w:rsidRDefault="005E6487">
            <w:r>
              <w:t>1</w:t>
            </w:r>
          </w:p>
        </w:tc>
        <w:tc>
          <w:tcPr>
            <w:tcW w:w="480" w:type="dxa"/>
          </w:tcPr>
          <w:p w14:paraId="655BB328" w14:textId="77777777" w:rsidR="00C82644" w:rsidRDefault="005E6487">
            <w:r>
              <w:t>2</w:t>
            </w:r>
          </w:p>
        </w:tc>
        <w:tc>
          <w:tcPr>
            <w:tcW w:w="480" w:type="dxa"/>
          </w:tcPr>
          <w:p w14:paraId="09F4F507" w14:textId="77777777" w:rsidR="00C82644" w:rsidRDefault="005E6487">
            <w:r>
              <w:t>3</w:t>
            </w:r>
          </w:p>
        </w:tc>
        <w:tc>
          <w:tcPr>
            <w:tcW w:w="480" w:type="dxa"/>
          </w:tcPr>
          <w:p w14:paraId="1568CBD0" w14:textId="77777777" w:rsidR="00C82644" w:rsidRDefault="005E6487">
            <w:r>
              <w:t>-</w:t>
            </w:r>
          </w:p>
        </w:tc>
        <w:tc>
          <w:tcPr>
            <w:tcW w:w="480" w:type="dxa"/>
          </w:tcPr>
          <w:p w14:paraId="705F9BDD" w14:textId="77777777" w:rsidR="00C82644" w:rsidRDefault="005E6487">
            <w:r>
              <w:t>2</w:t>
            </w:r>
          </w:p>
        </w:tc>
        <w:tc>
          <w:tcPr>
            <w:tcW w:w="480" w:type="dxa"/>
          </w:tcPr>
          <w:p w14:paraId="1EEB5B0F" w14:textId="77777777" w:rsidR="00C82644" w:rsidRDefault="005E6487">
            <w:r>
              <w:t>-</w:t>
            </w:r>
          </w:p>
        </w:tc>
        <w:tc>
          <w:tcPr>
            <w:tcW w:w="480" w:type="dxa"/>
          </w:tcPr>
          <w:p w14:paraId="461105F9" w14:textId="77777777" w:rsidR="00C82644" w:rsidRDefault="005E6487">
            <w:r>
              <w:t>-</w:t>
            </w:r>
          </w:p>
        </w:tc>
        <w:tc>
          <w:tcPr>
            <w:tcW w:w="480" w:type="dxa"/>
          </w:tcPr>
          <w:p w14:paraId="161EEBCA" w14:textId="77777777" w:rsidR="00C82644" w:rsidRDefault="005E6487">
            <w:r>
              <w:t>2</w:t>
            </w:r>
          </w:p>
        </w:tc>
        <w:tc>
          <w:tcPr>
            <w:tcW w:w="480" w:type="dxa"/>
          </w:tcPr>
          <w:p w14:paraId="3B485F0D" w14:textId="77777777" w:rsidR="00C82644" w:rsidRDefault="005E6487">
            <w:r>
              <w:t>2</w:t>
            </w:r>
          </w:p>
        </w:tc>
        <w:tc>
          <w:tcPr>
            <w:tcW w:w="480" w:type="dxa"/>
          </w:tcPr>
          <w:p w14:paraId="6273582D" w14:textId="77777777" w:rsidR="00C82644" w:rsidRDefault="005E6487">
            <w:r>
              <w:t>3</w:t>
            </w:r>
          </w:p>
        </w:tc>
        <w:tc>
          <w:tcPr>
            <w:tcW w:w="480" w:type="dxa"/>
          </w:tcPr>
          <w:p w14:paraId="7E0AAA1C" w14:textId="77777777" w:rsidR="00C82644" w:rsidRDefault="005E6487">
            <w:r>
              <w:t>3</w:t>
            </w:r>
          </w:p>
        </w:tc>
      </w:tr>
      <w:tr w:rsidR="00C82644" w14:paraId="1A39CE0C" w14:textId="77777777">
        <w:tc>
          <w:tcPr>
            <w:tcW w:w="480" w:type="dxa"/>
            <w:vMerge/>
          </w:tcPr>
          <w:p w14:paraId="278E50BC" w14:textId="77777777" w:rsidR="00C82644" w:rsidRDefault="00C82644"/>
        </w:tc>
        <w:tc>
          <w:tcPr>
            <w:tcW w:w="480" w:type="dxa"/>
            <w:vMerge/>
          </w:tcPr>
          <w:p w14:paraId="19BBF2C6" w14:textId="77777777" w:rsidR="00C82644" w:rsidRDefault="00C82644"/>
        </w:tc>
        <w:tc>
          <w:tcPr>
            <w:tcW w:w="480" w:type="dxa"/>
          </w:tcPr>
          <w:p w14:paraId="5A5D4B6D" w14:textId="77777777" w:rsidR="00C82644" w:rsidRDefault="005E6487">
            <w:r>
              <w:t>CO12176.4</w:t>
            </w:r>
          </w:p>
        </w:tc>
        <w:tc>
          <w:tcPr>
            <w:tcW w:w="480" w:type="dxa"/>
          </w:tcPr>
          <w:p w14:paraId="482388F6" w14:textId="77777777" w:rsidR="00C82644" w:rsidRDefault="005E6487">
            <w:r>
              <w:t>3</w:t>
            </w:r>
          </w:p>
        </w:tc>
        <w:tc>
          <w:tcPr>
            <w:tcW w:w="480" w:type="dxa"/>
          </w:tcPr>
          <w:p w14:paraId="164A2295" w14:textId="77777777" w:rsidR="00C82644" w:rsidRDefault="005E6487">
            <w:r>
              <w:t>3</w:t>
            </w:r>
          </w:p>
        </w:tc>
        <w:tc>
          <w:tcPr>
            <w:tcW w:w="480" w:type="dxa"/>
          </w:tcPr>
          <w:p w14:paraId="351D601B" w14:textId="77777777" w:rsidR="00C82644" w:rsidRDefault="005E6487">
            <w:r>
              <w:t>2</w:t>
            </w:r>
          </w:p>
        </w:tc>
        <w:tc>
          <w:tcPr>
            <w:tcW w:w="480" w:type="dxa"/>
          </w:tcPr>
          <w:p w14:paraId="42FCCB91" w14:textId="77777777" w:rsidR="00C82644" w:rsidRDefault="005E6487">
            <w:r>
              <w:t>3</w:t>
            </w:r>
          </w:p>
        </w:tc>
        <w:tc>
          <w:tcPr>
            <w:tcW w:w="480" w:type="dxa"/>
          </w:tcPr>
          <w:p w14:paraId="771A58C2" w14:textId="77777777" w:rsidR="00C82644" w:rsidRDefault="005E6487">
            <w:r>
              <w:t>2</w:t>
            </w:r>
          </w:p>
        </w:tc>
        <w:tc>
          <w:tcPr>
            <w:tcW w:w="480" w:type="dxa"/>
          </w:tcPr>
          <w:p w14:paraId="48CBF792" w14:textId="77777777" w:rsidR="00C82644" w:rsidRDefault="005E6487">
            <w:r>
              <w:t>1</w:t>
            </w:r>
          </w:p>
        </w:tc>
        <w:tc>
          <w:tcPr>
            <w:tcW w:w="480" w:type="dxa"/>
          </w:tcPr>
          <w:p w14:paraId="53E587DC" w14:textId="77777777" w:rsidR="00C82644" w:rsidRDefault="005E6487">
            <w:r>
              <w:t>1</w:t>
            </w:r>
          </w:p>
        </w:tc>
        <w:tc>
          <w:tcPr>
            <w:tcW w:w="480" w:type="dxa"/>
          </w:tcPr>
          <w:p w14:paraId="2799EB60" w14:textId="77777777" w:rsidR="00C82644" w:rsidRDefault="005E6487">
            <w:r>
              <w:t>-</w:t>
            </w:r>
          </w:p>
        </w:tc>
        <w:tc>
          <w:tcPr>
            <w:tcW w:w="480" w:type="dxa"/>
          </w:tcPr>
          <w:p w14:paraId="56E77D4B" w14:textId="77777777" w:rsidR="00C82644" w:rsidRDefault="005E6487">
            <w:r>
              <w:t>2</w:t>
            </w:r>
          </w:p>
        </w:tc>
        <w:tc>
          <w:tcPr>
            <w:tcW w:w="480" w:type="dxa"/>
          </w:tcPr>
          <w:p w14:paraId="09BE81AA" w14:textId="77777777" w:rsidR="00C82644" w:rsidRDefault="005E6487">
            <w:r>
              <w:t>-</w:t>
            </w:r>
          </w:p>
        </w:tc>
        <w:tc>
          <w:tcPr>
            <w:tcW w:w="480" w:type="dxa"/>
          </w:tcPr>
          <w:p w14:paraId="6C80FAF2" w14:textId="77777777" w:rsidR="00C82644" w:rsidRDefault="005E6487">
            <w:r>
              <w:t>-</w:t>
            </w:r>
          </w:p>
        </w:tc>
        <w:tc>
          <w:tcPr>
            <w:tcW w:w="480" w:type="dxa"/>
          </w:tcPr>
          <w:p w14:paraId="2B280BDA" w14:textId="77777777" w:rsidR="00C82644" w:rsidRDefault="005E6487">
            <w:r>
              <w:t>1</w:t>
            </w:r>
          </w:p>
        </w:tc>
        <w:tc>
          <w:tcPr>
            <w:tcW w:w="480" w:type="dxa"/>
          </w:tcPr>
          <w:p w14:paraId="3A5B8070" w14:textId="77777777" w:rsidR="00C82644" w:rsidRDefault="005E6487">
            <w:r>
              <w:t>2</w:t>
            </w:r>
          </w:p>
        </w:tc>
        <w:tc>
          <w:tcPr>
            <w:tcW w:w="480" w:type="dxa"/>
          </w:tcPr>
          <w:p w14:paraId="635B2526" w14:textId="77777777" w:rsidR="00C82644" w:rsidRDefault="005E6487">
            <w:r>
              <w:t>3</w:t>
            </w:r>
          </w:p>
        </w:tc>
        <w:tc>
          <w:tcPr>
            <w:tcW w:w="480" w:type="dxa"/>
          </w:tcPr>
          <w:p w14:paraId="3AAD0230" w14:textId="77777777" w:rsidR="00C82644" w:rsidRDefault="005E6487">
            <w:r>
              <w:t>2</w:t>
            </w:r>
          </w:p>
        </w:tc>
      </w:tr>
      <w:tr w:rsidR="00C82644" w14:paraId="05C7A818" w14:textId="77777777">
        <w:tc>
          <w:tcPr>
            <w:tcW w:w="480" w:type="dxa"/>
            <w:vMerge/>
          </w:tcPr>
          <w:p w14:paraId="36A25756" w14:textId="77777777" w:rsidR="00C82644" w:rsidRDefault="00C82644"/>
        </w:tc>
        <w:tc>
          <w:tcPr>
            <w:tcW w:w="480" w:type="dxa"/>
            <w:vMerge/>
          </w:tcPr>
          <w:p w14:paraId="0CFD41D5" w14:textId="77777777" w:rsidR="00C82644" w:rsidRDefault="00C82644"/>
        </w:tc>
        <w:tc>
          <w:tcPr>
            <w:tcW w:w="480" w:type="dxa"/>
          </w:tcPr>
          <w:p w14:paraId="6AD335B5" w14:textId="77777777" w:rsidR="00C82644" w:rsidRDefault="005E6487">
            <w:r>
              <w:t>CO12176.5</w:t>
            </w:r>
          </w:p>
        </w:tc>
        <w:tc>
          <w:tcPr>
            <w:tcW w:w="480" w:type="dxa"/>
          </w:tcPr>
          <w:p w14:paraId="43C05CD6" w14:textId="77777777" w:rsidR="00C82644" w:rsidRDefault="005E6487">
            <w:r>
              <w:t>3</w:t>
            </w:r>
          </w:p>
        </w:tc>
        <w:tc>
          <w:tcPr>
            <w:tcW w:w="480" w:type="dxa"/>
          </w:tcPr>
          <w:p w14:paraId="45B64FCA" w14:textId="77777777" w:rsidR="00C82644" w:rsidRDefault="005E6487">
            <w:r>
              <w:t>2</w:t>
            </w:r>
          </w:p>
        </w:tc>
        <w:tc>
          <w:tcPr>
            <w:tcW w:w="480" w:type="dxa"/>
          </w:tcPr>
          <w:p w14:paraId="7E1FCE3F" w14:textId="77777777" w:rsidR="00C82644" w:rsidRDefault="005E6487">
            <w:r>
              <w:t>3</w:t>
            </w:r>
          </w:p>
        </w:tc>
        <w:tc>
          <w:tcPr>
            <w:tcW w:w="480" w:type="dxa"/>
          </w:tcPr>
          <w:p w14:paraId="25384D3C" w14:textId="77777777" w:rsidR="00C82644" w:rsidRDefault="005E6487">
            <w:r>
              <w:t>3</w:t>
            </w:r>
          </w:p>
        </w:tc>
        <w:tc>
          <w:tcPr>
            <w:tcW w:w="480" w:type="dxa"/>
          </w:tcPr>
          <w:p w14:paraId="7BF7C47F" w14:textId="77777777" w:rsidR="00C82644" w:rsidRDefault="005E6487">
            <w:r>
              <w:t>1</w:t>
            </w:r>
          </w:p>
        </w:tc>
        <w:tc>
          <w:tcPr>
            <w:tcW w:w="480" w:type="dxa"/>
          </w:tcPr>
          <w:p w14:paraId="6B3A23D6" w14:textId="77777777" w:rsidR="00C82644" w:rsidRDefault="005E6487">
            <w:r>
              <w:t>1</w:t>
            </w:r>
          </w:p>
        </w:tc>
        <w:tc>
          <w:tcPr>
            <w:tcW w:w="480" w:type="dxa"/>
          </w:tcPr>
          <w:p w14:paraId="307DB191" w14:textId="77777777" w:rsidR="00C82644" w:rsidRDefault="005E6487">
            <w:r>
              <w:t>1</w:t>
            </w:r>
          </w:p>
        </w:tc>
        <w:tc>
          <w:tcPr>
            <w:tcW w:w="480" w:type="dxa"/>
          </w:tcPr>
          <w:p w14:paraId="6111E602" w14:textId="77777777" w:rsidR="00C82644" w:rsidRDefault="005E6487">
            <w:r>
              <w:t>-</w:t>
            </w:r>
          </w:p>
        </w:tc>
        <w:tc>
          <w:tcPr>
            <w:tcW w:w="480" w:type="dxa"/>
          </w:tcPr>
          <w:p w14:paraId="06B1CEDF" w14:textId="77777777" w:rsidR="00C82644" w:rsidRDefault="005E6487">
            <w:r>
              <w:t>3</w:t>
            </w:r>
          </w:p>
        </w:tc>
        <w:tc>
          <w:tcPr>
            <w:tcW w:w="480" w:type="dxa"/>
          </w:tcPr>
          <w:p w14:paraId="6E59E2F4" w14:textId="77777777" w:rsidR="00C82644" w:rsidRDefault="005E6487">
            <w:r>
              <w:t>-</w:t>
            </w:r>
          </w:p>
        </w:tc>
        <w:tc>
          <w:tcPr>
            <w:tcW w:w="480" w:type="dxa"/>
          </w:tcPr>
          <w:p w14:paraId="09648F59" w14:textId="77777777" w:rsidR="00C82644" w:rsidRDefault="005E6487">
            <w:r>
              <w:t>-</w:t>
            </w:r>
          </w:p>
        </w:tc>
        <w:tc>
          <w:tcPr>
            <w:tcW w:w="480" w:type="dxa"/>
          </w:tcPr>
          <w:p w14:paraId="71DC019A" w14:textId="77777777" w:rsidR="00C82644" w:rsidRDefault="005E6487">
            <w:r>
              <w:t>2</w:t>
            </w:r>
          </w:p>
        </w:tc>
        <w:tc>
          <w:tcPr>
            <w:tcW w:w="480" w:type="dxa"/>
          </w:tcPr>
          <w:p w14:paraId="20365A99" w14:textId="77777777" w:rsidR="00C82644" w:rsidRDefault="005E6487">
            <w:r>
              <w:t>1</w:t>
            </w:r>
          </w:p>
        </w:tc>
        <w:tc>
          <w:tcPr>
            <w:tcW w:w="480" w:type="dxa"/>
          </w:tcPr>
          <w:p w14:paraId="603E578D" w14:textId="77777777" w:rsidR="00C82644" w:rsidRDefault="005E6487">
            <w:r>
              <w:t>2</w:t>
            </w:r>
          </w:p>
        </w:tc>
        <w:tc>
          <w:tcPr>
            <w:tcW w:w="480" w:type="dxa"/>
          </w:tcPr>
          <w:p w14:paraId="52B1B05C" w14:textId="77777777" w:rsidR="00C82644" w:rsidRDefault="005E6487">
            <w:r>
              <w:t>2</w:t>
            </w:r>
          </w:p>
        </w:tc>
      </w:tr>
      <w:tr w:rsidR="00C82644" w14:paraId="44B9CB83" w14:textId="77777777">
        <w:tc>
          <w:tcPr>
            <w:tcW w:w="480" w:type="dxa"/>
            <w:vMerge/>
          </w:tcPr>
          <w:p w14:paraId="57885F0F" w14:textId="77777777" w:rsidR="00C82644" w:rsidRDefault="00C82644"/>
        </w:tc>
        <w:tc>
          <w:tcPr>
            <w:tcW w:w="480" w:type="dxa"/>
            <w:vMerge/>
          </w:tcPr>
          <w:p w14:paraId="25B3A116" w14:textId="77777777" w:rsidR="00C82644" w:rsidRDefault="00C82644"/>
        </w:tc>
        <w:tc>
          <w:tcPr>
            <w:tcW w:w="480" w:type="dxa"/>
          </w:tcPr>
          <w:p w14:paraId="77378C46" w14:textId="77777777" w:rsidR="00C82644" w:rsidRDefault="005E6487">
            <w:r>
              <w:t>CO12176</w:t>
            </w:r>
          </w:p>
        </w:tc>
        <w:tc>
          <w:tcPr>
            <w:tcW w:w="480" w:type="dxa"/>
          </w:tcPr>
          <w:p w14:paraId="290D5DFB" w14:textId="77777777" w:rsidR="00C82644" w:rsidRDefault="005E6487">
            <w:r>
              <w:t>3.0</w:t>
            </w:r>
          </w:p>
        </w:tc>
        <w:tc>
          <w:tcPr>
            <w:tcW w:w="480" w:type="dxa"/>
          </w:tcPr>
          <w:p w14:paraId="00DB261A" w14:textId="77777777" w:rsidR="00C82644" w:rsidRDefault="005E6487">
            <w:r>
              <w:t>2.0</w:t>
            </w:r>
          </w:p>
        </w:tc>
        <w:tc>
          <w:tcPr>
            <w:tcW w:w="480" w:type="dxa"/>
          </w:tcPr>
          <w:p w14:paraId="72516498" w14:textId="77777777" w:rsidR="00C82644" w:rsidRDefault="005E6487">
            <w:r>
              <w:t>2.4</w:t>
            </w:r>
          </w:p>
        </w:tc>
        <w:tc>
          <w:tcPr>
            <w:tcW w:w="480" w:type="dxa"/>
          </w:tcPr>
          <w:p w14:paraId="378D216B" w14:textId="77777777" w:rsidR="00C82644" w:rsidRDefault="005E6487">
            <w:r>
              <w:t>2.6</w:t>
            </w:r>
          </w:p>
        </w:tc>
        <w:tc>
          <w:tcPr>
            <w:tcW w:w="480" w:type="dxa"/>
          </w:tcPr>
          <w:p w14:paraId="3C47D12D" w14:textId="77777777" w:rsidR="00C82644" w:rsidRDefault="005E6487">
            <w:r>
              <w:t>1.4</w:t>
            </w:r>
          </w:p>
        </w:tc>
        <w:tc>
          <w:tcPr>
            <w:tcW w:w="480" w:type="dxa"/>
          </w:tcPr>
          <w:p w14:paraId="2A3073E1" w14:textId="77777777" w:rsidR="00C82644" w:rsidRDefault="005E6487">
            <w:r>
              <w:t>1.4</w:t>
            </w:r>
          </w:p>
        </w:tc>
        <w:tc>
          <w:tcPr>
            <w:tcW w:w="480" w:type="dxa"/>
          </w:tcPr>
          <w:p w14:paraId="1FDA51FC" w14:textId="77777777" w:rsidR="00C82644" w:rsidRDefault="005E6487">
            <w:r>
              <w:t>1.6</w:t>
            </w:r>
          </w:p>
        </w:tc>
        <w:tc>
          <w:tcPr>
            <w:tcW w:w="480" w:type="dxa"/>
          </w:tcPr>
          <w:p w14:paraId="158802D2" w14:textId="77777777" w:rsidR="00C82644" w:rsidRDefault="005E6487">
            <w:r>
              <w:t>-</w:t>
            </w:r>
          </w:p>
        </w:tc>
        <w:tc>
          <w:tcPr>
            <w:tcW w:w="480" w:type="dxa"/>
          </w:tcPr>
          <w:p w14:paraId="1DE0F6B3" w14:textId="77777777" w:rsidR="00C82644" w:rsidRDefault="005E6487">
            <w:r>
              <w:t>2.4</w:t>
            </w:r>
          </w:p>
        </w:tc>
        <w:tc>
          <w:tcPr>
            <w:tcW w:w="480" w:type="dxa"/>
          </w:tcPr>
          <w:p w14:paraId="5A6504A5" w14:textId="77777777" w:rsidR="00C82644" w:rsidRDefault="005E6487">
            <w:r>
              <w:t>-</w:t>
            </w:r>
          </w:p>
        </w:tc>
        <w:tc>
          <w:tcPr>
            <w:tcW w:w="480" w:type="dxa"/>
          </w:tcPr>
          <w:p w14:paraId="7070230D" w14:textId="77777777" w:rsidR="00C82644" w:rsidRDefault="005E6487">
            <w:r>
              <w:t>-</w:t>
            </w:r>
          </w:p>
        </w:tc>
        <w:tc>
          <w:tcPr>
            <w:tcW w:w="480" w:type="dxa"/>
          </w:tcPr>
          <w:p w14:paraId="18FDA642" w14:textId="77777777" w:rsidR="00C82644" w:rsidRDefault="005E6487">
            <w:r>
              <w:t>2.0</w:t>
            </w:r>
          </w:p>
        </w:tc>
        <w:tc>
          <w:tcPr>
            <w:tcW w:w="480" w:type="dxa"/>
          </w:tcPr>
          <w:p w14:paraId="55DFE141" w14:textId="77777777" w:rsidR="00C82644" w:rsidRDefault="005E6487">
            <w:r>
              <w:t>1.6</w:t>
            </w:r>
          </w:p>
        </w:tc>
        <w:tc>
          <w:tcPr>
            <w:tcW w:w="480" w:type="dxa"/>
          </w:tcPr>
          <w:p w14:paraId="08D16C0F" w14:textId="77777777" w:rsidR="00C82644" w:rsidRDefault="005E6487">
            <w:r>
              <w:t>2.0</w:t>
            </w:r>
          </w:p>
        </w:tc>
        <w:tc>
          <w:tcPr>
            <w:tcW w:w="480" w:type="dxa"/>
          </w:tcPr>
          <w:p w14:paraId="652B2F13" w14:textId="77777777" w:rsidR="00C82644" w:rsidRDefault="005E6487">
            <w:r>
              <w:t>1.8</w:t>
            </w:r>
          </w:p>
        </w:tc>
      </w:tr>
    </w:tbl>
    <w:p w14:paraId="26C131BD" w14:textId="77777777" w:rsidR="00C82644" w:rsidRDefault="005E6487">
      <w:r>
        <w:br w:type="page"/>
      </w:r>
    </w:p>
    <w:p w14:paraId="5C9DEEA2" w14:textId="77777777" w:rsidR="00C82644" w:rsidRDefault="00C82644"/>
    <w:sectPr w:rsidR="00D01525"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NewRoman">
    <w:panose1 w:val="00000000000000000000"/>
    <w:charset w:val="00"/>
    <w:family w:val="roman"/>
    <w:notTrueType/>
    <w:pitch w:val="default"/>
  </w:font>
  <w:font w:name="Swis721 Cn BT">
    <w:panose1 w:val="00000000000000000000"/>
    <w:charset w:val="00"/>
    <w:family w:val="roman"/>
    <w:notTrueType/>
    <w:pitch w:val="default"/>
  </w:font>
  <w:font w:name="CIDFont">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35F07276"/>
    <w:multiLevelType w:val="multilevel"/>
    <w:tmpl w:val="D3609B1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 w:numId="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8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41690"/>
    <w:rsid w:val="0029639D"/>
    <w:rsid w:val="00326F90"/>
    <w:rsid w:val="005E6487"/>
    <w:rsid w:val="00622F5E"/>
    <w:rsid w:val="00666D88"/>
    <w:rsid w:val="007B034F"/>
    <w:rsid w:val="009F5405"/>
    <w:rsid w:val="00AA1D8D"/>
    <w:rsid w:val="00B26682"/>
    <w:rsid w:val="00B47730"/>
    <w:rsid w:val="00C82644"/>
    <w:rsid w:val="00CB0664"/>
    <w:rsid w:val="00D0152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8EDFD36"/>
  <w14:defaultImageDpi w14:val="300"/>
  <w15:docId w15:val="{849634F3-6BBA-1B4B-BAA3-2BA21FBBC4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271302">
      <w:bodyDiv w:val="1"/>
      <w:marLeft w:val="0"/>
      <w:marRight w:val="0"/>
      <w:marTop w:val="0"/>
      <w:marBottom w:val="0"/>
      <w:divBdr>
        <w:top w:val="none" w:sz="0" w:space="0" w:color="auto"/>
        <w:left w:val="none" w:sz="0" w:space="0" w:color="auto"/>
        <w:bottom w:val="none" w:sz="0" w:space="0" w:color="auto"/>
        <w:right w:val="none" w:sz="0" w:space="0" w:color="auto"/>
      </w:divBdr>
    </w:div>
    <w:div w:id="287396295">
      <w:bodyDiv w:val="1"/>
      <w:marLeft w:val="0"/>
      <w:marRight w:val="0"/>
      <w:marTop w:val="0"/>
      <w:marBottom w:val="0"/>
      <w:divBdr>
        <w:top w:val="none" w:sz="0" w:space="0" w:color="auto"/>
        <w:left w:val="none" w:sz="0" w:space="0" w:color="auto"/>
        <w:bottom w:val="none" w:sz="0" w:space="0" w:color="auto"/>
        <w:right w:val="none" w:sz="0" w:space="0" w:color="auto"/>
      </w:divBdr>
    </w:div>
    <w:div w:id="1516142435">
      <w:bodyDiv w:val="1"/>
      <w:marLeft w:val="0"/>
      <w:marRight w:val="0"/>
      <w:marTop w:val="0"/>
      <w:marBottom w:val="0"/>
      <w:divBdr>
        <w:top w:val="none" w:sz="0" w:space="0" w:color="auto"/>
        <w:left w:val="none" w:sz="0" w:space="0" w:color="auto"/>
        <w:bottom w:val="none" w:sz="0" w:space="0" w:color="auto"/>
        <w:right w:val="none" w:sz="0" w:space="0" w:color="auto"/>
      </w:divBdr>
    </w:div>
    <w:div w:id="1558128851">
      <w:bodyDiv w:val="1"/>
      <w:marLeft w:val="0"/>
      <w:marRight w:val="0"/>
      <w:marTop w:val="0"/>
      <w:marBottom w:val="0"/>
      <w:divBdr>
        <w:top w:val="none" w:sz="0" w:space="0" w:color="auto"/>
        <w:left w:val="none" w:sz="0" w:space="0" w:color="auto"/>
        <w:bottom w:val="none" w:sz="0" w:space="0" w:color="auto"/>
        <w:right w:val="none" w:sz="0" w:space="0" w:color="auto"/>
      </w:divBdr>
    </w:div>
    <w:div w:id="1919513193">
      <w:bodyDiv w:val="1"/>
      <w:marLeft w:val="0"/>
      <w:marRight w:val="0"/>
      <w:marTop w:val="0"/>
      <w:marBottom w:val="0"/>
      <w:divBdr>
        <w:top w:val="none" w:sz="0" w:space="0" w:color="auto"/>
        <w:left w:val="none" w:sz="0" w:space="0" w:color="auto"/>
        <w:bottom w:val="none" w:sz="0" w:space="0" w:color="auto"/>
        <w:right w:val="none" w:sz="0" w:space="0" w:color="auto"/>
      </w:divBdr>
    </w:div>
    <w:div w:id="1948854665">
      <w:bodyDiv w:val="1"/>
      <w:marLeft w:val="0"/>
      <w:marRight w:val="0"/>
      <w:marTop w:val="0"/>
      <w:marBottom w:val="0"/>
      <w:divBdr>
        <w:top w:val="none" w:sz="0" w:space="0" w:color="auto"/>
        <w:left w:val="none" w:sz="0" w:space="0" w:color="auto"/>
        <w:bottom w:val="none" w:sz="0" w:space="0" w:color="auto"/>
        <w:right w:val="none" w:sz="0" w:space="0" w:color="auto"/>
      </w:divBdr>
    </w:div>
    <w:div w:id="209882104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A2FF4B-F57F-451C-919A-3BD8FA46BE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359</Pages>
  <Words>82296</Words>
  <Characters>469088</Characters>
  <Application>Microsoft Office Word</Application>
  <DocSecurity>0</DocSecurity>
  <Lines>3909</Lines>
  <Paragraphs>1100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550284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admin</cp:lastModifiedBy>
  <cp:revision>6</cp:revision>
  <dcterms:created xsi:type="dcterms:W3CDTF">2013-12-23T23:15:00Z</dcterms:created>
  <dcterms:modified xsi:type="dcterms:W3CDTF">2026-06-17T06:38:00Z</dcterms:modified>
  <cp:category/>
</cp:coreProperties>
</file>